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01.05.2019 № 94-ФЗ</w:t>
      </w:r>
    </w:p>
    <w:p>
      <w:r>
        <w:t>О внесении изменения в статью 26-3-3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изменения в статью 26 3-3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18 апреля 2019 года Одобрен Советом Федерации 22 апреля 2019 года Внести в пункт 1 статьи 26 3-3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2013, № 27, ст. 3468; 2016, № 1, ст. 67) изменение, дополнив его подпунктом "в" следующего содержания: "в) проектов нормативных правовых актов субъектов Российской Федерации: 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(тарифам); разработанных в целях ликвидации чрезвычайных ситуаций природного и техногенного характера на период действия режимов чрезвычайных ситуаций.". Президент Российской Федерации В.Путин Москва, Кремль 1 мая 2019 года № 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