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1418; № 14, ст. 2022; № 27, ст. 4001; № 29, ст. 4342, 4346, 4353, 4375; 2016, № 1, ст. 10, 89; № 11, ст. 1493; № 15, ст. 2058, 2066; № 23, ст. 3291; № 26, ст. 3890; № 27, ст. 4253, 4254, 4298; 2017, № 1, ст. 15, 30, 41; № 9, ст. 1277; № 14, ст. 2004; № 18, ст. 2660; № 24, ст. 3475, 3477; № 31, ст. 4747, 4780, 4816; 2018, № 1, ст. 59, 87, 88, 90; № 18, ст. 2578; № 27, ст. 3957; № 31, ст. 4856, 4861; № 32, ст. 5104; № 45, ст. 6848; № 53, ст. 8428, 8438, 8444; 2019, № 14, ст. 1463) следующие изменения: 1) в статье 4: а) пункт 2 части 1 изложить в следующей редакции: "2)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планах-графиках закупок (далее также - планы-графики), извещениях об осуществлении закупок, протоколах определения поставщиков (подрядчиков, исполнителей),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 б) в части 3: пункт 1 признать утратившим силу; в пункте 3 слова "планов закупок и" исключить; 2) статью 5 дополнить частью 3 следующего содержания: "3. Правительство Российской Федерации определяет порядок установления требований к формированию и размещению в единой информационной системе, на электронной площадке, специализированной электронной площадке информации и документов, предусмотренных настоящим Федеральным законом."; 3) статью 15 дополнить частью 7 следующего содержания: "7. В случае, если законодательством Российской Федерации с целью заключения гражданско-правового договора (контракта) в рамках отношений, не указанных в части 1 статьи 1 настоящего Федерального закона, предусмотрена обязанность проведения конкурсов и аукционов или использования иных способов определения поставщика (подрядчика, исполнителя) в соответствии с настоящим Федеральным законом, то при их проведении положения статей 14, 23, 28 - 30, 34, 35 настоящего Федерального закона не применяются, если иное не предусмотрено законодательством Российской Федерации."; 4) статью 16 изложить в следующей редакции: "Статья 16. Планирование закупок 1. Планирование закупок осуществляется посредством формирования, утверждения и ведения планов-графиков. Закупки, не предусмотренные планами-графиками, не могут быть осуществлены.</w:t>
      </w:r>
    </w:p>
    <w:p>
      <w:r>
        <w:rPr>
          <w:b/>
        </w:rPr>
        <w:t xml:space="preserve">2. </w:t>
      </w:r>
      <w:r>
        <w:t>В планы-графики включаются</w:t>
      </w:r>
    </w:p>
    <w:p>
      <w:r>
        <w:rPr>
          <w:b/>
        </w:rPr>
        <w:t xml:space="preserve">3. </w:t>
      </w:r>
      <w:r>
        <w:t>Правительством Российской Федерации устанавливаются</w:t>
      </w:r>
    </w:p>
    <w:p>
      <w:r>
        <w:rPr>
          <w:b/>
        </w:rPr>
        <w:t xml:space="preserve">4. </w:t>
      </w:r>
      <w:r>
        <w:t>Правительство Российской Федерации вправе установить особенности включения в план-график информации о централизованных закупках, совместных конкурсах и аукционах, закупках, при осуществлении которых применяются закрытые способы определения поставщиков (подрядчиков, исполнителей), а также об отдельных закупках, предусмотренных пунктом 7 части 2 статьи 83, пунктом 3 части 2 статьи 831, частью 1 статьи 93 и статьей 111 настоящего Федерального закона</w:t>
      </w:r>
    </w:p>
    <w:p>
      <w:r>
        <w:rPr>
          <w:b/>
        </w:rPr>
        <w:t xml:space="preserve">5. </w:t>
      </w:r>
      <w:r>
        <w:t>Планы-графики формируются на срок, соответствующий сроку действия федерального закона о федеральном бюджете на очередной финансовый год и плановый период, федеральных законов о бюджетах государственных внебюджетных фондов Российской Федерации на очередной финансовый год и плановый период, закона субъекта Российской Федерации о бюджете субъекта Российской Федерации, законов субъекта Российской Федерации о бюджетах территориальных государственных внебюджетных фондов, муниципального правового акта представительного органа муниципального образования о местном бюджете. В планы-графики включается с учетом положений бюджетного законодательства Российской Федерации информация о закупках, осуществление которых планируется по истечении планового периода. В этом случае указанная в части 2 настоящей статьи информация вносится в планы-графики закупок на весь срок планируемых закупок</w:t>
      </w:r>
    </w:p>
    <w:p>
      <w:r>
        <w:rPr>
          <w:b/>
        </w:rPr>
        <w:t xml:space="preserve">6. </w:t>
      </w:r>
      <w:r>
        <w:t>План-график формируется государственным или муниципальным заказчиком в соответствии с требованиями настоящей статьи в процессе составления и рассмотрения проектов бюджетов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 государственного или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
        <w:rPr>
          <w:b/>
        </w:rPr>
        <w:t xml:space="preserve">7. </w:t>
      </w:r>
      <w:r>
        <w:t>План-график формируется государственным, муниципальным учреждениями, государственным, муниципальным унитарными предприятиями в соответствии с требованиями настоящей статьи при планировании финансово-хозяйственной деятельности государственного, муниципального учреждений, государственного, муниципального унитарных предприятий и утверждается в течение десяти рабочих дней после утверждения соответственно плана финансово-хозяйственной деятельности государственного, муниципального учреждений, плана (программы) финансово-хозяйственной деятельности государственного, муниципального унитарных предприятий</w:t>
      </w:r>
    </w:p>
    <w:p>
      <w:r>
        <w:rPr>
          <w:b/>
        </w:rPr>
        <w:t xml:space="preserve">8. </w:t>
      </w:r>
      <w:r>
        <w:t>Планы-графики подлежат изменению при необходимости</w:t>
      </w:r>
    </w:p>
    <w:p>
      <w:r>
        <w:rPr>
          <w:b/>
        </w:rPr>
        <w:t xml:space="preserve">9. </w:t>
      </w:r>
      <w:r>
        <w:t>Внесение в соответствии с частью 8 настоящей статьи изменений в план-график может осуществляться не позднее чем за один день до дня размещения 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 либо в случае заключения контракта с единственным поставщиком (подрядчиком, исполнителем) в соответствии с частью 1 статьи 93 настоящего Федерального закона - не позднее чем за один день до дня заключения контракта</w:t>
      </w:r>
    </w:p>
    <w:p>
      <w:r>
        <w:rPr>
          <w:b/>
        </w:rPr>
        <w:t xml:space="preserve">10. </w:t>
      </w:r>
      <w:r>
        <w:t>Не допускаются размещение в единой информационной системе извещений об осуществлении закупки, документации об осуществлении закупки, направление приглашений принять участие в определении поставщика (подрядчика, исполнителя) закрытым способом, если такие извещения, документация, приглашения содержат информацию, не соответствующую информации, указанной в планах-графиках</w:t>
      </w:r>
    </w:p>
    <w:p>
      <w:r>
        <w:rPr>
          <w:b/>
        </w:rPr>
        <w:t xml:space="preserve">11. </w:t>
      </w:r>
      <w:r>
        <w:t>Особенности планирования закупок в рамках государственного оборонного заказа устанавливаются Федеральным законом от 29 декабря 2012 года № 275-ФЗ "О государственном оборонном заказе".";</w:t>
      </w:r>
    </w:p>
    <w:p>
      <w:r>
        <w:rPr>
          <w:b/>
        </w:rPr>
        <w:t xml:space="preserve">24. </w:t>
      </w:r>
      <w:r>
        <w:t>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единицы товара, работы, услуги, начальную сумму цен указанных единиц, максимальное значение цены контракта, а также обосновывает в соответствии с настоящей статьей цену единицы товара, работы, услуги. При этом положения настоящего Федерального закона, касающиеся 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если настоящим Федеральным законом не установлено иное.";</w:t>
      </w:r>
    </w:p>
    <w:p>
      <w:r>
        <w:rPr>
          <w:b/>
        </w:rPr>
        <w:t xml:space="preserve">42. </w:t>
      </w:r>
      <w:r>
        <w:t>Реестр участников закупок, аккредитованных на электронной площадке, размещается на электронной площадке ее оператором в соответствии с требованиями, установленными в соответствии с пунктом 2 части 2 статьи 241 настоящего Федерального закона.";</w:t>
      </w:r>
    </w:p>
    <w:p>
      <w:r>
        <w:rPr>
          <w:b/>
        </w:rPr>
        <w:t xml:space="preserve">13. </w:t>
      </w:r>
      <w:r>
        <w:t>В течение пяти рабочих дней со дня, следующего за днем получения в соответствии с частью 12 настоящей статьи электронных документов (или их копий), оператор электронной площадки по каждому виду товаров, работ, услуг, в отношении которых участником закупки предоставлены такие документы, принимает решение</w:t>
      </w:r>
    </w:p>
    <w:p>
      <w:r>
        <w:rPr>
          <w:b/>
        </w:rPr>
        <w:t xml:space="preserve">14. </w:t>
      </w:r>
      <w:r>
        <w:t>Оператор электронной площадки направляет участнику закупки уведомление о размещении или об отказе в размещении документов (или их копий) в реестре участников закупок, аккредитованных на электронной площадке, в течение одного часа с момента принятия решения, предусмотренного частью 13 настоящей статьи. В случае, если принято решение об отказе в размещении, такое уведомление должно содержать обоснование принятого решения</w:t>
      </w:r>
    </w:p>
    <w:p>
      <w:r>
        <w:rPr>
          <w:b/>
        </w:rPr>
        <w:t xml:space="preserve">15. </w:t>
      </w:r>
      <w:r>
        <w:t>Порядок взаимодействия участника закупки и оператора электронной площадки, в том числе при направлении документов (или их копий) и их рассмотрении в соответствии с частями 12 и 13 настоящей статьи, устанавливается Правительством Российской Федерации.";</w:t>
      </w:r>
    </w:p>
    <w:p>
      <w:r>
        <w:rPr>
          <w:b/>
        </w:rPr>
        <w:t xml:space="preserve">2. </w:t>
      </w:r>
      <w:r>
        <w:t>идентификационные коды закупок, определенные в соответствии со статьей 23 настоящего Федерального закона</w:t>
      </w:r>
    </w:p>
    <w:p>
      <w:r>
        <w:rPr>
          <w:b/>
        </w:rPr>
        <w:t xml:space="preserve">2. </w:t>
      </w:r>
      <w:r>
        <w:t>наименование объекта и (или) наименования объектов закупок</w:t>
      </w:r>
    </w:p>
    <w:p>
      <w:r>
        <w:rPr>
          <w:b/>
        </w:rPr>
        <w:t xml:space="preserve">2. </w:t>
      </w:r>
      <w:r>
        <w:t>объем финансового обеспечения для осуществления закупок</w:t>
      </w:r>
    </w:p>
    <w:p>
      <w:r>
        <w:rPr>
          <w:b/>
        </w:rPr>
        <w:t xml:space="preserve">2. </w:t>
      </w:r>
      <w:r>
        <w:t>сроки (периодичность) осуществления планируемых закупок</w:t>
      </w:r>
    </w:p>
    <w:p>
      <w:r>
        <w:rPr>
          <w:b/>
        </w:rPr>
        <w:t xml:space="preserve">2. </w:t>
      </w:r>
      <w:r>
        <w:t>информация об обязательном общественном обсуждении закупок товара, работы или услуги в соответствии со статьей 20 настоящего Федерального закона</w:t>
      </w:r>
    </w:p>
    <w:p>
      <w:r>
        <w:rPr>
          <w:b/>
        </w:rPr>
        <w:t xml:space="preserve">2. </w:t>
      </w:r>
      <w:r>
        <w:t>иная информация, определенная порядком, предусмотренным пунктом 2 части 3 настоящей статьи</w:t>
      </w:r>
    </w:p>
    <w:p>
      <w:r>
        <w:rPr>
          <w:b/>
        </w:rPr>
        <w:t xml:space="preserve">3. </w:t>
      </w:r>
      <w:r>
        <w:t>требования к форме планов-графиков</w:t>
      </w:r>
    </w:p>
    <w:p>
      <w:r>
        <w:rPr>
          <w:b/>
        </w:rPr>
        <w:t xml:space="preserve">3. </w:t>
      </w:r>
      <w:r>
        <w:t>порядок формирования, утверждения планов-графиков, внесения изменений в такие планы-графики</w:t>
      </w:r>
    </w:p>
    <w:p>
      <w:r>
        <w:rPr>
          <w:b/>
        </w:rPr>
        <w:t xml:space="preserve">3. </w:t>
      </w:r>
      <w:r>
        <w:t>порядок размещения планов-графиков в единой информационной системе</w:t>
      </w:r>
    </w:p>
    <w:p>
      <w:r>
        <w:rPr>
          <w:b/>
        </w:rPr>
        <w:t xml:space="preserve">8. </w:t>
      </w:r>
      <w:r>
        <w:t>приведения их в соответствие в связи с изменением установленных в соответствии со статьей 19 настоящего Федерального закона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w:t>
      </w:r>
    </w:p>
    <w:p>
      <w:r>
        <w:rPr>
          <w:b/>
        </w:rPr>
        <w:t xml:space="preserve">8. </w:t>
      </w:r>
      <w:r>
        <w:t>приведения их в соответствие в связи с изменением доведенного до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изменением показателей планов (программ) финансово-хозяйственной деятельности государственных, муниципальных учреждений, государственных, муниципальных унитарных предприятий, изменением соответствующих решений и (или) соглашений о предоставлении субсидий</w:t>
      </w:r>
    </w:p>
    <w:p>
      <w:r>
        <w:rPr>
          <w:b/>
        </w:rPr>
        <w:t xml:space="preserve">8. </w:t>
      </w:r>
      <w:r>
        <w:t>реализации решения, принятого заказчиком по итогам обязательного общественного обсуждения закупки в соответствии со статьей 20 настоящего Федерального закона</w:t>
      </w:r>
    </w:p>
    <w:p>
      <w:r>
        <w:rPr>
          <w:b/>
        </w:rPr>
        <w:t xml:space="preserve">8. </w:t>
      </w:r>
      <w:r>
        <w:t>использования в соответствии с законодательством Российской Федерации экономии, полученной при осуществлении закупки</w:t>
      </w:r>
    </w:p>
    <w:p>
      <w:r>
        <w:rPr>
          <w:b/>
        </w:rPr>
        <w:t xml:space="preserve">8. </w:t>
      </w:r>
      <w:r>
        <w:t>в иных случаях, установленных порядком, предусмотренным пунктом 2 части 3 настоящей статьи</w:t>
      </w:r>
    </w:p>
    <w:p>
      <w:r>
        <w:rPr>
          <w:b/>
        </w:rPr>
        <w:t xml:space="preserve">11. </w:t>
      </w:r>
      <w:r>
        <w:t>статью 17 признать утратившей силу</w:t>
      </w:r>
    </w:p>
    <w:p>
      <w:r>
        <w:rPr>
          <w:b/>
        </w:rPr>
        <w:t xml:space="preserve">11. </w:t>
      </w:r>
      <w:r>
        <w:t>в статье 18:</w:t>
      </w:r>
    </w:p>
    <w:p>
      <w:r>
        <w:rPr>
          <w:b/>
        </w:rPr>
        <w:t xml:space="preserve">11. </w:t>
      </w:r>
      <w:r>
        <w:t>в статье 20:</w:t>
      </w:r>
    </w:p>
    <w:p>
      <w:r>
        <w:rPr>
          <w:b/>
        </w:rPr>
        <w:t xml:space="preserve">11. </w:t>
      </w:r>
      <w:r>
        <w:t>статью 21 признать утратившей силу</w:t>
      </w:r>
    </w:p>
    <w:p>
      <w:r>
        <w:rPr>
          <w:b/>
        </w:rPr>
        <w:t xml:space="preserve">11. </w:t>
      </w:r>
      <w:r>
        <w:t>в статье 22:</w:t>
      </w:r>
    </w:p>
    <w:p>
      <w:r>
        <w:rPr>
          <w:b/>
        </w:rPr>
        <w:t xml:space="preserve">11. </w:t>
      </w:r>
      <w:r>
        <w:t>часть 1 изложить в следующей редакции: "1. В целях настоящего Федерального закона обоснованной признается закупка, осуществляемая в соответствии с положениями статей 19 и 22 настоящего Федерального закона."</w:t>
      </w:r>
    </w:p>
    <w:p>
      <w:r>
        <w:rPr>
          <w:b/>
        </w:rPr>
        <w:t xml:space="preserve">11. </w:t>
      </w:r>
      <w:r>
        <w:t>части 2 и 3 признать утратившими силу</w:t>
      </w:r>
    </w:p>
    <w:p>
      <w:r>
        <w:rPr>
          <w:b/>
        </w:rPr>
        <w:t xml:space="preserve">11. </w:t>
      </w:r>
      <w:r>
        <w:t>в части 4 слова "мониторинга закупок," исключить</w:t>
      </w:r>
    </w:p>
    <w:p>
      <w:r>
        <w:rPr>
          <w:b/>
        </w:rPr>
        <w:t xml:space="preserve">11. </w:t>
      </w:r>
      <w:r>
        <w:t>часть 7 признать утратившей силу</w:t>
      </w:r>
    </w:p>
    <w:p>
      <w:r>
        <w:rPr>
          <w:b/>
        </w:rPr>
        <w:t xml:space="preserve">11. </w:t>
      </w:r>
      <w:r>
        <w:t>в части 1 слова "планов закупок" заменить словами "планов-графиков"</w:t>
      </w:r>
    </w:p>
    <w:p>
      <w:r>
        <w:rPr>
          <w:b/>
        </w:rPr>
        <w:t xml:space="preserve">11. </w:t>
      </w:r>
      <w:r>
        <w:t>в части 3 слова "планы закупок," исключить</w:t>
      </w:r>
    </w:p>
    <w:p>
      <w:r>
        <w:rPr>
          <w:b/>
        </w:rPr>
        <w:t xml:space="preserve">11. </w:t>
      </w:r>
      <w:r>
        <w:t>наименование дополнить словами ", начальная сумма цен единиц товара, работы, услуги"</w:t>
      </w:r>
    </w:p>
    <w:p>
      <w:r>
        <w:rPr>
          <w:b/>
        </w:rPr>
        <w:t xml:space="preserve">11. </w:t>
      </w:r>
      <w:r>
        <w:t>пункт 1 части 9 после слов "капитальный ремонт" дополнить словом ", снос"</w:t>
      </w:r>
    </w:p>
    <w:p>
      <w:r>
        <w:rPr>
          <w:b/>
        </w:rPr>
        <w:t xml:space="preserve">11. </w:t>
      </w:r>
      <w:r>
        <w:t>часть 20 после слов "заключаемого с единственным поставщиком (подрядчиком, исполнителем)," дополнить словами "начальной цены единицы товара, работы, услуги"</w:t>
      </w:r>
    </w:p>
    <w:p>
      <w:r>
        <w:rPr>
          <w:b/>
        </w:rPr>
        <w:t xml:space="preserve">11. </w:t>
      </w:r>
      <w:r>
        <w:t>часть 201 после слов "с единственным поставщиком (подрядчиком, исполнителем)," дополнить словами "начальной цены единицы товара, работы, услуги"</w:t>
      </w:r>
    </w:p>
    <w:p>
      <w:r>
        <w:rPr>
          <w:b/>
        </w:rPr>
        <w:t xml:space="preserve">11. </w:t>
      </w:r>
      <w:r>
        <w:t>часть 21 после слов "с единственным поставщиком (подрядчиком, исполнителем)," дополнить словами "начальной цены единицы товара, работы, услуги"</w:t>
      </w:r>
    </w:p>
    <w:p>
      <w:r>
        <w:rPr>
          <w:b/>
        </w:rPr>
        <w:t xml:space="preserve">11. </w:t>
      </w:r>
      <w:r>
        <w:t>часть 22 после слов "с единственным поставщиком (подрядчиком, исполнителем)," дополнить словами "начальной цены единицы товара, работы, услуги"</w:t>
      </w:r>
    </w:p>
    <w:p>
      <w:r>
        <w:rPr>
          <w:b/>
        </w:rPr>
        <w:t xml:space="preserve">11. </w:t>
      </w:r>
      <w:r>
        <w:t>дополнить частями 23 и 24 следующего содержания: "23. В информации и документах, подлежащих в соответствии с настоящим Федеральным законом размещению в единой информационной системе, начальная (максимальная) цена контракта, цена контракта,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максимальное значение цены контракта (в случае, если количество поставляемых товаров, объем подлежащих выполнению работ, оказанию услуг невозможно определить) указываются с использованием единой информационной системы</w:t>
      </w:r>
    </w:p>
    <w:p>
      <w:r>
        <w:rPr>
          <w:b/>
        </w:rPr>
        <w:t xml:space="preserve">24. </w:t>
      </w:r>
      <w:r>
        <w:t>в статье 23:</w:t>
      </w:r>
    </w:p>
    <w:p>
      <w:r>
        <w:rPr>
          <w:b/>
        </w:rPr>
        <w:t xml:space="preserve">24. </w:t>
      </w:r>
      <w:r>
        <w:t>в части 4 статьи 24 слова "наименьшую цену контракта" заменить словами "наиболее низкую цену контракта, наименьшую сумму цен единиц товаров, работ, услуг (в случае, предусмотренном частью 24 статьи 22 настоящего Федерального закона)"</w:t>
      </w:r>
    </w:p>
    <w:p>
      <w:r>
        <w:rPr>
          <w:b/>
        </w:rPr>
        <w:t xml:space="preserve">24. </w:t>
      </w:r>
      <w:r>
        <w:t>в статье 242:</w:t>
      </w:r>
    </w:p>
    <w:p>
      <w:r>
        <w:rPr>
          <w:b/>
        </w:rPr>
        <w:t xml:space="preserve">24. </w:t>
      </w:r>
      <w:r>
        <w:t>наименование, фирменное наименование (при наличии), если участником закупки является юридическое лицо</w:t>
      </w:r>
    </w:p>
    <w:p>
      <w:r>
        <w:rPr>
          <w:b/>
        </w:rPr>
        <w:t xml:space="preserve">24. </w:t>
      </w:r>
      <w:r>
        <w:t>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
        <w:rPr>
          <w:b/>
        </w:rPr>
        <w:t xml:space="preserve">24. </w:t>
      </w:r>
      <w:r>
        <w:t>идентификационный номер налогоплательщика участника закупки</w:t>
      </w:r>
    </w:p>
    <w:p>
      <w:r>
        <w:rPr>
          <w:b/>
        </w:rPr>
        <w:t xml:space="preserve">24. </w:t>
      </w:r>
      <w:r>
        <w:t>дата осуществления аккредитации на электронной площадке</w:t>
      </w:r>
    </w:p>
    <w:p>
      <w:r>
        <w:rPr>
          <w:b/>
        </w:rPr>
        <w:t xml:space="preserve">24. </w:t>
      </w:r>
      <w:r>
        <w:t>иные информация и документы в случаях, предусмотренных настоящим Федеральным законом</w:t>
      </w:r>
    </w:p>
    <w:p>
      <w:r>
        <w:rPr>
          <w:b/>
        </w:rPr>
        <w:t xml:space="preserve">24. </w:t>
      </w:r>
      <w:r>
        <w:t>в части 1 слова "плане закупок," исключить, дополнить предложением следующего содержания: "При этом в информации и документах, подлежащих в соответствии с настоящим Федеральным законом размещению в единой информационной системе, идентификационный код закупки указывается с использованием единой информационной системы."</w:t>
      </w:r>
    </w:p>
    <w:p>
      <w:r>
        <w:rPr>
          <w:b/>
        </w:rPr>
        <w:t xml:space="preserve">24. </w:t>
      </w:r>
      <w:r>
        <w:t>в части 2 слова ", формируется с использованием кода бюджетной классификации, определенного в соответствии с бюджетным законодательством Российской Федерации, кодов общероссийских классификаторов, каталога товаров, работ, услуг для обеспечения государственных и муниципальных нужд и может включать в себя иную информацию в порядке, установленном частью 3 настоящей статьи" исключить</w:t>
      </w:r>
    </w:p>
    <w:p>
      <w:r>
        <w:rPr>
          <w:b/>
        </w:rPr>
        <w:t xml:space="preserve">24. </w:t>
      </w:r>
      <w:r>
        <w:t>в части 3 слова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исключить</w:t>
      </w:r>
    </w:p>
    <w:p>
      <w:r>
        <w:rPr>
          <w:b/>
        </w:rPr>
        <w:t xml:space="preserve">24. </w:t>
      </w:r>
      <w:r>
        <w:t>часть 4 признать утратившей силу</w:t>
      </w:r>
    </w:p>
    <w:p>
      <w:r>
        <w:rPr>
          <w:b/>
        </w:rPr>
        <w:t xml:space="preserve">24. </w:t>
      </w:r>
      <w:r>
        <w:t>дополнить частями 41 и 42 следующего содержания: "41. Оператор электронной площадки осуществляет ведение реестра участников закупок, аккредитованных на электронной площадке, в котором должны содержаться:</w:t>
      </w:r>
    </w:p>
    <w:p>
      <w:r>
        <w:rPr>
          <w:b/>
        </w:rPr>
        <w:t xml:space="preserve">42. </w:t>
      </w:r>
      <w:r>
        <w:t>дополнить частями 12 - 15 следующего содержания: "12.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Правительством Российской Федерации установлены дополнительные требования в соответствии с частями 2 и 21 статьи 31 настоящего Федерального закона, участник закупки, аккредитованный на электронной площадке, направляет оператору этой электронной площадки в отношении каждого такого вида электронные документы (или их копии), предусмотренные перечнем, установленным Правительством Российской Федерации в соответствии с частью 3 статьи 31 настоящего Федерального закона</w:t>
      </w:r>
    </w:p>
    <w:p>
      <w:r>
        <w:rPr>
          <w:b/>
        </w:rPr>
        <w:t xml:space="preserve">13. </w:t>
      </w:r>
      <w:r>
        <w:t>о размещении таких документов (или их копий) в реестре участников закупок, аккредитованных на электронной площадке</w:t>
      </w:r>
    </w:p>
    <w:p>
      <w:r>
        <w:rPr>
          <w:b/>
        </w:rPr>
        <w:t xml:space="preserve">13. </w:t>
      </w:r>
      <w:r>
        <w:t>об отказе в размещении таких документов (или их копий) в реестре участников закупок, аккредитованных на электронной площадке, в случае:</w:t>
      </w:r>
    </w:p>
    <w:p>
      <w:r>
        <w:rPr>
          <w:b/>
        </w:rPr>
        <w:t xml:space="preserve">13. </w:t>
      </w:r>
      <w:r>
        <w:t>несоответствия перечня представленных документов (или их копий) перечню, который установлен Правительством Российской Федерации в соответствии с частью 3 статьи 31 настоящего Федерального закона</w:t>
      </w:r>
    </w:p>
    <w:p>
      <w:r>
        <w:rPr>
          <w:b/>
        </w:rPr>
        <w:t xml:space="preserve">13. </w:t>
      </w:r>
      <w:r>
        <w:t>нарушения порядка, установленного Правительством Российской Федерации в соответствии с частью 15 настоящей статьи, при направлении таких документов (или их копий)</w:t>
      </w:r>
    </w:p>
    <w:p>
      <w:r>
        <w:rPr>
          <w:b/>
        </w:rPr>
        <w:t xml:space="preserve">15. </w:t>
      </w:r>
      <w:r>
        <w:t>пункт 3 части 2 статьи 25 после слов "цены контрактов" дополнить словами ", начальные цены единиц товара, работы, услуги"</w:t>
      </w:r>
    </w:p>
    <w:p>
      <w:r>
        <w:rPr>
          <w:b/>
        </w:rPr>
        <w:t xml:space="preserve">15. </w:t>
      </w:r>
      <w:r>
        <w:t>в части 2 статьи 28 слова "предлагаемой ими цены контракта" заменить словами "предлагаемых ими цены контракта, суммы цен единиц товара, работы, услуги", слова "по требованию победителя заключается по предложенной им цене с учетом преимущества в отношении цены контракта, но не выше начальной (максимальной) цены контракта" заменить словами "заключается с учетом преимущества в отношении предложенных им цены контракта, суммы цен единиц товара, работы, услуги, но не выше начальной (максимальной) цены контракта"</w:t>
      </w:r>
    </w:p>
    <w:p>
      <w:r>
        <w:rPr>
          <w:b/>
        </w:rPr>
        <w:t xml:space="preserve">15. </w:t>
      </w:r>
      <w:r>
        <w:t>в части 3 статьи 29 слова "предлагаемой ими цены контракта" заменить словами "предлагаемых ими цены контракта, суммы цен единиц товара, работы, услуги", слова "по требованию победителя заключается по предложенной им цене с учетом преимущества в отношении цены контракта, но не выше начальной (максимальной) цены контракта" заменить словами "заключается с учетом преимущества в отношении предложенных победителем цены контракта, суммы цен единиц товара, работы, услуги, но не выше начальной (максимальной) цены контракта"</w:t>
      </w:r>
    </w:p>
    <w:p>
      <w:r>
        <w:rPr>
          <w:b/>
        </w:rPr>
        <w:t xml:space="preserve">15. </w:t>
      </w:r>
      <w:r>
        <w:t>в части 11 статьи 31 слова "такую же" заменить словами "такие же", слова "цену контракта или предложение о цене контракта которого содержит лучшие условия по цене контракта" заменить словами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w:t>
      </w:r>
    </w:p>
    <w:p>
      <w:r>
        <w:rPr>
          <w:b/>
        </w:rPr>
        <w:t xml:space="preserve">15. </w:t>
      </w:r>
      <w:r>
        <w:t>в статье 32:</w:t>
      </w:r>
    </w:p>
    <w:p>
      <w:r>
        <w:rPr>
          <w:b/>
        </w:rPr>
        <w:t xml:space="preserve">15. </w:t>
      </w:r>
      <w:r>
        <w:t>в статье 33:</w:t>
      </w:r>
    </w:p>
    <w:p>
      <w:r>
        <w:rPr>
          <w:b/>
        </w:rPr>
        <w:t xml:space="preserve">15. </w:t>
      </w:r>
      <w:r>
        <w:t>в статье 34:</w:t>
      </w:r>
    </w:p>
    <w:p>
      <w:r>
        <w:rPr>
          <w:b/>
        </w:rPr>
        <w:t xml:space="preserve">15. </w:t>
      </w:r>
      <w:r>
        <w:t>в части 1 статьи 36 слова "обязан внести соответствующие изменения в план-график" заменить словами "вносит соответствующие изменения в план-график (при необходимости)"</w:t>
      </w:r>
    </w:p>
    <w:p>
      <w:r>
        <w:rPr>
          <w:b/>
        </w:rPr>
        <w:t xml:space="preserve">15. </w:t>
      </w:r>
      <w:r>
        <w:t>в статье 37:</w:t>
      </w:r>
    </w:p>
    <w:p>
      <w:r>
        <w:rPr>
          <w:b/>
        </w:rPr>
        <w:t xml:space="preserve">15. </w:t>
      </w:r>
      <w:r>
        <w:t>пункт 1 части 4 статьи 38 признать утратившим силу</w:t>
      </w:r>
    </w:p>
    <w:p>
      <w:r>
        <w:rPr>
          <w:b/>
        </w:rPr>
        <w:t xml:space="preserve">15. </w:t>
      </w:r>
      <w:r>
        <w:t>часть 1 статьи 40 после слов "цены контракта," дополнить словами "начальной цены единицы товара, работы, услуги, начальной суммы цен указанных единиц,"</w:t>
      </w:r>
    </w:p>
    <w:p>
      <w:r>
        <w:rPr>
          <w:b/>
        </w:rPr>
        <w:t xml:space="preserve">15. </w:t>
      </w:r>
      <w:r>
        <w:t>в статье 42:</w:t>
      </w:r>
    </w:p>
    <w:p>
      <w:r>
        <w:rPr>
          <w:b/>
        </w:rPr>
        <w:t xml:space="preserve">15. </w:t>
      </w:r>
      <w:r>
        <w:t>в статье 44:</w:t>
      </w:r>
    </w:p>
    <w:p>
      <w:r>
        <w:rPr>
          <w:b/>
        </w:rPr>
        <w:t xml:space="preserve">15. </w:t>
      </w:r>
      <w:r>
        <w:t>в статье 45:</w:t>
      </w:r>
    </w:p>
    <w:p>
      <w:r>
        <w:rPr>
          <w:b/>
        </w:rPr>
        <w:t xml:space="preserve">15. </w:t>
      </w:r>
      <w:r>
        <w:t>пункт 1 части 1 статьи 50 дополнить словами ", начальных цен единиц товара, работы, услуги"</w:t>
      </w:r>
    </w:p>
    <w:p>
      <w:r>
        <w:rPr>
          <w:b/>
        </w:rPr>
        <w:t xml:space="preserve">15. </w:t>
      </w:r>
      <w:r>
        <w:t>пункт 2 части 2 статьи 51 изложить в следующей редакции: "2) предложение участника открытого конкурса в отношении объекта закупки, о цене контракта, цене единицы товара, работы, услуги и сумме цен указанных единиц, а в случае закупки товара также наименование страны происхождения товара (в случае установления заказчиком в извещении о проведении открытого конкурса, конкурсной документации условий, запретов, ограничений допуска товаров, происходящих из иностранного государства или группы иностранных государств, в соответствии со статьей 14 настоящего Федерального закона);"</w:t>
      </w:r>
    </w:p>
    <w:p>
      <w:r>
        <w:rPr>
          <w:b/>
        </w:rPr>
        <w:t xml:space="preserve">15. </w:t>
      </w:r>
      <w:r>
        <w:t>(Пункт утратил силу - Федеральный закон от 02.07.2021 № 360-ФЗ) 30) (Пункт утратил силу - Федеральный закон от 02.07.2021 № 360-ФЗ) 31) (Пункт утратил силу - Федеральный закон от 02.07.2021 № 360-ФЗ) 32) (Пункт утратил силу - Федеральный закон от 02.07.2021 № 360-ФЗ) 33) (Пункт утратил силу - Федеральный закон от 02.07.2021 № 360-ФЗ) 34) (Пункт утратил силу - Федеральный закон от 02.07.2021 № 360-ФЗ) 35) (Пункт утратил силу - Федеральный закон от 02.07.2021 № 360-ФЗ) 36) (Пункт утратил силу - Федеральный закон от 02.07.2021 № 360-ФЗ) 37) (Пункт утратил силу - Федеральный закон от 02.07.2021 № 360-ФЗ) 38) (Пункт утратил силу - Федеральный закон от 02.07.2021 № 360-ФЗ) 39) (Пункт утратил силу - Федеральный закон от 02.07.2021 № 360-ФЗ) 40) (Пункт утратил силу - Федеральный закон от 02.07.2021 № 360-ФЗ) 41) (Пункт утратил силу - Федеральный закон от 02.07.2021 № 360-ФЗ) 42) (Пункт утратил силу - Федеральный закон от 02.07.2021 № 360-ФЗ) 43) (Пункт утратил силу - Федеральный закон от 02.07.2021 № 360-ФЗ) 44) (Пункт утратил силу - Федеральный закон от 02.07.2021 № 360-ФЗ) 45) часть 1 статьи 72 дополнить словами ", наименьшую сумму цен единиц товаров, работ, услуг"</w:t>
      </w:r>
    </w:p>
    <w:p>
      <w:r>
        <w:rPr>
          <w:b/>
        </w:rPr>
        <w:t xml:space="preserve">15. </w:t>
      </w:r>
      <w:r>
        <w:t>в статье 73:</w:t>
      </w:r>
    </w:p>
    <w:p>
      <w:r>
        <w:rPr>
          <w:b/>
        </w:rPr>
        <w:t xml:space="preserve">15. </w:t>
      </w:r>
      <w:r>
        <w:t>(Пункт утратил силу - Федеральный закон от 02.07.2021 № 360-ФЗ) 48) (Пункт утратил силу - Федеральный закон от 02.07.2021 № 360-ФЗ) 49) в статье 82:</w:t>
      </w:r>
    </w:p>
    <w:p>
      <w:r>
        <w:rPr>
          <w:b/>
        </w:rPr>
        <w:t xml:space="preserve">15. </w:t>
      </w:r>
      <w:r>
        <w:t>(Пункт утратил силу - Федеральный закон от 02.07.2021 № 360-ФЗ) 51) пункт 2 части 2 статьи 822 после слов "обоснование начальной (максимальной) цены контракта" дополнить словами ", начальных цен единиц товара, работы, услуги"</w:t>
      </w:r>
    </w:p>
    <w:p>
      <w:r>
        <w:rPr>
          <w:b/>
        </w:rPr>
        <w:t xml:space="preserve">15. </w:t>
      </w:r>
      <w:r>
        <w:t>в статье 823:</w:t>
      </w:r>
    </w:p>
    <w:p>
      <w:r>
        <w:rPr>
          <w:b/>
        </w:rPr>
        <w:t xml:space="preserve">15. </w:t>
      </w:r>
      <w:r>
        <w:t>в статье 824:</w:t>
      </w:r>
    </w:p>
    <w:p>
      <w:r>
        <w:rPr>
          <w:b/>
        </w:rPr>
        <w:t xml:space="preserve">15. </w:t>
      </w:r>
      <w:r>
        <w:t>в части 2 статьи 826 слова "также в план закупок" исключить</w:t>
      </w:r>
    </w:p>
    <w:p>
      <w:r>
        <w:rPr>
          <w:b/>
        </w:rPr>
        <w:t xml:space="preserve">15. </w:t>
      </w:r>
      <w:r>
        <w:t>(Пункт утратил силу - Федеральный закон от 02.07.2021 № 360-ФЗ) 56) (Пункт утратил силу - Федеральный закон от 02.07.2021 № 360-ФЗ) 57) (Пункт утратил силу - Федеральный закон от 02.07.2021 № 360-ФЗ) 58) (Пункт утратил силу - Федеральный закон от 02.07.2021 № 360-ФЗ) 59) (Пункт утратил силу - Федеральный закон от 02.07.2021 № 360-ФЗ) 60) (Пункт утратил силу - Федеральный закон от 02.07.2021 № 360-ФЗ) 61) (Пункт утратил силу - Федеральный закон от 02.07.2021 № 360-ФЗ) 62) в статье 93:</w:t>
      </w:r>
    </w:p>
    <w:p>
      <w:r>
        <w:rPr>
          <w:b/>
        </w:rPr>
        <w:t xml:space="preserve">15. </w:t>
      </w:r>
      <w:r>
        <w:t>в статье 94:</w:t>
      </w:r>
    </w:p>
    <w:p>
      <w:r>
        <w:rPr>
          <w:b/>
        </w:rPr>
        <w:t xml:space="preserve">15. </w:t>
      </w:r>
      <w:r>
        <w:t>в статье 95:</w:t>
      </w:r>
    </w:p>
    <w:p>
      <w:r>
        <w:rPr>
          <w:b/>
        </w:rPr>
        <w:t xml:space="preserve">15. </w:t>
      </w:r>
      <w:r>
        <w:t>если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настоящим Федеральным законом, предоставления подрядчиком в соответствии с настоящим Федеральным законом обеспечения исполнения контракта</w:t>
      </w:r>
    </w:p>
    <w:p>
      <w:r>
        <w:rPr>
          <w:b/>
        </w:rPr>
        <w:t xml:space="preserve">15. </w:t>
      </w:r>
      <w:r>
        <w:t>в случае заключения контракта с единственным поставщиком (подрядчиком, исполнителем) в соответствии с пунктами 1, 8, 22, 23, 29, 32, 34, 51 части 1 статьи 93 настоящего Федерального закона.";</w:t>
      </w:r>
    </w:p>
    <w:p>
      <w:r>
        <w:rPr>
          <w:b/>
        </w:rPr>
        <w:t xml:space="preserve">15. </w:t>
      </w:r>
      <w:r>
        <w:t>в статье 96:</w:t>
      </w:r>
    </w:p>
    <w:p>
      <w:r>
        <w:rPr>
          <w:b/>
        </w:rPr>
        <w:t xml:space="preserve">15. </w:t>
      </w:r>
      <w:r>
        <w:t>в статье 97:</w:t>
      </w:r>
    </w:p>
    <w:p>
      <w:r>
        <w:rPr>
          <w:b/>
        </w:rPr>
        <w:t xml:space="preserve">15. </w:t>
      </w:r>
      <w:r>
        <w:t>в статье 99:</w:t>
      </w:r>
    </w:p>
    <w:p>
      <w:r>
        <w:rPr>
          <w:b/>
        </w:rPr>
        <w:t xml:space="preserve">15. </w:t>
      </w:r>
      <w:r>
        <w:t>непревышением объема финансового обеспечения, включенного в планы-графики, над объемом финансового обеспечения для осуществления закупок, утвержденным и доведенным до заказчика</w:t>
      </w:r>
    </w:p>
    <w:p>
      <w:r>
        <w:rPr>
          <w:b/>
        </w:rPr>
        <w:t xml:space="preserve">15. </w:t>
      </w:r>
      <w:r>
        <w:t>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предусмотренных настоящим Федеральным законом информации и документах, не подлежащих в соответствии с настоящим Федеральным законом формированию и размещению в единой информационной системе в сфере закупок.";</w:t>
      </w:r>
    </w:p>
    <w:p>
      <w:r>
        <w:rPr>
          <w:b/>
        </w:rPr>
        <w:t xml:space="preserve">15. </w:t>
      </w:r>
      <w:r>
        <w:t>извещениях об осуществлении закупок, информации, содержащейся в планах-графиках</w:t>
      </w:r>
    </w:p>
    <w:p>
      <w:r>
        <w:rPr>
          <w:b/>
        </w:rPr>
        <w:t xml:space="preserve">15. </w:t>
      </w:r>
      <w:r>
        <w:t>протоколах определения поставщиков (подрядчиков, исполнителей), информации, содержащейся в извещениях об осуществлении закупок</w:t>
      </w:r>
    </w:p>
    <w:p>
      <w:r>
        <w:rPr>
          <w:b/>
        </w:rPr>
        <w:t xml:space="preserve">15. </w:t>
      </w:r>
      <w:r>
        <w:t>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 информации, содержащейся в протоколах определения поставщиков (подрядчиков, исполнителей).";</w:t>
      </w:r>
    </w:p>
    <w:p>
      <w:r>
        <w:rPr>
          <w:b/>
        </w:rPr>
        <w:t xml:space="preserve">15. </w:t>
      </w:r>
      <w:r>
        <w:t>пункт 10 части 2 статьи 103 дополнить словами ",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w:t>
      </w:r>
    </w:p>
    <w:p>
      <w:r>
        <w:rPr>
          <w:b/>
        </w:rPr>
        <w:t xml:space="preserve">15. </w:t>
      </w:r>
      <w:r>
        <w:t>в части 7 статьи 104 слово "десяти" заменить словом "пяти"</w:t>
      </w:r>
    </w:p>
    <w:p>
      <w:r>
        <w:rPr>
          <w:b/>
        </w:rPr>
        <w:t xml:space="preserve">15. </w:t>
      </w:r>
      <w:r>
        <w:t>в статье 105:</w:t>
      </w:r>
    </w:p>
    <w:p>
      <w:r>
        <w:rPr>
          <w:b/>
        </w:rPr>
        <w:t xml:space="preserve">15. </w:t>
      </w:r>
      <w:r>
        <w:t>статью 106 дополнить частью 51 следующего содержания: "51. Представление информации и документов, предусмотренных частью 5 настоящей статьи, не требуется в случае их размещения в соответствии с настоящим Федеральным законом на официальном сайте. При этом, если информация и документы, предусмотренные частью 5 настоящей статьи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
        <w:rPr>
          <w:b/>
        </w:rPr>
        <w:t xml:space="preserve">15. </w:t>
      </w:r>
      <w:r>
        <w:t>в статье 112:</w:t>
      </w:r>
    </w:p>
    <w:p>
      <w:r>
        <w:rPr>
          <w:b/>
        </w:rPr>
        <w:t xml:space="preserve">15. </w:t>
      </w:r>
      <w:r>
        <w:t>пункт 1 части 1 дополнить словами ", сумма цен единиц товара, работы, услуги"</w:t>
      </w:r>
    </w:p>
    <w:p>
      <w:r>
        <w:rPr>
          <w:b/>
        </w:rPr>
        <w:t xml:space="preserve">15. </w:t>
      </w:r>
      <w:r>
        <w:t>часть 4 после слов "цена контракта" дополнить словами "или сумма цен единиц товара, работы, услуги"</w:t>
      </w:r>
    </w:p>
    <w:p>
      <w:r>
        <w:rPr>
          <w:b/>
        </w:rPr>
        <w:t xml:space="preserve">15. </w:t>
      </w:r>
      <w:r>
        <w:t>часть 1 дополнить пунктом 8 следующего содержания: "8) документация о закупке при осуществлении закупки работ по строительству, реконструкции, капитальному ремонту, сносу объекта капитального строительства должна содержать проектную документацию, утвержденную в порядке, установленном законодательством о градостроительной деятельности, за исключением случая, если подготовка проектной документации в соответствии с указанным законодательством не требуется, а также случаев осуществления закупки в соответствии с частями 16 и 161 статьи 34 настоящего Федерального закона, при которых предметом контракта является в том числе проектирование объекта капитального строительства. Включение проектной документации в документацию о закупке в соответствии с настоящим пунктом является надлежащим исполнением требований пунктов 1 - 3 настоящей части."</w:t>
      </w:r>
    </w:p>
    <w:p>
      <w:r>
        <w:rPr>
          <w:b/>
        </w:rPr>
        <w:t xml:space="preserve">15. </w:t>
      </w:r>
      <w:r>
        <w:t>в части 4 слова "гарантийному сроку товара, работы, услуги и (или) объему предоставления гарантий их качества, к гарантийному обслуживанию товара" заменить словами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w:t>
      </w:r>
    </w:p>
    <w:p>
      <w:r>
        <w:rPr>
          <w:b/>
        </w:rPr>
        <w:t xml:space="preserve">15. </w:t>
      </w:r>
      <w:r>
        <w:t>часть 1 дополнить предложением следующего содержания: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на основании заявок заказчика."</w:t>
      </w:r>
    </w:p>
    <w:p>
      <w:r>
        <w:rPr>
          <w:b/>
        </w:rPr>
        <w:t xml:space="preserve">15. </w:t>
      </w:r>
      <w:r>
        <w:t>в части 2 слова "а в случаях" заменить словами "а в случае, предусмотренном частью 24 статьи 22 настоящего Федерального закона, указываются цены единиц товара, работы, услуги и максимальное значение цены контракта, а также в случаях", дополнить предложением следующего содержания: "В случае, если проектом контракта предусмотрены отдельные этапы его исполнения, цена каждого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r>
        <w:rPr>
          <w:b/>
        </w:rPr>
        <w:t xml:space="preserve">15. </w:t>
      </w:r>
      <w:r>
        <w:t>в части 5 слова "в виде фиксированной суммы, определенной" исключить</w:t>
      </w:r>
    </w:p>
    <w:p>
      <w:r>
        <w:rPr>
          <w:b/>
        </w:rPr>
        <w:t xml:space="preserve">15. </w:t>
      </w:r>
      <w:r>
        <w:t>в части 7 слова ", определенном в порядке, установленном Правительством Российской Федерации, но не менее чем одна трехсотая" заменить словами "одной трехсотой", дополнить словами ", за исключением случаев, если законодательством Российской Федерации установлен иной порядок начисления пени"</w:t>
      </w:r>
    </w:p>
    <w:p>
      <w:r>
        <w:rPr>
          <w:b/>
        </w:rPr>
        <w:t xml:space="preserve">15. </w:t>
      </w:r>
      <w:r>
        <w:t>в части 8 слова "в виде фиксированной суммы, определенной" исключить, дополнить словами ", за исключением случаев, если законодательством Российской Федерации установлен иной порядок начисления штрафов"</w:t>
      </w:r>
    </w:p>
    <w:p>
      <w:r>
        <w:rPr>
          <w:b/>
        </w:rPr>
        <w:t xml:space="preserve">15. </w:t>
      </w:r>
      <w:r>
        <w:t>часть 11 дополнить новым вторым предложением следующего содержания: "В случае отсутствия таких типовых контрактов, типовых условий контрактов соответствующие типовые контракты, типовые условия контрактов могут быть разработаны и утверждены федеральным органом исполнительной власти по регулированию контрактной системы в сфере закупок."</w:t>
      </w:r>
    </w:p>
    <w:p>
      <w:r>
        <w:rPr>
          <w:b/>
        </w:rPr>
        <w:t xml:space="preserve">15. </w:t>
      </w:r>
      <w:r>
        <w:t>в пункте 1 части 13: после слов "или услуги," дополнить словами "в том числе с учетом положений части 13 статьи 37 настоящего Федерального закона,", слова "а также о порядке и сроках оформления результатов такой приемки" заменить словами "о порядке и сроках оформления результатов такой приемки, а также о порядке и сроке предоставления поставщиком (подрядчиком, исполнителем) обеспечения гарантийных обязательств в случае установления в соответствии с частью 4 статьи 33 настоящего Федерального закона требований к их предоставлению"; слово "предоставлению;" заменить словами "предоставлению. В случае, если контрактом предусмотрены его поэтапное исполнение и выплата аванса, в контракт включается условие о размере аванса в отношении каждого этапа исполнения контракта в виде процента от размера цены соответствующего этапа;"</w:t>
      </w:r>
    </w:p>
    <w:p>
      <w:r>
        <w:rPr>
          <w:b/>
        </w:rPr>
        <w:t xml:space="preserve">15. </w:t>
      </w:r>
      <w:r>
        <w:t>часть 131 после слов "за исключением" дополнить словами "случаев, если иной срок оплаты установлен законодательством Российской Федерации,"</w:t>
      </w:r>
    </w:p>
    <w:p>
      <w:r>
        <w:rPr>
          <w:b/>
        </w:rPr>
        <w:t xml:space="preserve">15. </w:t>
      </w:r>
      <w:r>
        <w:t>часть 27 дополнить предложением следующего содержания: "При этом срок возврата заказчиком поставщику (подрядчику, исполнителю) таких денежных средств не должен превышать тридцать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предусмотренного частью 3 статьи 30 настоящего Федерального закона, такой срок не должен превышать пятнадцать дней с даты исполнения поставщиком (подрядчиком, исполнителем) обязательств, предусмотренных контрактом."</w:t>
      </w:r>
    </w:p>
    <w:p>
      <w:r>
        <w:rPr>
          <w:b/>
        </w:rPr>
        <w:t xml:space="preserve">15. </w:t>
      </w:r>
      <w:r>
        <w:t>часть 1 после слов "ниже начальной (максимальной) цены контракта," дополнить словами "либо предложена сумма цен единиц товара, работы, услуги, которая на двадцать пять и более процентов ниже начальной суммы цен указанных единиц,"</w:t>
      </w:r>
    </w:p>
    <w:p>
      <w:r>
        <w:rPr>
          <w:b/>
        </w:rPr>
        <w:t xml:space="preserve">15. </w:t>
      </w:r>
      <w:r>
        <w:t>в части 2 после слов "ниже начальной (максимальной) цены контракта," дополнить словами "либо предложена сумма цен единиц товара, работы, услуги, которая на двадцать пять и более процентов ниже начальной суммы цен указанных единиц,", слова "на дату подачи заявки" исключить</w:t>
      </w:r>
    </w:p>
    <w:p>
      <w:r>
        <w:rPr>
          <w:b/>
        </w:rPr>
        <w:t xml:space="preserve">15. </w:t>
      </w:r>
      <w:r>
        <w:t>часть 3 изложить в следующей редакции: "3.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и документации о закупке."</w:t>
      </w:r>
    </w:p>
    <w:p>
      <w:r>
        <w:rPr>
          <w:b/>
        </w:rPr>
        <w:t xml:space="preserve">15. </w:t>
      </w:r>
      <w:r>
        <w:t>в части 4 слова ", но не менее чем в размере аванса (если контрактом предусмотрена выплата аванса)" исключить</w:t>
      </w:r>
    </w:p>
    <w:p>
      <w:r>
        <w:rPr>
          <w:b/>
        </w:rPr>
        <w:t xml:space="preserve">15. </w:t>
      </w:r>
      <w:r>
        <w:t>часть 9 изложить в следующей редакции: "9. Если предметом контракта, для заключения которого проводится конкурс или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которая на двадцать пять и более процентов ниже начальной (максимальной) цены контракта, наряду с требованиями, предусмотренными настоящей статьей,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
        <w:rPr>
          <w:b/>
        </w:rPr>
        <w:t xml:space="preserve">15. </w:t>
      </w:r>
      <w:r>
        <w:t>в части 10: в пункте 1 после слов "предложившим цену контракта" дополнить словами ", сумму цен единиц товара", после слов "ниже начальной (максимальной) цены контракта," дополнить словами "начальной суммы цен единиц товара,", слова "предложенной цены контракта необоснованной" заменить словами "предложенных цены контракта, суммы цен единиц товара необоснованными"; в пункте 2 слова "При признании комиссией по осуществлению закупок предложенной цены контракта необоснованной" заменить словами "При признании комиссией по осуществлению закупок предложенных цены контракта, суммы цен единиц товара необоснованными", слова "такую же" заменить словами "такие же", после слов "как и победитель этого конкурса или аукциона, цену контракта" дополнить словами ", сумму цен единиц товара"</w:t>
      </w:r>
    </w:p>
    <w:p>
      <w:r>
        <w:rPr>
          <w:b/>
        </w:rPr>
        <w:t xml:space="preserve">15. </w:t>
      </w:r>
      <w:r>
        <w:t>дополнить частью 13 следующего содержания: "13. Выплата аванса при исполнении контракта, заключенного с участником закупки, указанным в части 1 или 2 настоящей статьи, не допускается."</w:t>
      </w:r>
    </w:p>
    <w:p>
      <w:r>
        <w:rPr>
          <w:b/>
        </w:rPr>
        <w:t xml:space="preserve">15. </w:t>
      </w:r>
      <w:r>
        <w:t>пункт 2 изложить в следующей редакции: "2) краткое изложение условий контракта, содержащее наименование и описание объекта закупки с учетом требований, предусмотренных статьей 33 настоящего Федерального закона, информацию о количестве и месте доставки товара, являющегося предметом контракта, месте выполнения работы или оказания услуги, являющихся предметом контракта, а также сроки поставки товара или завершения работы либо график оказания услуг, начальная (максимальная) цена контракта, источник финансирования. В случаях, установленных Правительством Российской Федерации в соответствии с частью 2 статьи 34 настоящего Федерального закона, указываются ориентировочное значение цены контракта либо формула цены и максимальное значение цены контракта. В случае, предусмотренном частью 24 статьи 22 настоящего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В случае, если контрактом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контракта исходя из фактически выполненного объема данных работ, но не превышающего объема работ, подлежащих выполнению в соответствии с контрактом. При этом в извещении об осуществлении закупки и документации о закупке должно быть указано, что оплата поставки товара, выполнения работы или оказания услуги осуществляется по цене единицы товара, работы, услуги исходя из количества товара, поставка которого будет осуществлена в ходе исполнения контракта, объема фактически выполненной работы или оказанной услуги, но в размере, не превышающем максимального значения цены контракта, указанного в извещении об осуществлении закупки и документации о закупке;"</w:t>
      </w:r>
    </w:p>
    <w:p>
      <w:r>
        <w:rPr>
          <w:b/>
        </w:rPr>
        <w:t xml:space="preserve">15. </w:t>
      </w:r>
      <w:r>
        <w:t>в пункте 8 слова "порядок предоставления такого обеспечения, требования к такому обеспечению" заменить словами "требования к такому обеспечению, порядок предоставления такого обеспечения, устанавливаемые в соответствии с настоящим Федеральным законом"</w:t>
      </w:r>
    </w:p>
    <w:p>
      <w:r>
        <w:rPr>
          <w:b/>
        </w:rPr>
        <w:t xml:space="preserve">15. </w:t>
      </w:r>
      <w:r>
        <w:t>дополнить пунктом 12 следующего содержания: "12) размер аванса, устанавливаемый в соответствии с законодательством Российской Федерации о контрактной системе в сфере закупок (если предусмотрена выплата аванса)."</w:t>
      </w:r>
    </w:p>
    <w:p>
      <w:r>
        <w:rPr>
          <w:b/>
        </w:rPr>
        <w:t xml:space="preserve">15. </w:t>
      </w:r>
      <w:r>
        <w:t>в пункте 1 части 16 слова "от пяти миллионов рублей" исключить</w:t>
      </w:r>
    </w:p>
    <w:p>
      <w:r>
        <w:rPr>
          <w:b/>
        </w:rPr>
        <w:t xml:space="preserve">15. </w:t>
      </w:r>
      <w:r>
        <w:t>в абзаце первом части 20 слова "блокирование не осуществляется" исключить, слова "оператором электронной площадки" заменить словами "оператором электронной площадки, блокирование не осуществляется, о чем банк направляет информацию оператору электронной площадки в течение одного часа с момента получения информации об участнике закупки и о размере денежных средств, необходимом для обеспечения заявки", слова "с даты и времени окончания срока подачи заявок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заменить словами "с момента получения от банка указанной информации"</w:t>
      </w:r>
    </w:p>
    <w:p>
      <w:r>
        <w:rPr>
          <w:b/>
        </w:rPr>
        <w:t xml:space="preserve">15. </w:t>
      </w:r>
      <w:r>
        <w:t>часть 24 изложить в следующей редакции: "24. В течение одного рабочего дня с даты размещения на электронной площадке указанного в части 12 статьи 547, части 8 статьи 69 настоящего Федерального закона протокола оператор электронной площадки направляет в банк информацию об участнике закупки (за исключением участника закупки, указанного в части 27 настоящей статьи), заявка которого признана не соответствующей требованиям документации о закупке. Банк в течение одного рабочего дня с момента получения указанной информации прекращает осуществленное в соответствии с частью 20 настоящей статьи блокирование денежных средств на специальном счете такого участника закупки в размере обеспечения заявки на участие в закупке."</w:t>
      </w:r>
    </w:p>
    <w:p>
      <w:r>
        <w:rPr>
          <w:b/>
        </w:rPr>
        <w:t xml:space="preserve">15. </w:t>
      </w:r>
      <w:r>
        <w:t>часть 27 изложить в следующей редакции: "27. В случае, если в течение одного квартала календарного года на одной электронной площадке в отношении трех и более заявок участника закупки комиссиями по осуществлению закупок принято решение о несоответствии указанных заявок требованиям, предусмотренным документацией о закупке, по основаниям, установленным пунктами 1 и 2 части 4 статьи 547, пунктами 1 и 2 части 6 статьи 69 настоящего Федерального закона, денежные средства, заблокированные на специальном счете участника закупки в размере обеспечения каждой третьей такой заявки, подлежат перечислению в соответствующий бюджет бюджетной системы Российской Федерации, за исключением случая, если судом, контрольным органом в сфере закупок принятое в отношении такой заявки решение признано не соответствующим требованиям настоящего Федерального закона. При этом оператор электронной площадки направляет в банк информацию о таком участнике закупки через тридцать дней со дня, следующего за днем размещения на электронной площадке в отношении каждой третьей заявки протокола, указанного в части 12 статьи 547, части 8 статьи 69 настоящего Федерального закона. Банк в течение одного рабочего дня с момента получения указанной информации осуществляет предусмотренное настоящей частью перечисление денежных средств, о чем в течение одного часа уведомляет участника закупки."</w:t>
      </w:r>
    </w:p>
    <w:p>
      <w:r>
        <w:rPr>
          <w:b/>
        </w:rPr>
        <w:t xml:space="preserve">15. </w:t>
      </w:r>
      <w:r>
        <w:t>в части 1 слова "и исполнения контрактов" заменить словами ", исполнения контрактов, гарантийных обязательств", дополнить словами ", и включенными в перечень, предусмотренный частью 12 настоящей статьи"</w:t>
      </w:r>
    </w:p>
    <w:p>
      <w:r>
        <w:rPr>
          <w:b/>
        </w:rPr>
        <w:t xml:space="preserve">15. </w:t>
      </w:r>
      <w:r>
        <w:t>в части 5 слова "в качестве обеспечения исполнения контракта" исключить</w:t>
      </w:r>
    </w:p>
    <w:p>
      <w:r>
        <w:rPr>
          <w:b/>
        </w:rPr>
        <w:t xml:space="preserve">15. </w:t>
      </w:r>
      <w:r>
        <w:t>в части 8 слова "предоставляемая участником закупки в качестве обеспечения заявки на участие в закупке, если такой способ обеспечения заявок применим в соответствии с настоящим Федеральным законом, или в качестве обеспечения исполнения контракта" заменить словами "используемая для целей настоящего Федерального закона"</w:t>
      </w:r>
    </w:p>
    <w:p>
      <w:r>
        <w:rPr>
          <w:b/>
        </w:rPr>
        <w:t xml:space="preserve">15. </w:t>
      </w:r>
      <w:r>
        <w:t>в части 81 слова ", предоставляемых в качестве обеспечения заявок и исполнения контрактов," исключить</w:t>
      </w:r>
    </w:p>
    <w:p>
      <w:r>
        <w:rPr>
          <w:b/>
        </w:rPr>
        <w:t xml:space="preserve">15. </w:t>
      </w:r>
      <w:r>
        <w:t>часть 12 после слов "частью 30 статьи 34," дополнить словами "пунктом 9 части 1 статьи 95,"</w:t>
      </w:r>
    </w:p>
    <w:p>
      <w:r>
        <w:rPr>
          <w:b/>
        </w:rPr>
        <w:t xml:space="preserve">15. </w:t>
      </w:r>
      <w:r>
        <w:t>пункт 1 части 1 после слов "начальной (максимальной) цены контракта" дополнить словами ", начальных цен единиц товара, работы, услуги"</w:t>
      </w:r>
    </w:p>
    <w:p>
      <w:r>
        <w:rPr>
          <w:b/>
        </w:rPr>
        <w:t xml:space="preserve">15. </w:t>
      </w:r>
      <w:r>
        <w:t>в пункте 2 части 3 слова "предложение о цене каждого наименования поставляемого товара в случае осуществления закупки товара" заменить словами "цене единицы товара, работы, услуги и сумме цен единиц товара, работы, услуги"</w:t>
      </w:r>
    </w:p>
    <w:p>
      <w:r>
        <w:rPr>
          <w:b/>
        </w:rPr>
        <w:t xml:space="preserve">15. </w:t>
      </w:r>
      <w:r>
        <w:t>в части 5 слова "не указывается" заменить словами "не указываются", после слов "начальная (максимальная) цена контракта" дополнить словами ", начальная сумма цен единиц товаров, работ, услуг, максимальное значение цены контракта"</w:t>
      </w:r>
    </w:p>
    <w:p>
      <w:r>
        <w:rPr>
          <w:b/>
        </w:rPr>
        <w:t xml:space="preserve">15. </w:t>
      </w:r>
      <w:r>
        <w:t>в части 8 после слов "цены контракта" дополнить словами ", суммы цен единиц товара, работы, услуги", слова "предложена наиболее низкая цена контракта" заменить словами "предложены наиболее низкие цена контракта, сумма цен единиц товара, работы, услуги", после слов "о цене контракта," дополнить словами "сумме цен единиц товара, работы, услуги,"</w:t>
      </w:r>
    </w:p>
    <w:p>
      <w:r>
        <w:rPr>
          <w:b/>
        </w:rPr>
        <w:t xml:space="preserve">15. </w:t>
      </w:r>
      <w:r>
        <w:t>часть 10 после слов "по цене," дополнить словами "максимальному значению цены контракта,"</w:t>
      </w:r>
    </w:p>
    <w:p>
      <w:r>
        <w:rPr>
          <w:b/>
        </w:rPr>
        <w:t xml:space="preserve">15. </w:t>
      </w:r>
      <w:r>
        <w:t>часть 11 после слов "по цене," дополнить словами "максимальному значению цены контракта,"</w:t>
      </w:r>
    </w:p>
    <w:p>
      <w:r>
        <w:rPr>
          <w:b/>
        </w:rPr>
        <w:t xml:space="preserve">15. </w:t>
      </w:r>
      <w:r>
        <w:t>часть 2 после слов "а также о цене контракта" дополнить словами ", сумме цен единиц товара, работы, услуги"</w:t>
      </w:r>
    </w:p>
    <w:p>
      <w:r>
        <w:rPr>
          <w:b/>
        </w:rPr>
        <w:t xml:space="preserve">15. </w:t>
      </w:r>
      <w:r>
        <w:t>пункт 5 части 6 изложить в следующей редакции: "5) подачи участником такого запроса заявки, не содержащей предложение о цене контракта, сумме цен единиц товара, работы, услуги или содержащей предложение о цене контракта, сумме цен единиц товара, работы, услуги, превышающих начальную (максимальную) цену контракта, начальную сумму цен единиц товара, работы, услуги или равных нулю;"</w:t>
      </w:r>
    </w:p>
    <w:p>
      <w:r>
        <w:rPr>
          <w:b/>
        </w:rPr>
        <w:t xml:space="preserve">15. </w:t>
      </w:r>
      <w:r>
        <w:t>в части 6 второе - четвертое предложения изложить в следующей редакции: "Оператор электронной площадки присваивает каждой заявке на участие в запросе котировок в электронной форме, которая не была отклонена заказчиком, порядковый номер по мере увеличения предложенных в таких заявках цены контракта, суммы цен единиц товара, работы, услуги. Заявке на участие в запросе котировок в электронной форме, содержащей предложение о наиболее низкой цене контракта, наименьшей сумме цен единиц товара, работы, услуги, присваивается первый номер. В случае, если в нескольких заявках на участие в запросе котировок в электронной форме содержатся одинаковые предложения о цене контракта, сумме цен единиц товара, работы, услуги, меньший порядковый номер присваивается заявке на участие в запросе котировок в электронной форме, которая поступила ранее других заявок на участие в таком запросе, в которых предложены такие же цена контракта, сумма цен единиц товара, работы, услуги."</w:t>
      </w:r>
    </w:p>
    <w:p>
      <w:r>
        <w:rPr>
          <w:b/>
        </w:rPr>
        <w:t xml:space="preserve">15. </w:t>
      </w:r>
      <w:r>
        <w:t>в части 7 слово "указана" заменить словом "указаны", после слов "цена товара, работы или услуги" дополнить словами ", наименьшая сумма цен единиц товара, работы, услуги", после слов "цены товара, работы или услуги" дополнить словами ", наименьшей суммы цен единиц товара, работы, услуги", слова "такая же цена" заменить словами "такие же цена, сумма цен"</w:t>
      </w:r>
    </w:p>
    <w:p>
      <w:r>
        <w:rPr>
          <w:b/>
        </w:rPr>
        <w:t xml:space="preserve">15. </w:t>
      </w:r>
      <w:r>
        <w:t>в части 8 слова "такую же" заменить словами ", сумму цен единиц товара, работы, услуги такие же", слова "предложение о цене контракта которого содержит лучшие условия по цене контракта" заменить словами "предложение которого содержит лучшие условия по цене контракта, сумме цен единиц товара, работы, услуги"</w:t>
      </w:r>
    </w:p>
    <w:p>
      <w:r>
        <w:rPr>
          <w:b/>
        </w:rPr>
        <w:t xml:space="preserve">15. </w:t>
      </w:r>
      <w:r>
        <w:t>в части 1: в пункте 4 слово "ста" заменить словом "трехсот"; пункт 24 после слов "с которым заключается контракт" дополнить словами ", либо по цене за единицу товара, работы, услуги, рассчитанной в соответствии с частью 21 статьи 832 настоящего Федерального закона, и максимальному значению цены контракта"; в пункте 25 слова "частью 18 статьи 83" заменить словами "частями 18 и 19 статьи 83, частью 27 статьи 831", после слов "с которым заключается контракт" дополнить словами ", либо по цене за единицу товара, работы, услуги, рассчитанной в соответствии с частью 21 статьи 832 настоящего Федерального закона, и максимальному значению цены контракта"; пункт 251 после слов "заключается контракт," дополнить словами "либо по цене за единицу товара, работы, услуги, рассчитанной в соответствии с частью 21 статьи 832 настоящего Федерального закона, и максимальному значению цены контракта,"; пункт 252 после слов "заключается контракт," дополнить словами "либо по цене за единицу товара, работы, услуги, рассчитанной в соответствии с частью 21 статьи 832 настоящего Федерального закона, и максимальному значению цены контракта,"; пункт 253 после слов "заключается контракт," дополнить словами "либо по цене за единицу товара, работы, услуги, рассчитанной в соответствии с частью 21 статьи 832 настоящего Федерального закона, и максимальному значению цены контракта,"; в пункте 28 слова "двести тысяч" заменить словами "один миллион"; в пункте 54 слова "федеральных государственных" исключить</w:t>
      </w:r>
    </w:p>
    <w:p>
      <w:r>
        <w:rPr>
          <w:b/>
        </w:rPr>
        <w:t xml:space="preserve">15. </w:t>
      </w:r>
      <w:r>
        <w:t>в части 2 первое, второе и третье предложения исключить, слово "уведомить" заменить словом "направить", слова "контрольный орган в сфере закупок" заменить словами "в контрольный орган в сфере закупок уведомление"</w:t>
      </w:r>
    </w:p>
    <w:p>
      <w:r>
        <w:rPr>
          <w:b/>
        </w:rPr>
        <w:t xml:space="preserve">15. </w:t>
      </w:r>
      <w:r>
        <w:t>часть 3 изложить в следующей редакции: "3. Извещение об осуществлении закупки у единственного поставщика (подрядчика, исполнителя) не требуется."</w:t>
      </w:r>
    </w:p>
    <w:p>
      <w:r>
        <w:rPr>
          <w:b/>
        </w:rPr>
        <w:t xml:space="preserve">15. </w:t>
      </w:r>
      <w:r>
        <w:t>часть 4 изложить в следующей редакции: "4. При осуществлении закупки у единственного поставщика (подрядчика, исполнителя) в случаях, предусмотренных пунктами 3, 6, 9, 11, 12, 18, 22, 23, 30 - 32, 34, 35, 37 - 41, 46, 49 части 1 настоящей статьи, заказчик обязан определить и обосновать цену контракта в порядке, установленном настоящим Федеральным законом. При осуществлении закупки у единственного поставщика (подрядчика, исполнителя) в случаях, предусмотренных настоящей частью, контракт должен содержать обоснование цены контракта."</w:t>
      </w:r>
    </w:p>
    <w:p>
      <w:r>
        <w:rPr>
          <w:b/>
        </w:rPr>
        <w:t xml:space="preserve">15. </w:t>
      </w:r>
      <w:r>
        <w:t>часть 4 признать утратившей силу</w:t>
      </w:r>
    </w:p>
    <w:p>
      <w:r>
        <w:rPr>
          <w:b/>
        </w:rPr>
        <w:t xml:space="preserve">15. </w:t>
      </w:r>
      <w:r>
        <w:t>в части 41 слово "иные" исключить</w:t>
      </w:r>
    </w:p>
    <w:p>
      <w:r>
        <w:rPr>
          <w:b/>
        </w:rPr>
        <w:t xml:space="preserve">15. </w:t>
      </w:r>
      <w:r>
        <w:t>дополнить частью 71 следующего содержания: "71.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настоящим Федеральным законом в порядке и в сроки, которые установлены контрактом."</w:t>
      </w:r>
    </w:p>
    <w:p>
      <w:r>
        <w:rPr>
          <w:b/>
        </w:rPr>
        <w:t xml:space="preserve">15. </w:t>
      </w:r>
      <w:r>
        <w:t>части 9 - 12 признать утратившими силу</w:t>
      </w:r>
    </w:p>
    <w:p>
      <w:r>
        <w:rPr>
          <w:b/>
        </w:rPr>
        <w:t xml:space="preserve">15. </w:t>
      </w:r>
      <w:r>
        <w:t>в части 1: в пункте 1: подпункт "б" после слов "увеличиваются предусмотренные контрактом" дополнить словами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дополнить подпунктом "в" следующего содержания: "в)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 дополнить пунктами 8 - 10 следующего содержания: "8) если при исполнении заключенного на срок не менее одного года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 необходимость внесения изменений в проектную документацию.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 При этом в указанный срок не включается срок получения 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w:t>
      </w:r>
    </w:p>
    <w:p>
      <w:r>
        <w:rPr>
          <w:b/>
        </w:rPr>
        <w:t xml:space="preserve">15. </w:t>
      </w:r>
      <w:r>
        <w:t>дополнить частью 171 следующего содержания: "171. В случае расторжения контракта по основаниям, предусмотренным частью 8 настоящей статьи, заказчик вправе заключить контракт с участником закупки, с которым в соответствии с настоящим Федеральным законом заключается контракт при уклонении от заключения контракта победителя, указанного в части 3 статьи 54, части 6 статьи 78, первом предложении части 17 статьи 83, победителя электронной процедуры (за исключением победителя, предусмотренного частью 14 статьи 832 настоящего Федерального закона) и при условии согласия такого участника закупки заключить контракт. Указанный контракт заключается с соблюдением условий, предусмотренных частью 1 статьи 34 настоящего Федерального закона с учетом положений части 18 настоящей статьи, и после предоставления в соответствии с настоящим Федеральным законом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 При этом при расторжении контракта (за исключением контракта, указанного в части 9 статьи 37 настоящего Федерального закона) в связи с односторонним отказом заказчика от исполнения контракта заключение контракта в соответствии с настоящей частью допускается в случае, если в связи с таким расторжением в соответствии с частью 7 статьи 104 настоящего Федерального закона принято решение 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w:t>
      </w:r>
    </w:p>
    <w:p>
      <w:r>
        <w:rPr>
          <w:b/>
        </w:rPr>
        <w:t xml:space="preserve">15. </w:t>
      </w:r>
      <w:r>
        <w:t>часть 24 признать утратившей силу</w:t>
      </w:r>
    </w:p>
    <w:p>
      <w:r>
        <w:rPr>
          <w:b/>
        </w:rPr>
        <w:t xml:space="preserve">15. </w:t>
      </w:r>
      <w:r>
        <w:t>часть 1 изложить в следующей редакции: "1. Заказчиком, за исключением случаев, предусмотренных частью 2 настоящей статьи, в извещении об осуществлении закупки, документации о закупке, проекте контракта, приглашении принять участие в определении поставщика (подрядчика, исполнителя) закрытым способом должно быть установлено требование обеспечения исполнения контракта, обеспечения гарантийных обязательств в случае установления требований к таким обязательствам в соответствии с частью 4 статьи 33 настоящего Федерального закона."</w:t>
      </w:r>
    </w:p>
    <w:p>
      <w:r>
        <w:rPr>
          <w:b/>
        </w:rPr>
        <w:t xml:space="preserve">15. </w:t>
      </w:r>
      <w:r>
        <w:t>часть 3 изложить в следующей редакции: "3. Исполнение контракта, гарантийные обязательства могут обеспечиваться предоставлением банковской гарантии, выданной банком и соответствующей требованиям статьи 45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банковской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банковской гарантии должен превышать предусмотренный контрактом срок исполнения обязательств, которые должны быть обеспечены такой банковской гарантией, не менее чем на один месяц, в том числе в случае его изменения в соответствии со статьей 95 настоящего Федерального закона."</w:t>
      </w:r>
    </w:p>
    <w:p>
      <w:r>
        <w:rPr>
          <w:b/>
        </w:rPr>
        <w:t xml:space="preserve">15. </w:t>
      </w:r>
      <w:r>
        <w:t>в части 6 четвертое предложение изложить в следующей редакции: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статьи 37 настоящего Федерального закона.", дополнить предложениями следующего содержания: "В случае заключения контракта по результатам определения поставщиков (подрядчиков, исполнителей) в соответствии с пунктом 1 части 1 статьи 30 настоящего Федерального закона предусмотренный настоящей частью размер обеспечения исполнения контракта, в том числе предоставляемого с учетом положений статьи 37 настоящего Федерального закона, устанавливается от цены, по которой в соответствии с настоящим Федеральным законом заключается контракт, но не может составлять менее чем размер аванса. Размер обеспечения гарантийных обязательств не может превышать десять процентов начальной (максимальной) цены контракта."</w:t>
      </w:r>
    </w:p>
    <w:p>
      <w:r>
        <w:rPr>
          <w:b/>
        </w:rPr>
        <w:t xml:space="preserve">15. </w:t>
      </w:r>
      <w:r>
        <w:t>часть 7 дополнить предложением следующего содержания: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
        <w:rPr>
          <w:b/>
        </w:rPr>
        <w:t xml:space="preserve">15. </w:t>
      </w:r>
      <w:r>
        <w:t>абзац первый части 8 после слов "об обеспечении исполнения контракта" дополнить словами ", включая положения о предоставлении такого обеспечения с учетом положений статьи 37 настоящего Федерального закона,"</w:t>
      </w:r>
    </w:p>
    <w:p>
      <w:r>
        <w:rPr>
          <w:b/>
        </w:rPr>
        <w:t xml:space="preserve">15. </w:t>
      </w:r>
      <w:r>
        <w:t>дополнить частью 81 следующего содержания: "81.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настоящего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
        <w:rPr>
          <w:b/>
        </w:rPr>
        <w:t xml:space="preserve">15. </w:t>
      </w:r>
      <w:r>
        <w:t>в части 1 слова "планов закупок и" исключить</w:t>
      </w:r>
    </w:p>
    <w:p>
      <w:r>
        <w:rPr>
          <w:b/>
        </w:rPr>
        <w:t xml:space="preserve">15. </w:t>
      </w:r>
      <w:r>
        <w:t>часть 2 признать утратившей силу</w:t>
      </w:r>
    </w:p>
    <w:p>
      <w:r>
        <w:rPr>
          <w:b/>
        </w:rPr>
        <w:t xml:space="preserve">15. </w:t>
      </w:r>
      <w:r>
        <w:t>часть 6 после слова "эффективности" дополнить словами "осуществления закупок товара, работы, услуги для"</w:t>
      </w:r>
    </w:p>
    <w:p>
      <w:r>
        <w:rPr>
          <w:b/>
        </w:rPr>
        <w:t xml:space="preserve">15. </w:t>
      </w:r>
      <w:r>
        <w:t>пункт 2 части 1 после слов "бюджетной системы Российской Федерации," дополнить словами "федеральный орган исполнительной власти, определенный Правительством Российской Федерации в соответствии с частью 6 статьи 4 настоящего Федерального закона,"</w:t>
      </w:r>
    </w:p>
    <w:p>
      <w:r>
        <w:rPr>
          <w:b/>
        </w:rPr>
        <w:t xml:space="preserve">15. </w:t>
      </w:r>
      <w:r>
        <w:t>часть 5 изложить в следующей редакции: "5.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w:t>
      </w:r>
    </w:p>
    <w:p>
      <w:r>
        <w:rPr>
          <w:b/>
        </w:rPr>
        <w:t xml:space="preserve">15. </w:t>
      </w:r>
      <w:r>
        <w:t>дополнить частью 51 следующего содержания: "51. Федеральный орган исполнительной власти, определенный Правительством Российской Федерации в соответствии с частью 6 статьи 4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w:t>
      </w:r>
    </w:p>
    <w:p>
      <w:r>
        <w:rPr>
          <w:b/>
        </w:rPr>
        <w:t xml:space="preserve">15. </w:t>
      </w:r>
      <w:r>
        <w:t>в части 6 слова "частью 5" заменить словами "частями 5 и 51", слова "части 5" заменить словами "частях 5 и 51"</w:t>
      </w:r>
    </w:p>
    <w:p>
      <w:r>
        <w:rPr>
          <w:b/>
        </w:rPr>
        <w:t xml:space="preserve">15. </w:t>
      </w:r>
      <w:r>
        <w:t>в части 8: пункт 1 признать утратившим силу; в пункте 3 слово "обоснования" заменить словами "определения и обоснования", дополнить словами ", начальной цены единицы товара, работы, услуги, начальной суммы цен единиц товара, работы, услуги"</w:t>
      </w:r>
    </w:p>
    <w:p>
      <w:r>
        <w:rPr>
          <w:b/>
        </w:rPr>
        <w:t xml:space="preserve">15. </w:t>
      </w:r>
      <w:r>
        <w:t>в части 10: в абзаце первом слова "частью 5" заменить словами "частями 5 и 51"; пункт 3 дополнить словами ", начальной цены единицы товара, работы, услуги, начальной суммы цен единиц товара, работы, услуги"</w:t>
      </w:r>
    </w:p>
    <w:p>
      <w:r>
        <w:rPr>
          <w:b/>
        </w:rPr>
        <w:t xml:space="preserve">15. </w:t>
      </w:r>
      <w:r>
        <w:t>в пункте 3 части 27 слова "начала закупки" заменить словами "окончания срока подачи заявок"</w:t>
      </w:r>
    </w:p>
    <w:p>
      <w:r>
        <w:rPr>
          <w:b/>
        </w:rPr>
        <w:t xml:space="preserve">15. </w:t>
      </w:r>
      <w:r>
        <w:t>в части 3 слово "десять" заменить словом "пять"</w:t>
      </w:r>
    </w:p>
    <w:p>
      <w:r>
        <w:rPr>
          <w:b/>
        </w:rPr>
        <w:t xml:space="preserve">15. </w:t>
      </w:r>
      <w:r>
        <w:t>в части 4 слово "десять" заменить словом "пять"</w:t>
      </w:r>
    </w:p>
    <w:p>
      <w:r>
        <w:rPr>
          <w:b/>
        </w:rPr>
        <w:t xml:space="preserve">15. </w:t>
      </w:r>
      <w:r>
        <w:t>в части 5 слова "частью 4" заменить словами "частями 4 и 6"</w:t>
      </w:r>
    </w:p>
    <w:p>
      <w:r>
        <w:rPr>
          <w:b/>
        </w:rPr>
        <w:t xml:space="preserve">15. </w:t>
      </w:r>
      <w:r>
        <w:t>часть 6 после слов "специализированной организации," дополнить словами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после слов "настоящей главой," дополнить словами "участником закупки, с которым в соответствии с настоящим Федеральным законом заключается контракт,"</w:t>
      </w:r>
    </w:p>
    <w:p>
      <w:r>
        <w:rPr>
          <w:b/>
        </w:rPr>
        <w:t xml:space="preserve">15. </w:t>
      </w:r>
      <w:r>
        <w:t>части 2 и 3 признать утратившими силу</w:t>
      </w:r>
    </w:p>
    <w:p>
      <w:r>
        <w:rPr>
          <w:b/>
        </w:rPr>
        <w:t xml:space="preserve">15. </w:t>
      </w:r>
      <w:r>
        <w:t>в части 53 слова "октября 2019" заменить словами "января 2020"</w:t>
      </w:r>
    </w:p>
    <w:p>
      <w:r>
        <w:rPr>
          <w:b/>
        </w:rPr>
        <w:t>Статья 2</w:t>
      </w:r>
    </w:p>
    <w:p>
      <w:r>
        <w:rPr>
          <w:b/>
        </w:rPr>
        <w:t xml:space="preserve">1. </w:t>
      </w:r>
      <w:r>
        <w:t>Настоящий Федеральный закон вступает в силу с 1 июля 2019 года, за исключением положений, для которых настоящей статьей установлены иные сроки вступления их в силу</w:t>
      </w:r>
    </w:p>
    <w:p>
      <w:r>
        <w:rPr>
          <w:b/>
        </w:rPr>
        <w:t xml:space="preserve">2. </w:t>
      </w:r>
      <w:r>
        <w:t>Пункт 2, подпункты "в" - "е", "з" пункта 19, подпункт "г" пункта 63, пункты 69 - 72 статьи 1 настоящего Федерального закона вступают в силу по истечении десяти дней после дня официального опубликования настоящего Федерального закона</w:t>
      </w:r>
    </w:p>
    <w:p>
      <w:r>
        <w:rPr>
          <w:b/>
        </w:rPr>
        <w:t xml:space="preserve">3. </w:t>
      </w:r>
      <w:r>
        <w:t>Подпункты "б" - "г" пункта 62, подпункты "а" и "б" пункта 63 статьи 1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
        <w:rPr>
          <w:b/>
        </w:rPr>
        <w:t xml:space="preserve">4. </w:t>
      </w:r>
      <w:r>
        <w:t>Подпункт "б" пункта 1, пункты 4 - 8, абзац третий подпункта "ж" пункта 19, пункты 20, 22, подпункт "в" пункта 24, подпункты "а", "в" - "д" пункта 33, пункт 34, подпункт "г" пункта 44, пункты 48, 54, 66, абзац второй подпункта "д", подпункт "ж" пункта 67 статьи 1 настоящего Федерального закона вступают в силу с 1 октября 2019 года</w:t>
      </w:r>
    </w:p>
    <w:p>
      <w:r>
        <w:rPr>
          <w:b/>
        </w:rPr>
        <w:t xml:space="preserve">5. </w:t>
      </w:r>
      <w:r>
        <w:t>Подпункт "а" пункта 1, подпункты "а" - "г", абзац второй подпункта "е" пункта 67 статьи 1 настоящего Федерального закона вступают в силу с 1 апреля 2020 года</w:t>
      </w:r>
    </w:p>
    <w:p>
      <w:r>
        <w:rPr>
          <w:b/>
        </w:rPr>
        <w:t xml:space="preserve">6. </w:t>
      </w:r>
      <w:r>
        <w:t>Планирование закупок на 2019 год осуществляется по правилам, действовавшим до дня вступления в силу настоящего Федерального закона. При этом с 1 июля 2019 года внесение изменений в план-график в соответствии с частью 13 статьи 21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действовавшей до дня вступления в силу настоящего Федерального закона) по каждому объекту закупки может осуществляться не позднее чем за один день до дня размещения 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 либо в случае заключения контракта с единственным поставщиком (подрядчиком, исполнителем) в соответствии с частью 1 статьи 93 указанного Федерального закона (в редакции настоящего Федерального закона) - не позднее чем за один день до дня заключения контракта</w:t>
      </w:r>
    </w:p>
    <w:p>
      <w:r>
        <w:rPr>
          <w:b/>
        </w:rPr>
        <w:t xml:space="preserve">7. </w:t>
      </w:r>
      <w:r>
        <w:t>С 1 октября 2019 года по 31 марта 2020 года контроль, предусмотренный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отношении закупок, включенных в план-график закупок, предусмотренный статьей 16 указанного Федерального закона (в редакции настоящего Федерального закона), осуществляется с учетом следующих особенностей</w:t>
      </w:r>
    </w:p>
    <w:p>
      <w:r>
        <w:rPr>
          <w:b/>
        </w:rPr>
        <w:t xml:space="preserve">8. </w:t>
      </w:r>
      <w:r>
        <w:t>До 1 октября 2019 года осуществление закупок лекарственных средств с указанием цены единицы товара, а также начальной суммы цен единиц товара и максимального значения цены контракта не допускается</w:t>
      </w:r>
    </w:p>
    <w:p>
      <w:r>
        <w:rPr>
          <w:b/>
        </w:rPr>
        <w:t xml:space="preserve">7. </w:t>
      </w:r>
      <w:r>
        <w:t>контроль за соответствием информации об идентификационных кодах закупок и об объеме финансового обеспечения для осуществления данных закупок, предусмотренной подпунктом "а" пункта 2 указанной части, не осуществляется</w:t>
      </w:r>
    </w:p>
    <w:p>
      <w:r>
        <w:rPr>
          <w:b/>
        </w:rPr>
        <w:t xml:space="preserve">7. </w:t>
      </w:r>
      <w:r>
        <w:t>в случае, предусмотренном пунктом 1 указанной части, осуществляется контроль за соответствием информации об объеме финансового обеспечения, включенной в планы-графики закупок, информации об объеме финансового обеспечения для осуществления закупок, утвержденном и доведенном до заказчика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