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79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   от 29.05.2019 № 119-ФЗ</w:t>
      </w:r>
    </w:p>
    <w:p>
      <w:r>
        <w:t>О внесении изменений в статьи 14 и 79 Федерального закона "Об основах охраны здоровья граждан в Российской Федерации" РОССИЙСКАЯ ФЕДЕРАЦИЯ ФЕДЕРАЛЬНЫЙ ЗАКОН О внесении изменений в статьи 14 и 79 Федерального закона "Об основах охраны здоровья граждан в Российской Федерации" Принят Государственной Думой 21 мая 2019 года Одобрен Советом Федерации 22 мая 2019 года 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49, ст. 6927; 2015, № 10, ст. 1425; № 29, ст. 4397; 2016, № 1, ст. 9; № 15, ст. 2055; № 18, ст. 2488; № 27, ст. 4219; 2017, № 31, ст. 4791; № 50, ст. 7544, 7563; 2018, № 32, ст. 5092; № 53, ст. 8415) следующие изменения</w:t>
      </w:r>
    </w:p>
    <w:p>
      <w:r>
        <w:t>часть 2 статьи 14 дополнить пунктом 19 1 следующего содержания: "19 1 )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условиях;"</w:t>
      </w:r>
    </w:p>
    <w:p>
      <w:r>
        <w:t>часть 1 статьи 79 дополнить пунктом 15 следующего содержания: "15) предоставлять возможность родственникам и иным членам семьи или законным представителям пациента посещать его в медицинской 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 в соответствии с пунктом 19 1 части 2 статьи 14 настоящего Федерального закона.". Президент Российской Федерации В.Путин Москва, Кремль 29 мая 2019 года № 119-ФЗ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