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8 июня 2015 года № 140-ФЗ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 (Собрание законодательства Российской Федерации, 2015, № 24, ст. 3367; 2016, № 1, ст. 21; № 15, ст. 2050; 2018, № 9, ст. 1290) следующие изменения: 1) в статье 3: а) абзац первый части 1 дополнить словами "(с учетом особенностей, предусмотренных настоящим Федеральным законом для третьего этапа декларирования)"; б) дополнить частью 11 следующего содержания: "11. В ходе третьего этапа декларирования физическое лицо в срок, установленный статьей 5 настоящего Федерального закона, в декларации, содержащей сведения, указанные в части 1 настоящей статьи, отражает также следующие сведения: 1) о государственной регистрации международных компаний в порядке редомициляции в соответствии с Федеральным законом от 3 августа 2018 года № 290-ФЗ "О международных компаниях" применительно ко всем иностранным организациям (контролируемым иностранным компаниям), сведения о которых содержатся в декларации; 2) о переводе денежных средств со счетов (вкладов) в банках, расположенных за пределами Российской Федерации, сведения о которых содержатся в декларации, на счета (вклады) декларанта в кредитных организациях Российской Федерации."; в) абзац первый части 5 после слов "К декларации" дополнить словами ", представляемой в ходе первого и (или) второго этапов декларирования,"; г) дополнить частью 51 следующего содержания: "51. В случае, если декларация, представляемая в ходе третьего этапа декларирования, содержит сведения, указанные в пункте 2 части 11 настоящей статьи, к декларации помимо документов и сведений, указанных в части 5 настоящей статьи, прилагаются также следующие документы: 1) отчет о движении средств по счету (вкладу) в банке за пределами территории Российской Федерации, предусмотренный частью 7 статьи 12 Федерального закона от 10 декабря 2003 года № 173-ФЗ "О валютном регулировании и валютном контроле", за период с 1 января 2019 года по дату в пределах 15 календарных дней до даты представления декларации или по дату закрытия счета (вклада); 2) выписки по операциям на счетах (вкладах), подтверждающие зачисление денежных средств на счета (вклады) декларанта в кредитных организациях Российской Федерации, выданные и заверенные такими кредитными организациями."; д) в части 8 слова "декларантом в ходе первого этапа декларирования не препятствует представлению декларации в ходе второго этапа" заменить словами "в ходе первого и (или) второго этапов декларирования не препятствует представлению декларации в ходе третьего этапа", слова "декларантом в ходе первого этапа декларирования представление декларации этим декларантом в ходе второго этапа" заменить словами "в ходе первого и (или) второго этапов декларирования представление декларации в ходе третьего этапа"; 2) часть 13 статьи 4 дополнить пунктом 3 следующего содержания: "3) до 1 января 2019 года - при представлении декларации в ходе третьего этапа декларирования."; 3) статью 5 дополнить пунктом 3 следующего содержания: "3) с 1 июня 2019 года по 29 февраля 2020 года (в целях настоящего Федерального закона - третий этап декларирования)."; 4) статью 6 изложить в следующей редакции: "Статья 6. Репатриация имущества 1. Предоставление гарантий, предусмотренных настоящим Федеральным законом, не зависит от факта возврата на территорию Российской Федерации имущества, сведения о котором содержатся в декларации, если иное не предусмотрено частями 2 и 3 настоящей статьи.</w:t>
      </w:r>
    </w:p>
    <w:p>
      <w:r>
        <w:rPr>
          <w:b/>
        </w:rPr>
        <w:t xml:space="preserve">2. </w:t>
      </w:r>
      <w:r>
        <w:t>Гарантии, предусмотренные настоящим Федеральным законом, в отношении деяний, связанных с приобретением (формированием источников приобретения), использованием либо распоряжением иностранными организациями (контролируемыми иностранными компаниями), информация о которых содержится в декларации, представленной в ходе третьего этапа декларирования, предоставляются при условии государственной регистрации международных компаний в порядке редомициляции в соответствии с Федеральным законом от 3 августа 2018 года № 290-ФЗ "О международных компаниях" применительно ко всем указанным в декларации иностранным организациям (контролируемым иностранным компаниям), в отношении которых декларант признавался контролирующим лицом на дату их государственной регистрации в едином государственном реестре юридических лиц с одновременным предоставлением статуса международных компаний</w:t>
      </w:r>
    </w:p>
    <w:p>
      <w:r>
        <w:rPr>
          <w:b/>
        </w:rPr>
        <w:t xml:space="preserve">3. </w:t>
      </w:r>
      <w:r>
        <w:t>Гарантии, предусмотренные настоящим Федеральным законом, в отношении деяний, связанных с открытием и (или) зачислением денежных средств на счета (вклады), информация о которых содержится в декларации, представленной в ходе третьего этапа декларирования, предоставляются при условии перевода всех денежных средств со счетов (вкладов), указанных в пунктах 3 и (или) 4 части 1 статьи 3 настоящего Федерального закона, в банках, расположенных за пределами Российской Федерации, на счета (вклады) декларанта в кредитных организациях Российской Федерации до даты представления декларации.";</w:t>
      </w:r>
    </w:p>
    <w:p>
      <w:r>
        <w:rPr>
          <w:b/>
        </w:rPr>
        <w:t xml:space="preserve">3. </w:t>
      </w:r>
      <w:r>
        <w:t>Основания признания декларанта бенефициарным владельцем ___________________________________________________________________________ ___________________________________________________________________________ ___________________________________________________________________________ ___________________________________________________________________________ 4. Дата перевода денежных средств в Российскую Федерацию _______.______._______ 5. Сумма перечисленных денежных средств _____________________________________ 6. Наименование кредитной организации Российской Федерации ___________________ ___________________________________________________________________________ 7. БИК кредитной организации Российской Федерации ___________________________ Достоверность сведений, указанных на данной странице, подтверждаю: (подпись) (дата) 7) в приложении 2:</w:t>
      </w:r>
    </w:p>
    <w:p>
      <w:r>
        <w:rPr>
          <w:b/>
        </w:rPr>
        <w:t xml:space="preserve">422. </w:t>
      </w:r>
      <w:r>
        <w:t>В поле "Дата государственной регистрации международной компании в порядке редомициляции" указываются сведения о государственной регистрации российского юридического лица в соответствии с Федеральным законом от 3 августа 2018 года № 290-ФЗ "О международных компаниях".";</w:t>
      </w:r>
    </w:p>
    <w:p>
      <w:r>
        <w:rPr>
          <w:b/>
        </w:rPr>
        <w:t xml:space="preserve">642. </w:t>
      </w:r>
      <w:r>
        <w:t>В поле "Дата государственной регистрации международной компании в порядке редомициляции" указываются сведения о государственной регистрации российского юридического лица в соответствии с Федеральным законом от 3 августа 2018 года № 290-ФЗ "О международных компаниях".";</w:t>
      </w:r>
    </w:p>
    <w:p>
      <w:r>
        <w:rPr>
          <w:b/>
        </w:rPr>
        <w:t xml:space="preserve">792. </w:t>
      </w:r>
      <w:r>
        <w:t>В поле "Сумма перечисленных денежных средств" указывается сумма денежных средств (в валюте перевода), зачисленная на счет (вклад) декларанта в кредитной организации Российской Федерации</w:t>
      </w:r>
    </w:p>
    <w:p>
      <w:r>
        <w:rPr>
          <w:b/>
        </w:rPr>
        <w:t xml:space="preserve">793. </w:t>
      </w:r>
      <w:r>
        <w:t>В поле "Наименование кредитной организации Российской Федерации" указывается наименование кредитной организации Российской Федерации, в которой открыт счет (вклад) декларанта, на который зачислены денежные средства</w:t>
      </w:r>
    </w:p>
    <w:p>
      <w:r>
        <w:rPr>
          <w:b/>
        </w:rPr>
        <w:t xml:space="preserve">794. </w:t>
      </w:r>
      <w:r>
        <w:t>В поле "БИК кредитной организации Российской Федерации" указывается БИК кредитной организации Российской Федерации, в которой открыт счет (вклад) декларанта, на который зачислены денежные средства.";</w:t>
      </w:r>
    </w:p>
    <w:p>
      <w:r>
        <w:rPr>
          <w:b/>
        </w:rPr>
        <w:t xml:space="preserve">852. </w:t>
      </w:r>
      <w:r>
        <w:t>В поле "Сумма перечисленных денежных средств" указывается сумма денежных средств (в валюте перевода), зачисленная на счет (вклад) декларанта в кредитной организации Российской Федерации</w:t>
      </w:r>
    </w:p>
    <w:p>
      <w:r>
        <w:rPr>
          <w:b/>
        </w:rPr>
        <w:t xml:space="preserve">853. </w:t>
      </w:r>
      <w:r>
        <w:t>В поле "Наименование кредитной организации Российской Федерации" указывается наименование кредитной организации Российской Федерации, в которой открыт счет (вклад) декларанта, на который зачислены денежные средства</w:t>
      </w:r>
    </w:p>
    <w:p>
      <w:r>
        <w:rPr>
          <w:b/>
        </w:rPr>
        <w:t xml:space="preserve">854. </w:t>
      </w:r>
      <w:r>
        <w:t>В поле "БИК кредитной организации Российской Федерации" указывается БИК кредитной организации Российской Федерации, в которой открыт счет (вклад) декларанта, на который зачислены денежные средства."</w:t>
      </w:r>
    </w:p>
    <w:p>
      <w:r>
        <w:rPr>
          <w:b/>
        </w:rPr>
        <w:t xml:space="preserve">3. </w:t>
      </w:r>
      <w:r>
        <w:t>в статье 7:</w:t>
      </w:r>
    </w:p>
    <w:p>
      <w:r>
        <w:rPr>
          <w:b/>
        </w:rPr>
        <w:t xml:space="preserve">3. </w:t>
      </w:r>
      <w:r>
        <w:t>в приложении 1:</w:t>
      </w:r>
    </w:p>
    <w:p>
      <w:r>
        <w:rPr>
          <w:b/>
        </w:rPr>
        <w:t xml:space="preserve">3. </w:t>
      </w:r>
      <w:r>
        <w:t>в части 1 слова "декларант уведомляет налоговый орган" заменить словами "декларант одновременно с подачей декларации уведомляет налоговый орган"</w:t>
      </w:r>
    </w:p>
    <w:p>
      <w:r>
        <w:rPr>
          <w:b/>
        </w:rPr>
        <w:t xml:space="preserve">3. </w:t>
      </w:r>
      <w:r>
        <w:t>часть 11 дополнить пунктом 3 следующего содержания: "3) открытым до 1 января 2019 года (включая счета (вклады), закрытые на дату представления декларации), - для счетов (вкладов), сведения о которых содержатся в декларациях, представленных в ходе третьего этапа декларирования."</w:t>
      </w:r>
    </w:p>
    <w:p>
      <w:r>
        <w:rPr>
          <w:b/>
        </w:rPr>
        <w:t xml:space="preserve">3. </w:t>
      </w:r>
      <w:r>
        <w:t>часть 31 дополнить пунктом 3 следующего содержания: "3) открытым до 1 января 2019 года (включая счета (вклады), закрытые на дату представления декларации), - для счетов (вкладов), сведения о которых содержатся в декларациях, представленных в ходе третьего этапа декларирования."</w:t>
      </w:r>
    </w:p>
    <w:p>
      <w:r>
        <w:rPr>
          <w:b/>
        </w:rPr>
        <w:t xml:space="preserve">3. </w:t>
      </w:r>
      <w:r>
        <w:t>лист Б изложить в следующей редакции: "Стр.______________ Фамилия _________________________________________И. ________О. ____________ Лист Б. Сведения об участии в уставном (складочном) капитале организации Владелец 2 - номинальный владелец 1. Вид участия в уставном (складочном) капитале________________________________ ___________________________________________________________________________ ___________________________________________________________________________ ___________________________________________________________________________ 2. Сведения об организации, в которой участвует декларант Наименование организации ___________________________________________________ ___________________________________________________________________________ Регистрационный номер ______________________________________________________ Код налогоплательщика или аналог (если имеется) _______________________________ Адрес в стране регистрации (инкорпорации) _____________________________________ ___________________________________________________________________________ 3. Сведения, идентифицирующие участие в уставном (складочном) капитале Доля участия, % ____________________________________________________________ Количество акций (если применимо) ___________________________________________ Номинальная стоимость акций (если применимо) ________________________________ 4. ИНН российского юридического лица со статусом международной компании ___________________________________________________________________________ 5. Дата государственной регистрации международной компании в порядке редомициляции ___________________.__________________._______________________ Иные сведения (если применимо) ______________________________________________ ___________________________________________________________________________ ___________________________________________________________________________ ___________________________________________________________________________ Достоверность сведений, указанных на данной странице, подтверждаю: (подпись) (дата)</w:t>
      </w:r>
    </w:p>
    <w:p>
      <w:r>
        <w:rPr>
          <w:b/>
        </w:rPr>
        <w:t xml:space="preserve">3. </w:t>
      </w:r>
      <w:r>
        <w:t>лист Д изложить в следующей редакции: "Стр.______________ Фамилия __________________________________________И. __________О. _________ Лист Д. Сведения об иностранной организации, признаваемой контролируемой иностранной компанией 1. Наименование организации_________________________________________________ ___________________________________________________________________________ ___________________________________________________________________________ ___________________________________________________________________________ 2. Сведения об организации Регистрационный номер ______________________________________________________ Код налогоплательщика в стране регистрации (инкорпорации) или аналог (если имеется) ___________________________________________________________________ Адрес в стране регистрации (инкорпорации) _____________________________________ ___________________________________________________________________________ 3. Основания признания организации контролируемой иностранной компанией ___________________________________________________________________________ ___________________________________________________________________________ ___________________________________________________________________________ ___________________________________________________________________________ ___________________________________________________________________________ ___________________________________________________________________________ ___________________________________________________________________________ 4. ИНН российского юридического лица со статусом международной компании ___________________________________________________________________________ 5. Дата государственной регистрации международной компании в порядке редомициляции _________________._____________________.______________________ Достоверность сведений, указанных на данной странице, подтверждаю: (подпись) (дата)</w:t>
      </w:r>
    </w:p>
    <w:p>
      <w:r>
        <w:rPr>
          <w:b/>
        </w:rPr>
        <w:t xml:space="preserve">3. </w:t>
      </w:r>
      <w:r>
        <w:t>лист Ж изложить в следующей редакции: "Стр.______________ Фамилия ________________________________________И. ________О. _____________ Лист Ж. Сведения о счете (вкладе) в банке, расположенномза пределами Российской Федерации 1. Реквизиты банка Наименование банка _________________________________________________________ ___________________________________________________________________________ ___________________________________________________________________________ ___________________________________________________________________________ CODE (SWIFT) или БИК _____________________________________________________ Адрес места нахождения банка ________________________________________________ ___________________________________________________________________________ ___________________________________________________________________________ ___________________________________________________________________________ 2. Реквизиты счета (вклада) Номер счета (вклада) ________________________________________________________ Дата открытия счета (вклада) ______________._________________._________________ Наименование договора _____________________________________________________ Реквизиты договора № ______________________________________________________ (день) (месяц) (год) Дата закрытия счета (вклада) ________________.________________._________________ 3. Дата перевода денежных средств в Российскую Федерацию ______.______.________ 4. Сумма перечисленных денежных средств _____________________________________ 5. Наименование кредитной организации Российской Федерации ___________________ ___________________________________________________________________________ ___________________________________________________________________________ 6. БИК кредитной организации Российской Федерации ___________________________ Достоверность сведений, указанных на данной странице, подтверждаю: (подпись) (дата)</w:t>
      </w:r>
    </w:p>
    <w:p>
      <w:r>
        <w:rPr>
          <w:b/>
        </w:rPr>
        <w:t xml:space="preserve">3. </w:t>
      </w:r>
      <w:r>
        <w:t>лист З изложить в следующей редакции: "Стр.______________ Фамилия __________________________________________И. _______О. ____________ Лист З. Сведения о счете (вкладе) в банке, если в отношении владельца счета (вклада) декларант признается бенефициарным владельцем 1. Реквизиты банка Наименование банка _________________________________________________________ ___________________________________________________________________________ CODE (SWIFT) или БИК _____________________________________________________ Адрес места нахождения банка ________________________________________________ ___________________________________________________________________________ ___________________________________________________________________________ ___________________________________________________________________________ 2. Реквизиты счета (вклада) Номер счета (вклада) ________________________________________________________ Дата открытия счета (вклада) ________________._________________._______________ Наименование договора ______________________________________________________ Реквизиты договора № _______________________________________________________ (день) (месяц) (год)</w:t>
      </w:r>
    </w:p>
    <w:p>
      <w:r>
        <w:rPr>
          <w:b/>
        </w:rPr>
        <w:t xml:space="preserve">3. </w:t>
      </w:r>
      <w:r>
        <w:t>раздел VI дополнить пунктами 421 и 422 следующего содержания: "421. В поле "ИНН российского юридического лица со статусом международной компании" указывается идентификационный номер налогоплательщика - российского юридического лица, зарегистрированного в соответствии с Федеральным законом от 3 августа 2018 года № 290-ФЗ "О международных компаниях"</w:t>
      </w:r>
    </w:p>
    <w:p>
      <w:r>
        <w:rPr>
          <w:b/>
        </w:rPr>
        <w:t xml:space="preserve">422. </w:t>
      </w:r>
      <w:r>
        <w:t>раздел IX дополнить пунктами 641 и 642 следующего содержания: "641. В поле "ИНН российского юридического лица со статусом международной компании" указывается идентификационный номер налогоплательщика - российского юридического лица, зарегистрированного в соответствии с Федеральным законом от 3 августа 2018 года № 290-ФЗ "О международных компаниях"</w:t>
      </w:r>
    </w:p>
    <w:p>
      <w:r>
        <w:rPr>
          <w:b/>
        </w:rPr>
        <w:t xml:space="preserve">642. </w:t>
      </w:r>
      <w:r>
        <w:t>раздел XI дополнить пунктами 791 - 794 следующего содержания: "791. В поле "Дата перевода денежных средств в Российскую Федерацию" указываются сведения о дате зачисления денежных средств на счета (вклады) декларанта в кредитных организациях Российской Федерации</w:t>
      </w:r>
    </w:p>
    <w:p>
      <w:r>
        <w:rPr>
          <w:b/>
        </w:rPr>
        <w:t xml:space="preserve">794. </w:t>
      </w:r>
      <w:r>
        <w:t>раздел XII дополнить пунктами 851 - 854 следующего содержания: "851. В поле "Дата перевода денежных средств в Российскую Федерацию" указываются сведения о дате зачисления денежных средств на счета (вклады) декларанта, признаваемого бенефициарным владельцем лица, в кредитных организациях Российской Федерации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