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 и Федеральный закон "Об аварийно-спасательных службах и статусе спасателей"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5284; 2010, № 21, ст. 2529; № 31, ст. 4192; 2011, № 1, ст. 24, 54; 2012, № 14, ст. 1549; 2013, № 7, ст. 610; № 27, ст. 3450; 2014, № 42, ст. 5615; 2015, № 10, ст. 1408; № 18, ст. 2622; № 48, ст. 6723; 2016, № 1, ст. 68; № 7, ст. 919; № 26, ст. 3887; 2018, № 32, ст. 5113) следующие изменения</w:t>
      </w:r>
    </w:p>
    <w:p>
      <w:r>
        <w:t>в статье 41: а) пункт 2 изложить в следующей редакции: "2. Координационными органами единой государственной системы предупреждения и ликвидации чрезвычайных ситуаций являются: а) на федеральном и межрегиональном уровнях - Правительственная комиссия по предупреждению и ликвидации чрезвычайных ситуаций и обеспечению пожарной безопасности,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корпораций; б) на региональном уровне (в пределах территории субъекта Российской Федерации) - комиссии по предупреждению и ликвидации чрезвычайных ситуаций и обеспечению пожарной безопасности субъектов Российской Федерации; в) на муниципальном уровне - комиссии по предупреждению и ликвидации чрезвычайных ситуаций и обеспечению пожарной безопасности муниципальных образований; г) на объектовом уровне - 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объектах."; б) дополнить пунктом 21 следующего содержания: "21. Правительственную комиссию по предупреждению и ликвидации чрезвычайных ситуаций и обеспечению пожарной безопасности возглавляет руководитель федерального органа исполнительной власти, уполномоченного на решение задач в области защиты населения и территорий от чрезвычайных ситуаций. Комиссии по предупреждению и ликвидации чрезвычайных ситуаций и обеспечению пожарной безопасности федеральных органов исполнительной власти и государственных корпораций возглавляют руководители федеральных органов исполнительной власти и государственных корпораций или их заместители. Комиссии по предупреждению и ликвидации чрезвычайных ситуаций и обеспечению пожарной безопасности субъектов Российской Федерации возглавляют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Федерации). Комиссии по предупреждению и ликвидации чрезвычайных ситуаций и обеспечению пожарной безопасности муниципальных образований возглавляют главы местных администраций. 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возглавляют руководители организаций или их заместители."; в) дополнить пунктом 22 следующего содержания: "22. Правительственная комиссия по предупреждению и ликвидации чрезвычайных ситуаций и обеспечению пожарной безопасности, комиссии по предупреждению и ликвидации чрезвычайных ситуаций и обеспечению пожарной безопасности субъектов Российской Федерации, комиссии по предупреждению и ликвидации чрезвычайных ситуаций и обеспечению пожарной безопасности муниципальных образований, комиссии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осуществляют координацию деятельности органов управления и сил федеральных органов исполнительной власти, государственных корпораций, органов исполнительной власти субъектов Российской Федерации, органов местного самоуправления и организаций по предупреждению и ликвидации чрезвычайных ситуаций соответственно на федеральном и межрегиональном, региональном, муниципальном, объектовом уровнях единой государственной системы предупреждения и ликвидации чрезвычайных ситуаций."; г) дополнить пунктом 23 следующего содержания: "23. Правительственная комиссия по предупреждению и ликвидации чрезвычайных ситуаций и обеспечению пожарной безопасности организует разработку федерального плана действий по предупреждению и ликвидации чрезвычайных ситуаций, а также принимает решения об отнесении возникших чрезвычайных ситуаций к чрезвычайным ситуациям федерального или межрегионального характера."; д) пункт 4 изложить в следующей редакции: "4. Органами повседневного управления единой государственной системы предупреждения и ликвидации чрезвычайных ситуаций являются: а) на федеральном уровне - Национальный центр управления в кризисных ситуациях, подведомственный федеральному органу исполнительной власти, уполномоченному на решение задач в области защиты населения и территорий от чрезвычайных ситуаций, а также организации (подразделения), обеспечивающие деятельность федеральных органов исполнительной власти и государственных корпораций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ситуациях; б) на межрегиональном уровне - центры управления в кризисных ситуациях территориальных органов федерального органа исполнительной власти, уполномоченного на решение задач в области защиты населения и территорий от чрезвычайных ситуаций, а также организации (подразделения) территориальных органов федеральных органов исполнительной власти межрегионального уровня, обеспечивающие деятельность этих органов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 на межрегиональном уровне; в) на региональном уровне - центры управления в кризисных ситуациях территориальных органов федерального органа исполнительной власти, уполномоченного на решение задач в области защиты населения и территорий от чрезвычайных ситуаций, а также организации (подразделения) территориальных органов федеральных органов исполнительной власти по субъектам Российской Федерации и организации (подразделения) органов исполнительной власти субъектов Российской Федерации, обеспечивающие деятельность этих органов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ситуациях; г) на муниципальном уровне - единые дежурно-диспетчерские службы муниципальных образований, подведомственные органам местного самоуправления, дежурно-диспетчерские службы экстренных оперативных служб, а также другие организации (подразделения), обеспечивающие деятельность органов местного самоуправления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ситуациях; д) на объектовом уровне - подразделения организаций,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ситуациях."; е) в пункте 5: подпункты "а" и "б" изложить в следующей редакции: "а) на федеральном уровне - Национальный центр управления в кризисных ситуациях, подведомственный федеральному органу исполнительной власти, уполномоченному на решение задач в области защиты населения и территорий от чрезвычайных ситуаций, в порядке, установленном Правительством Российской Федерации; б) на межрегиональном и региональном уровнях - центры управления в кризисных ситуациях территориальных органов федерального органа исполнительной власти, уполномоченного на решение задач в области защиты населения и территорий от чрезвычайных ситуаций, в порядке, установленном федеральным органом исполнительной власти, уполномоченным на решение задач в области защиты населения и территорий от чрезвычайных ситуаций;"; дополнить подпунктом "в" следующего содержания: "в) на муниципальном уровне - единые дежурно-диспетчерские службы муниципальных образований в порядке, установленном органами государственной власти субъектов Российской Федерации."; ж) пункт 8 изложить в следующей редакции: "8. При введении режима чрезвычайной ситуации в зависимости от классификации чрезвычайных ситуаций,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устанавливается один из следующих уровней реагирования: а) объектовый уровень реагирования - решением руководителя организации при возникновении чрезвычайной ситуации локального характера и ее ликвидации силами и средствами организации; б) местный уровень реагирования: решением главы местной администрации городского поселения 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городского поселения; решением главы местной администрации муниципального района 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муниципального района; решением главы местной администрации городского округа 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городского округа; решением должностного лица, определяемого законом субъекта Российской Федерации - города федерального значения, при возникновении и ликвидации чрезвычайной ситуации муниципального характера на внутригородской территории города федерального значения; в) региональный уровень реагирования - решением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при возникновении чрезвычайной ситуации регионального или межмуниципального характера и привлечении к ее ликвидации сил и средств организаций, органов местного самоуправления городского поселения, муниципального района, городского округа и органов исполнительной власти субъекта Российской Федерации, оказавшихся в зоне чрезвычайной ситуации; г) федеральный уровень реагирования - решением Правительственной комиссии по предупреждению и ликвидации чрезвычайных ситуаций и обеспечению пожарной безопасности при возникновении чрезвычайной ситуации федерального или межрегионального характера и привлечении к ее ликвидации сил и средств федеральных органов исполнительной власти и государственных корпораций и (или) сил и средств органов исполнительной власти двух и более субъектов Российской Федерации, оказавшихся в зоне чрезвычайной ситуации."; з) в пункте 9 слова "сил и средств федеральных органов исполнительной власти, в том числе" исключить; и) в абзаце первом пункта 10 слова "орган государственной власти" заменить словами "Правительственная комиссия по предупреждению и ликвидации чрезвычайных ситуаций и обеспечению пожарной безопасности"</w:t>
      </w:r>
    </w:p>
    <w:p>
      <w:r>
        <w:t>в статье 10: а) подпункт "м" изложить в следующей редакции: "м) принимает решения об оказании единовременной материальной помощи, финансовой помощи и о выплате единовременных пособий гражданам Российской Федерации в случаях возникновения чрезвычайных ситуаций природного и техногенного характера, включая определение случаев оказания единовременной материальной помощи, финансовой помощи и выплаты единовременных пособий гражданам Российской Федерации, а также определение круга лиц, которым указанная помощь будет оказана и указанные выплаты будут осуществлены;"; б) подпункт "о" признать утратившим силу; в) в подпункте "р" слово "критерии" заменить словами "порядок разработки критериев", слова "обязательные для выполнения требования" заменить словами "порядок разработки обязательных для выполнения требований"</w:t>
      </w:r>
    </w:p>
    <w:p>
      <w:r>
        <w:t>в статье 11: а) в пункте 1: подпункт "м" изложить в следующей редакции: "м) принимают решения об отнесении возникших чрезвычайных ситуаций к чрезвычайным ситуациям регионального или межмуниципального характера, вводят режим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ситуаций;"; в подпункте "н" слово "(межмуниципальный)" исключить; дополнить подпунктом "т" следующего содержания: "т) разрабатывают и утверждают планы действий по предупреждению и ликвидации чрезвычайных ситуаций на территории субъектов Российской Федерации."; б) в пункте 2: подпункт "б" изложить в следующей редакции: "б) принимают решения об отнесении возникших чрезвычайных ситуаций к чрезвычайным ситуациям муниципального характера, о проведении эвакуационных мероприятий в чрезвычайных ситуациях и организуют их проведение;"; дополнить подпунктом "о" следующего содержания: "о) разрабатывают и утверждают планы действий по предупреждению и ликвидации чрезвычайных ситуаций на территориях муниципальных образований."</w:t>
      </w:r>
    </w:p>
    <w:p>
      <w:r>
        <w:t>статью 13 дополнить пунктом 6 следующего содержания: "6. Федеральные органы исполнительной власти обеспечивают привлечение сил и средств для защиты населения и территорий от чрезвычайных ситуаций при возникновении чрезвычайных ситуаций федерального или межрегионального характера в соответствии с федеральным планом действий по предупреждению и ликвидации чрезвычайных ситуаций."</w:t>
      </w:r>
    </w:p>
    <w:p>
      <w:r>
        <w:t>в статье 24: а) в абзаце четвертом пункта 1 слова "в границах (на территории) муниципального образования" заменить словами "муниципального характера"; б) дополнить пунктом 11 следующего содержания: "11. Органы государственной власти субъектов Российской Федерации вправе осуществлять расходы, связанные с реализацией мероприятий, направленных на оказание единовременной материальной помощи, финансовой помощи и выплату единовременных пособий гражданам Российской Федерации в случаях ликвидации чрезвычайных ситуаций федерального и межрегионального характера. Финансовое обеспечение понесенных субъектами Российской Федерации расходов на указанные цели может обеспечиваться за счет средств федерального бюджета в порядке, установленном Правительством Российской Федерации."</w:t>
      </w:r>
    </w:p>
    <w:p>
      <w:r>
        <w:t>в статье 25: а) в части первой слова "а также органами местного самоуправления" заменить словами "органами местного самоуправления, а также организациями"; б) часть вторую дополнить словом ", организациями"</w:t>
      </w:r>
    </w:p>
    <w:p>
      <w:r>
        <w:rPr>
          <w:b/>
        </w:rPr>
        <w:t>Статья 2</w:t>
      </w:r>
    </w:p>
    <w:p>
      <w:r>
        <w:t>Внести в Федеральный закон от 22 августа 1995 года № 151-ФЗ "Об аварийно-спасательных службах и статусе спасателей" (Собрание законодательства Российской Федерации, 1995, № 35, ст. 3503; 2004, № 35, ст. 3607) следующие изменения</w:t>
      </w:r>
    </w:p>
    <w:p>
      <w:r>
        <w:t>абзац шестой пункта 1 статьи 6 изложить в следующей редакции: "участию в разработке планов действий по предупреждению и ликвидации чрезвычайных ситуаций на обслуживаемых объектах и территориях;"</w:t>
      </w:r>
    </w:p>
    <w:p>
      <w:r>
        <w:t>в пункте 1 статьи 13: а) абзац второй изложить в следующей редакции: "в соответствии с планами действий по предупреждению и ликвидации чрезвычайных ситуаций;"; б) абзац третий признать утратившим силу</w:t>
      </w:r>
    </w:p>
    <w:p>
      <w:r>
        <w:t>в пункте 2 статьи 14 слова "планами предупреждения" заменить словами "планами действий по предупреждению"</w:t>
      </w:r>
    </w:p>
    <w:p>
      <w:r>
        <w:t>в статье 16: а) пункт 2 изложить в следующей редакции: "2. Транспортные средства профессиональных аварийно-спасательных служб, профессиональных аварийно-спасательных формирований, используемые для осуществления неотложных действий по защите жизни и здоровья граждан, оборудуются устройствами для подачи специальных световых и звуковых сигналов при наличии специальных цветографических схем на наружной поверхности указанных транспортных средств в соответствии с требованиями, установленными Правительством Российской Федерации."; б) в пункте 3 слова "оперативный транспорт профессиональных аварийно-спасательных служб, профессиональных аварийно-спасательных формирований пользуется" заменить словами "транспортные средства профессиональных аварийно-спасательных служб, профессиональных аварийно-спасательных формирований, используемые для осуществления неотложных действий по защите жизни и здоровья граждан, пользуются"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