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 в части совершенствования порядка культивирования наркосодержащих растений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18. Культивирование наркосодержащих растений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