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государственной судебно-экспертной деятельности в Российской Федерации" и Федеральный закон "О Следственном комитете Российской Федерации"</w:t>
      </w:r>
    </w:p>
    <w:p>
      <w:r>
        <w:rPr>
          <w:b/>
        </w:rPr>
        <w:t>Статья 1</w:t>
      </w:r>
    </w:p>
    <w:p>
      <w:r>
        <w:t>Внести в Федеральный закон от 31 мая 2001 года № 73-ФЗ "О государственной судебно-экспертной деятельности в Российской Федерации" (Собрание законодательства Российской Федерации, 2001, № 23, ст. 2291; 2002, № 1, ст. 2; 2007, № 7, ст. 831; № 31, ст. 4011; 2011, № 50, ст. 7351; 2013, № 27, ст. 3477; № 48, ст. 6165; 2015, № 10, ст. 1393) следующие изменения</w:t>
      </w:r>
    </w:p>
    <w:p>
      <w:r>
        <w:t>статью 3 изложить в следующей редакции: "Статья 3. Правовая основа государственной судебно-экспертной деятельности Правовую основу государственной судебно-экспертной деятельности составляют Конституция Российской Федерации, Гражданский процессуальный кодекс Российской Федерации, Кодекс административного судопроизводства Российской Федерации, Арбитражный процессуальный кодекс Российской Федерации, Уголовно-процессуальный кодекс Российской Федерации, Кодекс Российской Федерации об административных правонарушениях, законодательство Российской Федерации о таможенном деле, Налоговый кодекс Российской Федерации, законодательство в сфере охраны здоровья, настоящий Федеральный закон, другие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на которые возложены функции по организации и (или) производству экспертизы в целях осуществления судопроизводства в Российской Федерации, а также нормативные правовые акты федерального государственного органа, осуществляющего в соответствии с законодательством Российской Федерации полномочия в сфере уголовного судопроизводства."</w:t>
      </w:r>
    </w:p>
    <w:p>
      <w:r>
        <w:t>в статье 9: а) абзац шестой изложить в следующей редакции: "судопроизводство - регулируемая законодательством Российской Федерации о гражданском, административном и уголовном судопроизводстве деятельность суда или судьи по осуществлению правосудия, а также процессуальная деятельность органа дознания, лица, производящего дознание, следователя или прокурора, органа или должностного лица, в производстве которых находится дело об административном правонарушении;"; б) абзац седьмой изложить в следующей редакции: "судебная экспертиза - предусмотренное законодательством Российской Федерации о судопроизводстве процессуальное действие, включающее в себя проведение исследований и дачу заключения экспертом по вопросам, требующим специальных знаний в области науки, техники, искусства или ремесла;"; в) дополнить абзацем следующего содержания: "уполномоченные федеральные государственные органы - федеральные органы исполнительной власти, на которые возложены функции по организации, в том числе нормативно-правовому регулированию и методическому обеспечению, и (или) производству экспертизы в целях осуществления судопроизводства в Российской Федерации, и федеральный государственный орган, осуществляющий в соответствии с законодательством Российской Федерации полномочия в сфере уголовного судопроизводства."</w:t>
      </w:r>
    </w:p>
    <w:p>
      <w:r>
        <w:t>в статье 11: а) часть первую изложить в следующей редакции: "Государственными судебно-экспертными учреждениями являются специализированные учреждения уполномоченных федеральных государственных органов, органов исполнительной власти субъектов Российской Федерации, созданные для организации и производства судебной экспертизы."; б) часть вторую изложить в следующей редакции: "Организация и производство судебной экспертизы могут осуществляться экспертными подразделениями федеральных органов исполнительной власти, на которые возложены функции по организации и (или) производству экспертизы в целях осуществления судопроизводства в Российской Федерации. В течение переходного периода, установленного Федеральным законом от 28 декабря 2010 года № 403-ФЗ "О Следственном комитете Российской Федерации", организация и производство судебной экспертизы могут осуществляться экспертными подразделениями федерального государственного органа, осуществляющего в соответствии с законодательством Российской Федерации полномочия в сфере уголовного судопроизводства. В случае, если производство судебной экспертизы поручается указанным экспертным подразделениям, они осуществляют функции, исполняют обязанности, имеют права и несут ответственность, которые предусмотрены для государственных судебно-экспертных учреждений."; в) в части четвертой слова "соответствующих федеральных органов исполнительной власти" заменить словами ", указанными в статье 3 настоящего Федерального закона"; г) в части пятой слова "федеральных органов исполнительной власти" заменить словами "федеральных органов исполнительной власти, на которые возложены функции по организации и (или) производству экспертизы в целях осуществления судопроизводства в Российской Федерации"; д) в части седьмой слова "федеральными органами исполнительной власти" заменить словами "уполномоченными федеральными государственными органами"; е) в части восьмой слова "федеральными органами исполнительной власти" заменить словами "уполномоченными федеральными государственными органами"</w:t>
      </w:r>
    </w:p>
    <w:p>
      <w:r>
        <w:t>в статье 13: а) в части первой слова "соответствующих федеральных органов исполнительной власти" заменить словами "соответствующего уполномоченного федерального государственного органа"; б) в части второй слова "соответствующих федеральных органов исполнительной власти" заменить словами "соответствующего уполномоченного федерального государственного органа"</w:t>
      </w:r>
    </w:p>
    <w:p>
      <w:r>
        <w:t>в пункте 3 статьи 15 слова "федеральных органов исполнительной власти" заменить словами "уполномоченных федеральных государственных органов"</w:t>
      </w:r>
    </w:p>
    <w:p>
      <w:r>
        <w:t>в статье 37: а) часть первую изложить в следующей редакции: "Деятельность государственных судебно-экспертных учреждений и экспертных подразделений уполномоченных федеральных государственных органов финансируется за счет средств федерального бюджета."; б) в части второй слова ", экспертных подразделений" исключить; в) часть третью изложить в следующей редакции: "Государственные судебно-экспертные учреждения вправе взимать плату за производство судебной экспертизы в случаях, установленных процессуальным законодательством Российской Федерации, а также проводить на договорной основе экспертные исследования для граждан и юридических лиц. Порядок расходования указанных средств определяется соответствующими уполномоченными федеральными государственными органами."</w:t>
      </w:r>
    </w:p>
    <w:p>
      <w:r>
        <w:t>в статье 38: а) в части первой слова "федеральными органами исполнительной власти" заменить словами "уполномоченными федеральными государственными органами"; б) в части второй слова "федеральными органами исполнительной власти на судебно-экспертные учреждения" заменить словами "уполномоченными федеральными государственными органами на судебно-экспертные учреждения и (или) экспертные подразделения"</w:t>
      </w:r>
    </w:p>
    <w:p>
      <w:r>
        <w:rPr>
          <w:b/>
        </w:rPr>
        <w:t>Статья 2</w:t>
      </w:r>
    </w:p>
    <w:p>
      <w:r>
        <w:t>Внести в Федеральный закон от 28 декабря 2010 года № 403-ФЗ "О Следственном комитете Российской Федерации" (Собрание законодательства Российской Федерации, 2011, № 1, ст. 15; 2013, № 27, ст. 3477; 2017, № 1, ст. 45; 2018, № 53, ст. 8432) следующие изменения</w:t>
      </w:r>
    </w:p>
    <w:p>
      <w:r>
        <w:t>в части 4 статьи 1: а) пункт 2 после слов "предварительного расследования" дополнить словами "и судебной экспертизы"; б) дополнить пунктом 31 следующего содержания: "31) организация и производство в судебно-экспертном учреждении Следственного комитета судебных экспертиз, назначенных в соответствии с уголовно-процессуальным законодательством Российской Федерации;"</w:t>
      </w:r>
    </w:p>
    <w:p>
      <w:r>
        <w:t>пункт 2 статьи 4 после слов "учреждения Следственного комитета -" дополнить словами "судебно-экспертное учреждение,"</w:t>
      </w:r>
    </w:p>
    <w:p>
      <w:r>
        <w:t>статью 5 дополнить частью 11 следующего содержания: "11. Судебно-экспертное учреждение Следственного комитета действует независимо от следственных органов Следственного комитета. Сотрудники и руководители судебно-экспертного учреждения Следственного комитета не могут быть наделены полномочиями следователей и руководителей следственных органов Следственного комитета."</w:t>
      </w:r>
    </w:p>
    <w:p>
      <w:r>
        <w:t>в статье 12: а) часть 1 дополнить пунктом 4 следующего содержания: "4) криминалистические подразделения Следственного комитета (главное управление, управления и отделы по федеральным округам, управления и отделы по субъектам Российской Федерации)."; б) часть 3 после слов "могут создаваться" дополнить словами "судебно-экспертное учреждение,"</w:t>
      </w:r>
    </w:p>
    <w:p>
      <w:r>
        <w:t>статью 45 дополнить частью 10 следующего содержания: "10. До создания в системе Следственного комитета судебно-экспертного учреждения, но не позднее чем до 1 января 2022 года организацию и производство судебных экспертиз, назначенных в соответствии с уголовно-процессуальным законодательством Российской Федерации, в Следственном комитете могут осуществлять экспертные подразделения Следственного комитета (главное управление, управления и отделы по федеральным округам, управления и отделы по субъектам Российской Федерации), которые действуют на основе подчинения нижестоящих сотрудников и руководителей экспертных подразделений вышестоящим руководителям экспертных подразделений. Сотрудники и руководители экспертных подразделений Следственного комитета не могут быть наделены полномочиями следователей и руководителей следственных органов Следственного комитета."</w:t>
      </w:r>
    </w:p>
    <w:p>
      <w:r>
        <w:rPr>
          <w:b/>
        </w:rPr>
        <w:t>Статья 3</w:t>
      </w:r>
    </w:p>
    <w:p>
      <w:r>
        <w:t>Настоящий Федеральный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