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2019 год и на плановый период 2020 и 2021 годов"</w:t>
      </w:r>
    </w:p>
    <w:p>
      <w:r>
        <w:rPr>
          <w:b/>
        </w:rPr>
        <w:t>Статья 1</w:t>
      </w:r>
    </w:p>
    <w:p>
      <w:r>
        <w:t>Внести в Федеральный закон от 29 ноября 2018 года № 459-ФЗ "О федеральном бюджете на 2019 год и на плановый период 2020 и 2021 годов" (Собрание законодательства Российской Федерации, 2018, № 49, ст. 7531) следующие изменения: 1) в части 1 статьи 1: а) в абзаце первом слова "в размере 105 820,0 млрд. рублей" заменить словами "в размере 109 086,0 млрд. рублей"; б) в пункте 1 слова "в сумме 19 969 336 961,2 тыс. рублей" заменить словами "в сумме 20 174 949 682,5 тыс. рублей", слова "в сумме 3 369 178 509,1 тыс. рублей" заменить словами "в сумме 3 176 984 819,0 тыс. рублей"; в) в пункте 2 слова "в сумме 18 037 246 116,4 тыс. рублей" заменить словами "в сумме 18 293 710 871,8 тыс. рублей"; г) в пункте 3 слова "в сумме 11 612 754 160,3 тыс. рублей" заменить словами "в сумме 11 329 480 816,7 тыс. рублей"; д) в пункте 4 слова "в сумме 64,6 млрд. долларов США, или 54,8 млрд. евро" заменить словами "в сумме 64,3 млрд. долларов США, или 55,4 млрд. евро"; е) в пункте 5 слова "в сумме 1 932 090 844,8 тыс. рублей" заменить словами "в сумме 1 881 238 810,7 тыс. рублей"; 2) в статье 5: а) пункт 2 части 8 после слов "целевых средств," дополнить словами "определенных правовыми актами соответствующих федеральных органов государственной власти,", дополнить словами "(за исключением средств, указанных в пунктах 5 и 7 части 2 настоящей статьи)"; б) часть 13 после слов "бюджетные инвестиции" дополнить словами ", а также по решению Правительства Российской Федерации средств, указанных в абзаце четвертом пункта 1 части 3 настоящей статьи"; 3) в статье 6: а) в части 1 слова "в сумме 793 776 190,9 тыс. рублей" заменить словами "в сумме 794 085 987,0 тыс. рублей"; б) в части 2 слова "приложениям 8 и 9 (совершенно секретно)" заменить словами "приложениям 8, 81, 9 (совершенно секретно) и 91 (совершенно секретно)"; в) в части 3 слова "приложениям 10, 11 (секретно) и 12 (совершенно секретно)" заменить словами "приложениям 10, 101, 11 (секретно), 111 (секретно), 12 (совершенно секретно) и 121 (совершенно секретно)"; г) в части 4 слова "приложениям 13 и 14 (секретно)" заменить словами "приложениям 13, 131, 14 (секретно) и 141 (секретно)"; д) в части 5 слова "приложениям 15 и 16 (секретно)" заменить словами "приложениям 15, 151, 16 (секретно) и 161 (секретно)"; е) в части 8 слова "приложениям 18 и 19 (секретно)" заменить словами "приложениям 18, 181, 19 (секретно) и 191 (секретно)"; ж) в части 9 слова "приложениям 20 и 21 (секретно)" заменить словами "приложениям 20, 201, 21 (секретно) и 211 (секретно)"; з) в части 10 слова "приложениям 22, 23, 24 (секретно)" заменить словами "приложениям 22, 221, 23, 24 (секретно), 241 (секретно)"; 4) в статье 9: а) в части 1 слова "приложениям 27 и 28 (секретно)" заменить словами "приложениям 27, 271, 28 (секретно) и 281 (секретно)"; б) в части 3 слова "до 320 042 654,0 тыс. рублей" заменить словами "до 332 888 644,7 тыс. рублей"; в) дополнить частью 4 следующего содержания: "4. Правительство Российской Федерации вправе в 2019 году принять в казну Российской Федерации передаваемые государственной корпорацией "Агентство по страхованию вкладов" нежилые помещения площадью 109,1 квадратного метра и нежилое здание площадью 482,1 квадратного метра, расположенные по адресу: город Москва, Старопанский переулок, дом 4, строения 1 и 2, и неотделимые улучшения указанных объектов недвижимого имущества по цене их приобретения государственной корпорацией "Агентство по страхованию вкладов" (балансовой стоимости) с уменьшением имущественного взноса Российской Федерации в имущество этой государственной корпорации, внесенного в соответствии с частью 1 статьи 50 Федерального закона от 23 декабря 2003 года № 177-ФЗ "О страховании вкладов в банках Российской Федерации", на сумму до 229 500,0 тыс. рублей."; 5) в статье 10: а) в части 1 слова "приложению 31" заменить словами "приложениям 31 и 311"; б) в части 2 слова "приложению 32" заменить словами "приложениям 32 и 321"; в) в части 5 после слова "предусмотрены" дополнить словом "(изменены)", после слов "расходов бюджетов субъектов Российской Федерации" дополнить словами ", иных межбюджетных трансфертов, предоставление которых осуществляется за счет перераспределения между субъектами Российской Федерации ранее распределенных в текущем финансовом году иных межбюджетных трансфертов, иных межбюджетных трансфертов, предоставление которых осуществляется за счет остатков бюджетных ассигнований Федерального дорожного фонда на начало текущего финансового года"; 6) в части 1 статьи 11 слова "до 1 432 733,9 тыс. рублей" заменить словами "до 1 439 123,9 тыс. рублей"; 7) в части 2 статьи 14 слова "21,2 млрд. евро" заменить словами "21,6 млрд. евро"; 8) в части 4 статьи 17: а) в пункте 1 слова "в сумме 720 241 583,6 тыс. рублей" заменить словами "в сумме 713 480 779,4 тыс. рублей"; б) в пункте 2 слова "в сумме 395 786 051,1 тыс. рублей" заменить словами "в сумме 403 218 653,0 тыс. рублей"; в) в пункте 3 слова "в сумме 14 887 586,2 тыс. рублей" заменить словами "в сумме 15 010 243,7 тыс. рублей"; 9) в статье 21: а) в части 1: в пункте 3 слова "в объеме 45 426 956,2 тыс. рублей" заменить словами "в объеме 36 270 401,1 тыс. рублей"; в пункте 4 слова "в объеме 143 551 327,3 тыс. рублей" заменить словами "в объеме 143 646 430,5 тыс. рублей"; в пункте 5 слова "в объеме 4 146 023,3 тыс. рублей" заменить словами "в объеме 3 426 570,8 тыс. рублей"; в пункте 7 слова "в объеме 19 148 987,8 тыс. рублей" заменить словами "в объеме 27 278 067,2 тыс. рублей", слова "и Байкальского региона" исключить, слова "Дальнего Востока" заменить словами "Дальневосточного федерального округа"; дополнить пунктом 81 следующего содержания: "81) бюджетных ассигнований на 2019 год в объеме 669 700,0 тыс. рублей, предусмотренных по подразделу "Другие общегосударственные вопросы" раздела "Общегосударственные вопросы" классификации расходов бюджетов, на расходы федерального бюджета, связанные с оказанием финансовой поддержки подведомственным Управлению делами Президента Российской Федерации организациям в соответствии с поручениями Президента Российской Федерации и Правительства Российской Федерации, в случае и в пределах поступления доходов федерального бюджета от реализации находящегося в федеральной собственности недвижимого имущества, закрепленного на праве оперативного управления за указанными организациями;"; в пункте 9 слова "на 2019 год в объеме 65 064 750,0 тыс. рублей и в объеме согласно приложениям 11 (секретно), 14 (секретно) и 16 (секретно)" заменить словами "на 2019 год в объеме 65 064 750,0 тыс. рублей и в объеме согласно приложениям 11 (секретно), 111 (секретно), 14 (секретно), 141 (секретно), 16 (секретно) и 161 (секретно)", после слова "комплекса" дополнить словами ", мероприятий федеральной целевой программы "Социально-экономическое развитие Республики Крым и г. Севастополя до 2022 года"; дополнить пунктом 161 следующего содержания: "161) бюджетных ассигнований на 2019 год в объеме 5 000 000,0 тыс. рублей, предусмотренных по подразделу "Другие вопросы в области жилищно-коммунального хозяйства" раздела "Жилищно-коммунальное хозяйство" классификации расходов бюджетов, на возмещение акционерному обществу "ДОМ.РФ", г. Москва,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по решениям Правительства Российской Федерации;"; б) в части 6 слова "в объеме до 5 250 000,0 тыс. рублей" заменить словами "в объеме до 40 231 900,0 тыс. рублей", слова "строительства объектов железнодорожной инфраструктуры Киевского направления Московской железной дороги" заменить словами "реализации проектов развития железнодорожной инфраструктуры Центрального транспортного узла с учетом организации диаметральных маршрутов"; в) дополнить частями 10 и 11 следующего содержания: "10. Установить, что в 2019 году при осуществлении операций 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p>
    <w:p>
      <w:r>
        <w:rPr>
          <w:b/>
        </w:rPr>
        <w:t xml:space="preserve">11. </w:t>
      </w:r>
      <w:r>
        <w:t>Установить, что в 2019 году по решению Правительства Российской Федерации дополнительные средства федерального бюджета могут быть направлены на финансовое обеспечение мероприятий по подготовке и проведению в Российской Федерации чемпионата Европы по футболу UEFA 2020 года в объеме до 285 248,7 тыс. рублей в случае и в пределах поступления доходов федерального бюджета от возврата дебиторской задолженности в связи с возвратом автономной некоммерческой организации "Организационный комитет "Россия-2018" в соответствии с законодательством Российской Федерации о налогах и сборах излишне уплаченных сумм налогов."; г) дополнить частью 12 (совершенно секретно);</w:t>
      </w:r>
    </w:p>
    <w:p>
      <w:r>
        <w:rPr>
          <w:b/>
        </w:rPr>
        <w:t xml:space="preserve">11. </w:t>
      </w:r>
      <w:r>
        <w:t>в приложении 3:</w:t>
      </w:r>
    </w:p>
    <w:p>
      <w:r>
        <w:rPr>
          <w:b/>
        </w:rPr>
        <w:t xml:space="preserve">11. </w:t>
      </w:r>
      <w:r>
        <w:t>в приложении 4 слова "Кемеровская область" заменить словами "Кемеровская область - Кузбасс"</w:t>
      </w:r>
    </w:p>
    <w:p>
      <w:r>
        <w:rPr>
          <w:b/>
        </w:rPr>
        <w:t xml:space="preserve">11. </w:t>
      </w:r>
      <w:r>
        <w:t>в приложении 5:</w:t>
      </w:r>
    </w:p>
    <w:p>
      <w:r>
        <w:rPr>
          <w:b/>
        </w:rPr>
        <w:t xml:space="preserve">11. </w:t>
      </w:r>
      <w:r>
        <w:t>в приложении 6:</w:t>
      </w:r>
    </w:p>
    <w:p>
      <w:r>
        <w:rPr>
          <w:b/>
        </w:rPr>
        <w:t xml:space="preserve">11. </w:t>
      </w:r>
      <w:r>
        <w:t>в приложении 7 строку Министерство Российской Федерации по развитию Дальнего Востока" изложить в следующей редакции: Министерство Российской Федерации по развитию Дальнего Востока и Арктики"</w:t>
      </w:r>
    </w:p>
    <w:p>
      <w:r>
        <w:rPr>
          <w:b/>
        </w:rPr>
        <w:t xml:space="preserve">11. </w:t>
      </w:r>
      <w:r>
        <w:t>дополнить приложением 81 следующего содержания: "Приложение 81 к Федеральному закону "О федеральном бюджете на 2019 год и на плановый период 2020 и 2021 годов" Изменение распределения бюджетных ассигнований на исполнение публичных нормативных обязательств Российской Федерации на 2019 год и на плановый период 2020 и 2021 годов, предусмотренного приложением 8 к Федеральному закону "О федеральном бюджете на 2019 год и на плановый период 2020 и 2021 годов" (тыс. рублей) Наименование ЦСР Рз ПР Мин 2019 год +289 753,9 Государственная программа Российской Федерации "Социальная поддержка граждан" +312 785,3 Пособия лицам, являвшимся сотрудниками органов внутренних дел, получившим 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 -49 525,0 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+275 073,6 Пособие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+87 236,7 Государственная программа Российской Федерации "Обеспечение общественного порядка и противодействие преступности" -25 000,0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-25 000,0 Государственная программа Российской Федерации "Развитие внешнеэкономической деятельности" +1 768,6 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 27 5 01 31050 10 03 153 +1 768,6 Государственная программа Российской Федерации "Научно-технологическое развитие Российской Федерации" +200,0 Премии Правительства Российской Федерации в области науки и техники ученым и специалистам +200,0"</w:t>
      </w:r>
    </w:p>
    <w:p>
      <w:r>
        <w:rPr>
          <w:b/>
        </w:rPr>
        <w:t xml:space="preserve">11. </w:t>
      </w:r>
      <w:r>
        <w:t>дополнить приложением 91 (совершенно секретно) следующего содержания</w:t>
      </w:r>
    </w:p>
    <w:p>
      <w:r>
        <w:rPr>
          <w:b/>
        </w:rPr>
        <w:t xml:space="preserve">11. </w:t>
      </w:r>
      <w:r>
        <w:t>в приложении 10:</w:t>
      </w:r>
    </w:p>
    <w:p>
      <w:r>
        <w:rPr>
          <w:b/>
        </w:rPr>
        <w:t xml:space="preserve">11. </w:t>
      </w:r>
      <w:r>
        <w:t>дополнить приложением 101 следующего содержания: "Приложение 101 к Федеральному закону "О федеральном бюджете на 2019 год и на плановый период 2020 и 2021 годов" Изменения ведомственной структуры расходов федерального бюджета на 2019 год и на плановый период 2020 и 2021 годов, предусмотренной приложением 10 к Федеральному закону "О федеральном бюджете на 2019 год и на плановый период 2020 и 2021 годов" (тыс. рублей) Наименование Мин Рз ПР ЦСР ВР 2019 год +206 417 184,0 МИНИСТЕРСТВО ПРОМЫШЛЕННОСТИ И ТОРГОВЛИ РОССИЙСКОЙ ФЕДЕРАЦИИ +16 505 575,8 Национальная оборона -2 900,0 Прикладные научные исследования в области национальной обороны -2 900,0 Государственная программа Российской Федерации "Развитие промышленности и повышение ее конкурентоспособности" -2 900,0 Подпрограмма "Содействие проведению научных исследований и опытных разработок в гражданских отраслях промышленности" -2 900,0 Основное мероприятие "Научные исследования и сопровождение приоритетных и инновационных проектов" -2 900,0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-2 900,0 Национальная экономика +4 410 284,1 Общеэкономические вопросы -100 023,6 Государственная программа Российской Федерации "Развитие промышленности и повышение ее конкурентоспособности" +59 000,0 Подпрограмма "Развитие системы технического регулирования, стандартизации и обеспечение единства измерений" +59 000,0 Основное мероприятие "Развитие системы технического регулирования и стандартизации" +59 000,0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+59 000,0 Реализация функций иных федеральных органов государственной власти -159 023,6 Иные непрограммные мероприятия -159 023,6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-153 315,4 Финансовое обеспечение выполнения функций федеральных государственных органов, оказания услуг и выполнения работ (Иные бюджетные ассигнования) -5 708,2 Прикладные научные исследования в области национальной экономики -180 747,7 Государственная программа Российской Федерации "Развитие промышленности и повышение ее конкурентоспособности" +2 900,0 Подпрограмма "Содействие проведению научных исследований и опытных разработок в гражданских отраслях промышленности" +2 900,0 Основное мероприятие "Научные исследования и сопровождение приоритетных и инновационных проектов" +2 900,0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+2 900,0 Государственная программа Российской Федерации "Развитие авиационной промышленности" +90 000,0 Подпрограмма "Авиационная наука и технологии" +90 000,0 Основное мероприятие "Выполнение научно-исследовательских работ в целях развития науки и технологий в авиастроении и технологической и инженерной инфраструктуры, в том числе на базе инновационных территориальных кластеров" +90 000,0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+90 000,0 Государственная программа Российской Федерации "Развитие фармацевтической и медицинской промышленности" -273 647,7 Подпрограмма "Развитие производства лекарственных средств" +2 628,9 Основное мероприятие "Реализация иных проектов в области фармацевтической промышленности" +2 628,9 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(Иные бюджетные ассигнования) -150 000,0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+2 628,9 Подпрограмма "Развитие производства медицинских изделий" -276 276,6 Основное мероприятие "Реализация иных проектов в области медицинской промышленности" -276 276,6 Субсидии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 (Иные бюджетные ассигнования) -366 276,6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+90 000,0 Другие вопросы в области национальной экономики +4 691 055,4 Государственная программа Российской Федерации "Развитие промышленности и повышение ее конкурентоспособности" +4 984 398,9 Подпрограмма "Развитие транспортного и специального машиностроения" +907 798,9 Основное мероприятие "Развитие автомобилестроения" +456 795,3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 +200 000,0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 +256 795,3 Основное мероприятие "Развитие сельскохозяйственного машиностроения, машиностроения для пищевой и перерабатывающей промышленности" +250 797,6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+250 797,6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 +490 206,0 Субсидии российским организациям на компенсацию части затрат на производство и реализацию пилотных партий средств производства потребителям (Иные бюджетные ассигнования) +650 000,0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-159 794,0 Основное мероприятие "Государственная поддержка организаций транспортного и специального машиностроения" -290 000,0 Иной межбюджетный трансферт бюджету Нижегородской области на компенсацию расходов на приобретение автобусов и техники для жилищно-коммунального хозяйства, работающих на газомоторном топливе (Межбюджетные трансферты) +360 000,0 Субсидии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техники, а также оборудования для пищевой и перерабатывающей промышленности (Иные бюджетные ассигнования) -650 000,0 Подпрограмма "Развитие производства средств производства" -130 100,0 Основное мероприятие "Развитие тяжелого машиностроения" -53 900,0 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производства сжиженного природного газа (Иные бюджетные ассигнования) -53 900,0 Основное мероприятие "Развитие робототехники, цифрового производства и аддитивных технологий" -76 200,0 Субсидии российским организациям на компенсацию части затрат на производство и реализацию пилотных партий средств производства потребителям (Иные бюджетные ассигнования) -76 200,0 Подпрограмма "Развитие легкой и текстильной промышленности, народных художественных промыслов, индустрии детских товаров" -80 000,0 Основное мероприятие "Развитие легкой и текстильной промышленности" +100 000,0 Субсидии на финансирование расходов лизинговых организаций на обеспечение легкой промышленности оборудованием на основе финансового лизинга (Иные бюджетные ассигнования) +100 000,0 Основное мероприятие "Развитие индустрии детских товаров" -180 000,0 Субсидии российским управляющим организациям индустриальных парков индустрии детских товаров на возмещение части затрат на создание и (или) развитие имущественного комплекса, в том числе инфраструктуры индустриальных парков индустрии детских товаров (Иные бюджетные ассигнования) -20 000,0 Субсидии российским организациям на возмещение части затрат на реализацию инвестиционных проектов индустрии детских товаров (Иные бюджетные ассигнования) -160 000,0 Подпрограмма "Развитие производства традиционных и новых материалов" -450 000,0 Основное мероприятие "Развитие металлургии и промышленности редких и редкоземельных металлов" -450 000,0 Субсидии российским организациям на компенсацию процентных ставок по инвестиционным кредитам в сфере производства редких и редкоземельных металлов (Иные бюджетные ассигнования) -450 000,0 Основное мероприятие "Развитие предприятий лесопромышленного комплекса" 0,0 Субсидии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 (Иные бюджетные ассигнования) +200 000,0 Субсидии российским организациям лесопромышленного комплекса на возмещение части затрат на уплату процентов по кредитам, полученным в российских кредитных организациях в 2014 - 2016 годах на цели создания межсезонных запасов сырья, материалов и топлива (Иные бюджетные ассигнования) -200 000,0 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 -179 708,0 Основное мероприятие "Реализация приоритетных инвестиционных проектов" -329 708,0 Субсидии российским организациям реабилитационной индустрии на компенсацию части затрат, понесенных в 2017 - 2019 годах в рамках реализации комплексных инвестиционных проектов по организации производства средств реабилитации (Иные бюджетные ассигнования) -22 000,0 Субсидии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(Иные бюджетные ассигнования) -307 708,0 Основное мероприятие "Поддержка проектов по производству конкурентоспособной на внешних рынках высокотехнологичной промышленной продукции" +150 000,0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+150 000,0 Подпрограмма "Содействие проведению научных исследований и опытных разработок в гражданских отраслях промышленности" +416 408,0 Основное мероприятие "Поддержка научно-исследовательских и опытно-конструкторских работ в гражданских отраслях промышленности" -38 500,0 Субсидии российским организациям на компенсацию части затрат на проведение научно-исследовательских и опытно-конструкторских работ, понесенных в 2017 - 2019 годах в рамках реализации комплексных инвестиционных проектов по организации производства средств реабилитации (Иные бюджетные ассигнования) -18 000,0 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 (Иные бюджетные ассигнования) -20 500,0 Основное мероприятие "Научные исследования и сопровождение приоритетных и инновационных проектов" +324 908,0 Субсидия автономной некоммерческой организации "Агентство по технологическому развитию" (Предоставление субсидий бюджетным, автономным учреждениям и иным некоммерческим организациям) +324 908,0 Основное мероприятие "Развитие научно-технологической инфраструктуры" +130 000,0 Субсидии российским некоммерческим организациям (за исключением бюджетных и автономных учреждений) на реализацию общеотраслевых проектов по развитию промышленности социально значимых товаров (Предоставление субсидий бюджетным, автономным учреждениям и иным некоммерческим организациям) +130 000,0 Подпрограмма "Развитие промышленной инфраструктуры и инфраструктуры поддержки деятельности в сфере промышленности" +4 500 000,0 Основное мероприятие "Сопровождение развития инфраструктуры поддержки деятельности в сфере промышленности и промышленной инфраструктуры" +4 500 000,0 Иной межбюджетный трансферт Чукотскому автономному округу на реализацию инвестиционных проектов по организации добычи и переработки многокомпонентных руд, в том числе содержащих цветные и благородные металлы, на территории Чукотского автономного округа (Межбюджетные трансферты) +4 500 000,0 Государственная программа Российской Федерации "Развитие авиационной промышленности" -90 000,0 Подпрограмма "Самолетостроение" 0,0 Основное мероприятие "Государственная поддержка российских организаций самолетостроения" 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приобретение тренажеров для российских воздушных судов (Иные бюджетные ассигнования) -200 000,0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развития "ВЭБ.РФ" в 2019 году на приобретение тренажеров для российских воздушных судов (Иные бюджетные ассигнования) +200 000,0 Подпрограмма "Вертолетостроение" 0,0 Основное мероприятие "Государственная поддержка российских организаций вертолетостроения" 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2016 - 2018 годах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 (Иные бюджетные ассигнования) -100 000,0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 (Иные бюджетные ассигнования) +100 000,0 Подпрограмма "Авиационная наука и технологии" -90 000,0 Основное мероприятие "Государственная поддержка российских научных организаций, осуществляющих исследования в области развития авиации и авиационной деятельности" -90 000,0 Субсидии российским организациям на возмещение части затрат на выполнение научно-исследовательских и опытно-конструкторских работ по приоритетным направлениям развития авиационной промышленности (Иные бюджетные ассигнования) -90 000,0 Государственная программа Российской Федерации "Развитие фармацевтической и медицинской промышленности" +363 647,7 Подпрограмма "Развитие производства лекарственных средств" -2 628,9 Основное мероприятие "Реализация иных проектов в области фармацевтической промышленности" -2 628,9 Субсидии российским организациям на компенсацию части затрат, понесенных при реализации проектов по организации производства лекарственных средств и (или) фармацевтических субстанций (Иные бюджетные ассигнования) -322 628,9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+320 000,0 Подпрограмма "Развитие производства медицинских изделий" +366 276,6 Основное мероприятие "Реализация иных проектов в области медицинской промышленности" +366 276,6 Субсидии российским организациям на возмещение части затрат на реализацию проектов по организации производства медицинских изделий (Иные бюджетные ассигнования) -108 032,0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+108 032,0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+366 276,6 Государственная программа Российской Федерации "Космическая деятельность России" -566 991,2 Федеральная целевая программа "Поддержание, развитие и использование системы ГЛОНАСС на 2012 - 2020 годы" -566 991,2 Взнос в уставный капитал акционерного общества "Концерн воздушно-космической обороны "Алмаз-Антей", г. Москва (Капитальные вложения в объекты государственной (муниципальной) собственности) -566 991,2 Охрана окружающей среды +12 098 191,7 Другие вопросы в области охраны окружающей среды +12 098 191,7 Государственная программа Российской Федерации "Развитие промышленности и повышение ее конкурентоспособности" +12 098 191,7 Подпрограмма "Развитие транспортного и специального машиностроения" +12 098 191,7 Основное мероприятие "Развитие автомобилестроения" +12 098 191,7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 +12 098 191,7 МИНИСТЕРСТВО ЭНЕРГЕТИКИ РОССИЙСКОЙ ФЕДЕРАЦИИ -7 176 087,5 Национальная экономика -7 176 087,5 Топливно-энергетический комплекс -7 176 087,5 Государственная программа Российской Федерации "Развитие энергетики" 0,0 Подпрограмма "Реструктуризация и развитие угольной и торфяной промышленности" -5 976,3 Основное мероприятие "Реструктуризация угольной промышленности" -5 976,3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-20 257,5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+14 281,2 Подпрограмма "Обеспечение реализации государственной программы Российской Федерации "Развитие энергетики" +5 976,3 Основное мероприятие "Реализация функций аппарата ответственного исполнителя государственной программы" +5 976,3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-11 318,0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+17 294,3 Государственная программа Российской Федерации "Социально-экономическое развитие Республики Крым и г. Севастополя" -7 176 087,5 Федеральная целевая программа "Социально-экономическое развитие Республики Крым и г. Севастополя до 2022 года" -7 176 087,5 Взнос в уставный капитал акционерного общества "Крымэнерго", Республика Крым, г. Симферополь (Капитальные вложения в объекты государственной (муниципальной) собственности) -7 176 087,5 ФЕДЕРАЛЬНАЯ СЛУЖБА ПО НАДЗОРУ В СФЕРЕ ПРИРОДОПОЛЬЗОВАНИЯ +121 899,0 Охрана окружающей среды +121 899,0 Другие вопросы в области охраны окружающей среды +121 899,0 Государственная программа Российской Федерации "Охрана окружающей среды" +121 899,0 Подпрограмма "Регулирование качества окружающей среды" +121 899,0 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+121 899,0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+60 057,8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+61 841,2 ФЕДЕРАЛЬНОЕ АГЕНТСТВО ПО НЕДРОПОЛЬЗОВАНИЮ 0,0 Национальная экономика 0,0 Воспроизводство минерально-сырьевой базы 0,0 Государственная программа Российской Федерации "Воспроизводство и использование природных ресурсов" 0,0 Подпрограмма "Воспроизводство минерально-сырьевой базы, геологическое изучение недр" 0,0 Основное мероприятие "Государственное геологическое информационное обеспечение" +744 500,0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+744 500,0 Основное мероприятие "Воспроизводство минерально-сырьевой базы углеводородного сырья" -846 630,6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-846 630,6 Основное мероприятие "Тематические и опытно-методические работы, связанные с геологическим изучением недр и воспроизводством минерально-сырьевой базы, мониторингом недропользования" +98 852,8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+98 852,8 Основное мероприятие "Обеспечение эффективной реализации государственных функций в сфере недропользования" +3 277,8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+3 277,8 МИНИСТЕРСТВО ПРИРОДНЫХ РЕСУРСОВ И ЭКОЛОГИИ РОССИЙСКОЙ ФЕДЕРАЦИИ -294 141,9 Национальная экономика -190 506,1 Водное хозяйство -190 506,1 Государственная программа Российской Федерации "Воспроизводство и использование природных ресурсов" -190 506,1 Федеральная целевая программа "Развитие водохозяйственного комплекса Российской Федерации в 2012 - 2020 годах" -190 506,1 Иные мероприятия федеральной целевой программы -190 506,1 Финансовое обеспечение выполнения функций федеральных государственных органов, оказания услуг и выполнения работ (Иные бюджетные ассигнования) -190 506,1 Охрана окружающей среды -103 635,8 Другие вопросы в области охраны окружающей среды -103 635,8 Государственная программа Российской Федерации "Охрана окружающей среды" -103 635,8 Федеральная целевая программа "Охрана озера Байкал и социально-экономическое развитие Байкальской природной территории на 2012 - 2020 годы" -103 635,8 Федеральный проект "Сохранение озера Байкал" -103 635,8 Реализация национального проекта "Экология" (Капитальные вложения в объекты государственной (муниципальной) собственности) -103 635,8 ФЕДЕРАЛЬНОЕ АГЕНТСТВО ВОДНЫХ РЕСУРСОВ -80 215,0 Национальная экономика -80 215,0 Водное хозяйство -80 215,0 Государственная программа Российской Федерации "Воспроизводство и использование природных ресурсов" -80 215,0 Федеральная целевая программа "Развитие водохозяйственного комплекса Российской Федерации в 2012 - 2020 годах" -80 215,0 Иные мероприятия федеральной целевой программы -80 215,0 Субсидии на мероприятия федеральной целевой программы "Развитие водохозяйственного комплекса Российской Федерации в 2012 - 2020 годах" (Межбюджетные трансферты) +64 478,1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-144 693,1 ФЕДЕРАЛЬНОЕ АГЕНТСТВО ЛЕСНОГО ХОЗЯЙСТВА 0,0 Национальная экономика -2 500,5 Лесное хозяйство -2 500,5 Государственная программа Российской Федерации "Развитие лесного хозяйства" -2 500,5 Подпрограмма "Стратегическое управление лесным хозяйством" -2 500,5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 -2 500,5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+665,5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-2 500,5 Финансовое обеспечение выполнения функций федеральных государственных органов, оказания услуг и выполнения работ (Иные бюджетные ассигнования) -665,5 Образование +2 500,5 Профессиональная подготовка, переподготовка и повышение квалификации +2 500,5 Государственная программа Российской Федерации "Развитие лесного хозяйства" +2 500,5 Подпрограмма "Стратегическое управление лесным хозяйством" +2 500,5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 +2 500,5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+2 500,5 МИНИСТЕРСТВО КУЛЬТУРЫ РОССИЙСКОЙ ФЕДЕРАЦИИ +1 873 025,6 Общегосударственные вопросы -45 000,0 Фундаментальные исследования -45 000,0 Государственная программа Российской Федерации "Научно-технологическое развитие Российской Федерации" -45 000,0 Подпрограмма "Фундаментальные научные исследования для долгосрочного развития и обеспечения конкурентоспособности общества и государства" -45 000,0 Основное мероприятие "Обеспечение реализации программы фундаментальных научных исследований" -45 000,0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-45 000,0 Национальная экономика -210 000,0 Другие вопросы в области национальной экономики -210 000,0 Государственная программа Российской Федерации "Развитие культуры и туризма" -210 000,0 Подпрограмма "Туризм" -210 000,0 Основное мероприятие "Развитие внутреннего туризма" -210 000,0 Субсидии на государственную поддержку туроператоров (Иные бюджетные ассигнования) -160 000,0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-50 000,0 Образование +317 745,0 Среднее профессиональное образование +50 000,0 Государственная программа Российской Федерации "Развитие образования" +50 000,0 Подпрограмма "Развитие среднего профессионального и дополнительного профессионального образования" +50 000,0 Ведомственная целевая программа "Содействие развитию среднего профессионального образования и дополнительного профессионального образования" +50 000,0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+50 000,0 Высшее образование +267 745,0 Государственная программа Российской Федерации "Доступная среда" +10 275,5 Подпрограмма "Совершенствование системы комплексной реабилитации и абилитации инвалидов" +10 275,5 Основное мероприятие "Предоставление государственных гарантий инвалидам" +10 275,5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+10 275,5 Государственная программа Российской Федерации "Научно-технологическое развитие Российской Федерации" +257 469,5 Подпрограмма "Обеспечение глобальной конкурентоспособности российского высшего образования" +257 469,5 Основное мероприятие "Обеспечение реализации образовательных программ и научной деятельности в системе высшего образования" +257 469,5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+257 469,5 Культура, кинематография +1 810 280,6 Культура -1 718 514,5 Государственная программа Российской Федерации "Развитие культуры и туризма" -1 718 514,5 Подпрограмма "Наследие" -4 328 445,0 Основное мероприятие "Сохранение, использование, популяризация исторического и культурного наследия" -1 090 000,0 Иной межбюджетный трансферт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(Межбюджетные трансферты) -1 190 000,0 Иные межбюджетные трансферты бюджету Ярославской области на сохранение объекта культурного наследия федерального значения "Церковь Богоявления на Острове" в дер. Хопылево Рыбинского района Ярославской области (Межбюджетные трансферты) +50 000,0 Субсидия Общероссийской общественно-государственной организации "Российское военно-историческое общество" (Предоставление субсидий бюджетным, автономным учреждениям и иным некоммерческим организациям) +50 000,0 Основное мероприятие "Развитие музейного дела" -3 238 445,0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-3 745 945,0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+507 500,0 Подпрограмма "Искусство" +2 609 930,5 Основное мероприятие "Сохранение и развитие исполнительских искусств" +2 497 162,4 Субсидии на реализацию творческих проектов в сфере музыкального, театрального, изобразительного искусства и народного творчества (Предоставление субсидий бюджетным, автономным учреждениям и иным некоммерческим организациям) +61 055,2 Субсидии некоммерческим организациям (за исключением государственных и муниципальных учреждений) в целях проведения Дня России и Дня народного единства (Предоставление субсидий бюджетным, автономным учреждениям и иным некоммерческим организациям) +135 800,0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-15 054,3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+2 117 300,7 Финансовое обеспечение выполнения функций федеральных государственных органов, оказания услуг и выполнения работ (Иные бюджетные ассигнования) +198 060,8 Основное мероприятие "Поддержка творческих инициатив населения, а также выдающихся деятелей, организаций в сфере культуры, творческих союзов" +132 000,0 Субсидии Общероссийской общественно-государственной организации "Российский фонд культуры" (Предоставление субсидий бюджетным, автономным учреждениям и иным некоммерческим организациям) +132 000,0 Основное мероприятие "Организация и проведение мероприятий, а также работ по строительству, реконструкции, реставрации, посвященных значимым событиям российской культуры" -19 231,9 Субсидии на софинансирование капитальных вложений в объекты государственной собственности субъектов Российской Федерации (Межбюджетные трансферты) +558 588,0 Субсидии на софинансирование капитальных вложений в объекты муниципальной собственности (Межбюджетные трансферты) +155 854,9 Субсидии на подготовку и проведение празднования на федеральном уровне памятных дат субъектов Российской Федерации (Межбюджетные трансферты) +224 860,0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-958 534,8 Кинематография +2 831 327,1 Государственная программа Российской Федерации "Развитие культуры и туризма" +2 831 327,1 Подпрограмма "Искусство" +2 831 327,1 Основное мероприятие "Сохранение и развитие кинематографии" +2 831 327,1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+500 000,0 Финансовое обеспечение выполнения функций федеральных государственных органов, оказания услуг и выполнения работ (Иные бюджетные ассигнования) +2 331 327,1 Прикладные научные исследования в области культуры, кинематографии +30 570,0 Государственная программа Российской Федерации "Развитие культуры и туризма" +30 570,0 Подпрограмма "Обеспечение условий реализации государственной программы Российской Федерации "Развитие культуры и туризма" +30 570,0 Основное мероприятие "Развитие фундаментальных и прикладных исследований в сфере культуры и туризма" +30 570,0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+30 570,0 Другие вопросы в области культуры, кинематографии +666 898,0 Государственная программа Российской Федерации "Развитие культуры и туризма" +666 898,0 Подпрограмма "Наследие" +755 298,0 Основное мероприятие "Сохранение, использование, популяризация исторического и культурного наследия" +755 298,0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+755 298,0 Подпрограмма "Обеспечение условий реализации государственной программы Российской Федерации "Развитие культуры и туризма" -88 400,0 Основное мероприятие "Развитие инфраструктуры и системы управления в сфере культуры и туризма" -88 400,0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-88 400,0 Реализация функций иных федеральных органов государственной власти 0,0 Мобилизационная подготовка органов государственной власти 0,0 Субсидии на содержание специальных объектов (Предоставление субсидий бюджетным, автономным учреждениям и иным некоммерческим организациям) +23 867,8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-23 867,8 МИНИСТЕРСТВО ЗДРАВООХРАНЕНИЯ РОССИЙСКОЙ ФЕДЕРАЦИИ +11 653 961,6 Общегосударственные вопросы -27 000,0 Фундаментальные исследования -27 000,0 Государственная программа Российской Федерации "Развитие здравоохранения" -27 000,0 Подпрограмма "Развитие и внедрение инновационных методов диагностики, профилактики и лечения, а также основ персонализированной медицины" -27 000,0 Ведомственная целевая программа "Развитие фундаментальной, трансляционной и персонализированной медицины" -27 000,0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-27 000,0 Образование +210 275,5 Высшее образование +210 275,5 Государственная программа Российской Федерации "Доступная среда" +10 275,5 Подпрограмма "Совершенствование системы комплексной реабилитации и абилитации инвалидов" +10 275,5 Основное мероприятие "Предоставление государственных гарантий инвалидам" +10 275,5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+10 275,5 Государственная программа Российской Федерации "Научно-технологическое развитие Российской Федерации" +200 000,0 Подпрограмма "Обеспечение глобальной конкурентоспособности российского высшего образования" +200 000,0 Основное мероприятие "Обеспечение реализации образовательных программ и научной деятельности в системе высшего образования" +200 000,0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+200 000,0 Здравоохранение +11 470 686,1 Стационарная медицинская помощь +2 309 923,7 Государственная программа Российской Федерации "Развитие здравоохранения" +2 309 923,7 Подпрограмма "Совершенствование оказания медицинской помощи, включая профилактику заболеваний и формирование здорового образа жизни" +2 309 923,7 Ведомственная целевая программа "Совершенствование системы оказания медицинской помощи наркологическим больным и больным с психическими расстройствами и расстройствами поведения" +9 867,2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-2 637,0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-12 495,8 Ведомственная целевая программа "Предупреждение и борьба с социально значимыми инфекционными заболеваниями" -3 338,4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-18 338,4 Ведомственная целевая программа "Укрепление материально-технической базы учреждений" +2 303 394,9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+2 303 394,9 Амбулаторная помощь +7 332 392,0 Государственная программа Российской Федерации "Развитие здравоохранения" +7 332 392,0 Подпрограмма "Совершенствование оказания медицинской помощи, включая профилактику заболеваний и формирование здорового образа жизни" +7 332 392,0 Ведомственная целевая программа "Предупреждение и борьба с социально значимыми инфекционными заболеваниями" +3 000 000,0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+3 000 000,0 Ведомственная целевая программа "Обеспечение отдельных категорий граждан лекарственными препаратами в амбулаторных условиях" +4 332 392,0 Иные межбюджетные трансферты на реализацию отдельных полномочий в области лекарственного обеспечения (Межбюджетные трансферты) +2 032 392,0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+2 300 000,0 Санаторно-оздоровительная помощь -72 364,1 Государственная программа Российской Федерации "Развитие здравоохранения" -72 364,1 Подпрограмма "Развитие медицинской реабилитации и санаторно-курортного лечения, в том числе детей" -72 364,1 Ведомственная целевая программа "Санаторно-курортное лечение" -72 364,1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-72 364,1 Заготовка, переработка, хранение и обеспечение безопасности донорской крови и ее компонентов +300 000,0 Государственная программа Российской Федерации "Развитие здравоохранения" +300 000,0 Подпрограмма "Совершенствование оказания медицинской помощи, включая профилактику заболеваний и формирование здорового образа жизни" +300 000,0 Ведомственная целевая программа "Развитие службы крови" +300 000,0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+300 000,0 Прикладные научные исследования в области здравоохранения -1 098 917,3 Государственная программа Российской Федерации "Развитие здравоохранения" -1 098 917,3 Подпрограмма "Развитие и внедрение инновационных методов диагностики, профилактики и лечения, а также основ персонализированной медицины" -535 517,3 Ведомственная целевая программа "Развитие фундаментальной, трансляционной и персонализированной медицины" -535 517,3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-535 517,3 Подпрограмма "Совершенствование оказания медицинской помощи, включая профилактику заболеваний и формирование здорового образа жизни" -563 400,0 Ведомственная целевая программа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-563 400,0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-563 400,0 Другие вопросы в области здравоохранения +2 699 651,8 Государственная программа Российской Федерации "Развитие здравоохранения" +2 699 651,8 Подпрограмма "Развитие медицинской реабилитации и санаторно-курортного лечения, в том числе детей" +566 037,0 Ведомственная целевая программа "Медицинская реабилитация" +566 037,0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+566 037,0 Подпрограмма "Экспертиза и контрольно-надзорные функции в сфере охраны здоровья" +132 323,2 Ведомственная целевая программа "Контроль, экспертиза, мониторинг и предоставление государственных услуг в сфере охраны здоровья" +132 323,2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+132 323,2 Подпрограмма "Информационные технологии и управление развитием отрасли" +27 000,0 Ведомственная целевая программа "Информационно-технологическая поддержка реализации государственной программы" +27 000,0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+27 000,0 Подпрограмма "Совершенствование оказания медицинской помощи, включая профилактику заболеваний и формирование здорового образа жизни" +1 974 291,6 Ведомственная целевая программа "Совершенствование оказания скорой медицинской помощи и деятельности Всероссийской службы медицины катастроф" +115 578,6 Иные межбюджетные трансферты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(Межбюджетные трансферты) +115 578,6 Ведомственная целевая программа "Укрепление материально-технической базы учреждений" +1 858 713,0 Субсидии на софинансирование капитальных вложений в объекты государственной собственности субъектов Российской Федерации (Межбюджетные трансферты) +2 170 142,3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+70 637,7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+14 222,2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-396 289,2 ФЕДЕРАЛЬНАЯ СЛУЖБА ПО НАДЗОРУ В СФЕРЕ ЗДРАВООХРАНЕНИЯ 0,0 Здравоохранение 0,0 Другие вопросы в области здравоохранения 0,0 Государственная программа Российской Федерации "Развитие здравоохранения" 0,0 Подпрограмма "Экспертиза и контрольно-надзорные функции в сфере охраны здоровья" 0,0 Ведомственная целевая программа "Контроль, экспертиза, мониторинг и предоставление государственных услуг в сфере охраны здоровья"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+142 017,9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-142 017,9 МИНИСТЕРСТВО СТРОИТЕЛЬСТВА И ЖИЛИЩНО-КОММУНАЛЬНОГО ХОЗЯЙСТВА РОССИЙСКОЙ ФЕДЕРАЦИИ +48 162 904,4 Общегосударственные вопросы -6 200,0 Фундаментальные исследования -6 200,0 Государственная программа Российской Федерации "Научно-технологическое развитие Российской Федерации" -6 200,0 Подпрограмма "Фундаментальные научные исследования для долгосрочного развития и обеспечения конкурентоспособности общества и государства" -6 200,0 Основное мероприятие "Обеспечение реализации программы фундаментальных научных исследований" -6 200,0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-6 200,0 Национальная экономика +81 955,2 Водное хозяйство +81 955,2 Государственная программа Российской Федерации "Обеспечение доступным и комфортным жильем и коммунальными услугами граждан Российской Федерации" +81 955,2 Подпрограмма "Создание условий для обеспечения качественными услугами жилищно-коммунального хозяйства граждан России" +81 955,2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+81 955,2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(Межбюджетные трансферты) +81 955,2 Жилищно-коммунальное хозяйство +43 953 991,2 Жилищное хозяйство +19 299 188,8 Государственная программа Российской Федерации "Обеспечение доступным и комфортным жильем и коммунальными услугами граждан Российской Федерации" +1 299 188,8 Подпрограмма "Создание условий для обеспечения качественными услугами жилищно-коммунального хозяйства граждан России" +1 299 188,8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+1 299 188,8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(Межбюджетные трансферты) +299 188,8 Иные межбюджетные трансферты на реализацию мероприятий по содействию развитию инфраструктуры субъектов Российской Федерации (Межбюджетные трансферты) +1 000 000,0 Реализация функций иных федеральных органов государственной власти +18 000 000,0 Иные непрограммные мероприятия +18 000 000,0 Имущественный взнос Российской Федерации в публично-правовую компанию "Фонд защиты прав граждан - участников долевого строительства" для осуществления мероприятий по финансированию завершения строительства объектов незавершенного строительства - многоквартирных домов (Иные бюджетные ассигнования) +16 000 000,0 Имущественный взнос Российской Федерации в публично-правовую компанию "Фонд защиты прав граждан - участников долевого строительства" в целях предоставления поручительств по кредитным договорам, предусматривающим предоставление целевого кредита на строительство (создание) многоквартирного дома и (или) иного объекта недвижимости или предоставление кредита в целях рефинансирования (перекредитования) застройщика (Иные бюджетные ассигнования) +2 000 000,0 Коммунальное хозяйство +1 173 130,6 Государственная программа Российской Федерации "Обеспечение доступным и комфортным жильем и коммунальными услугами граждан Российской Федерации" +1 173 130,6 Подпрограмма "Создание условий для обеспечения качественными услугами жилищно-коммунального хозяйства граждан России" +1 173 130,6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+1 173 130,6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(Межбюджетные трансферты) +1 173 130,6 Другие вопросы в области жилищно-коммунального хозяйства +23 481 671,8 Государственная программа Российской Федерации "Обеспечение доступным и комфортным жильем и коммунальными услугами граждан Российской Федерации" +3 481 671,8 Подпрограмма "Создание условий для обеспечения качественными услугами жилищно-коммунального хозяйства граждан России" +3 481 671,8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+3 481 671,8 Субсидия Фонду по сохранению и развитию Соловецкого архипелага (Предоставление субсидий бюджетным, автономным учреждениям и иным некоммерческим организациям) +174 000,0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+3 307 671,8 Реализация функций иных федеральных органов государственной власти +20 000 000,0 Иные непрограммные мероприятия +20 000 000,0 Взнос в уставный капитал акционерного общества "ДОМ.РФ", г. Москва, в целях докапитализации акционерного общества "Банк ДОМ.РФ", г. Москва (Капитальные вложения в объекты государственной (муниципальной) собственности) +20 000 000,0 Охрана окружающей среды -105 089,2 Сбор, удаление отходов и очистка сточных вод -105 089,2 Государственная программа Российской Федерации "Обеспечение доступным и комфортным жильем и коммунальными услугами граждан Российской Федерации" -105 089,2 Подпрограмма "Создание условий для обеспечения качественными услугами жилищно-коммунального хозяйства граждан России" -105 089,2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-105 089,2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(Межбюджетные трансферты) -105 089,2 Социальная политика +2 500 000,0 Социальное обеспечение населения +2 500 000,0 Государственная программа Российской Федерации "Обеспечение доступным и комфортным жильем и коммунальными услугами граждан Российской Федерации" +2 500 000,0 Подпрограмма "Создание условий для обеспечения доступным и комфортным жильем граждан России" +2 500 000,0 Ведомственная целевая программа "Оказание государственной поддержки гражданам в обеспечении жильем и оплате жилищно-коммунальных услуг" +2 500 000,0 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(Межбюджетные трансферты) +2 500 000,0 Межбюджетные трансферты общего характера бюджетам бюджетной системы Российской Федерации +1 738 247,2 Прочие межбюджетные трансферты общего характера +1 738 247,2 Государственная программа Российской Федерации "Обеспечение доступным и комфортным жильем и коммунальными услугами граждан Российской Федерации" +1 738 247,2 Подпрограмма "Создание условий для обеспечения качественными услугами жилищно-коммунального хозяйства граждан России" +1 738 247,2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+1 738 247,2 Иные межбюджетные трансферты на реализацию мероприятий по содействию развитию инфраструктуры субъектов Российской Федерации (Межбюджетные трансферты) +1 500 000,0 Субсидии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(Межбюджетные трансферты) +238 247,2 МИНИСТЕРСТВО ЦИФРОВОГО РАЗВИТИЯ, СВЯЗИ И МАССОВЫХ КОММУНИКАЦИЙ РОССИЙСКОЙ ФЕДЕРАЦИИ -48 662,0 Общегосударственные вопросы -33 273,1 Международные отношения и международное сотрудничество -33 273,1 Государственная программа Российской Федерации "Информационное общество" -33 273,1 Подпрограмма "Информационное государство" -33 273,1 Основное мероприятие "Управление развитием информационного общества" -33 273,1 Финансовое обеспечение выполнения функций федеральных государственных органов, оказания услуг и выполнения работ (Иные бюджетные ассигнования) -33 273,1 Национальная экономика -15 838,9 Связь и информатика -15 838,9 Государственная программа Российской Федерации "Информационное общество" -49 112,0 Подпрограмма "Информационное государство" -49 112,0 Основное мероприятие "Управление развитием информационного общества" -16 207,3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+23 721,6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-39 546,9 Финансовое обеспечение выполнения функций федеральных государственных органов, оказания услуг и выполнения работ (Иные бюджетные ассигнования) -382,0 Основное мероприятие "Развитие и эксплуатация электронного правительства" -57 522,2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-57 522,2 Основное мероприятие "Создание и внедрение современных информационных технологий в сфере государственного управления" +57 522,2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+57 522,2 Основное мероприятие "Создание и развитие официальных сайтов высших должностных лиц и органов управления Российской Федерации" -32 904,7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-32 904,7 Реализация функций иных федеральных органов государственной власти +33 273,1 Мобилизационная подготовка органов государственной власти +33 273,1 Субсидии на содержание специальных объектов (Предоставление субсидий бюджетным, автономным учреждениям и иным некоммерческим организациям) +33 273,1 Образование +450,0 Профессиональная подготовка, переподготовка и повышение квалификации +450,0 Государственная программа Российской Федерации "Информационное общество" +450,0 Подпрограмма "Информационное государство" +450,0 Основное мероприятие "Управление развитием информационного общества" +450,0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+450,0 МИНИСТЕРСТВО ПРОСВЕЩЕНИЯ РОССИЙСКОЙ ФЕДЕРАЦИИ +3 303 139,3 Общегосударственные вопросы +146 751,7 Фундаментальные исследования +25 533,0 Государственная программа Российской Федерации "Научно-технологическое развитие Российской Федерации" +25 533,0 Подпрограмма "Фундаментальные научные исследования для долгосрочного развития и обеспечения конкурентоспособности общества и государства" +25 533,0 Основное мероприятие "Обеспечение реализации программы фундаментальных научных исследований" +25 533,0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+25 533,0 Прикладные научные исследования в области общегосударственных вопросов +121 218,7 Государственная программа Российской Федерации "Научно-технологическое развитие Российской Федерации" +121 218,7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+121 218,7 Основное мероприятие "Обеспечение реализации комплексных программ поддержки прикладных научных исследований и технологического трансфера" +121 218,7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+121 218,7 Образование +3 156 387,6 Дошкольное образование +968 000,0 Государственная программа Российской Федерации "Развитие образования" +968 000,0 Подпрограмма "Развитие дошкольного и общего образования" +968 000,0 Ведомственная целевая программа "Развитие современных механизмов и технологий дошкольного и общего образования" +968 000,0 Субсидии на софинансирование капитальных вложений в объекты муниципальной собственности (Межбюджетные трансферты) +83 000,0 Иные межбюджетные трансферты на осуществление строительства, реконструкции, ремонта и приобретения (выкупа) объектов образования (Межбюджетные трансферты) +885 000,0 Общее образование +957 640,0 Государственная программа Российской Федерации "Развитие образования" +957 640,0 Подпрограмма "Развитие дошкольного и общего образования" +898 040,0 Ведомственная целевая программа "Развитие современных механизмов и технологий дошкольного и общего образования" +168 140,0 Субсидии на софинансирование капитальных вложений в объекты муниципальной собственности (Межбюджетные трансферты) +197 300,0 Иные межбюджетные трансферты на осуществление строительства, реконструкции, ремонта и приобретения (выкупа) объектов образования (Межбюджетные трансферты) +79 500,0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+71 340,0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-180 000,0 Федеральный проект "Современная школа" +729 900,0 Модернизация инфраструктуры общего образования в отдельных субъектах Российской Федерации (Межбюджетные трансферты) +729 900,0 Подпрограмма "Развитие дополнительного образования детей и реализация мероприятий молодежной политики" +59 600,0 Ведомственная целевая программа "Развитие дополнительного образования детей, выявление и поддержка лиц, проявивших выдающиеся способности" +59 600,0 Субсидии Фонду "Талант и успех", г. Сочи, Краснодарский край (Предоставление субсидий бюджетным, автономным учреждениям и иным некоммерческим организациям) +59 600,0 Дополнительное образование детей +228 777,4 Государственная программа Российской Федерации "Развитие образования" -171 222,6 Подпрограмма "Развитие дополнительного образования детей и реализация мероприятий молодежной политики" -171 222,6 Ведомственная целевая программа "Развитие дополнительного образования детей, выявление и поддержка лиц, проявивших выдающиеся способности" -215 722,6 Субсидии на мероприятия по содействию развитию дополнительного образования детей и по организации отдыха детей и их оздоровления (Предоставление субсидий бюджетным, автономным учреждениям и иным некоммерческим организациям) -44 500,0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-171 222,6 Ведомственная целевая программа "Развитие сферы отдыха и оздоровления детей" +44 500,0 Субсидии на мероприятия по содействию развитию дополнительного образования детей и по организации отдыха детей и их оздоровления (Предоставление субсидий бюджетным, автономным учреждениям и иным некоммерческим организациям) +38 000,0 Субсидии на мероприятия по содействию развитию дополнительного образования детей и по организации отдыха детей и их оздоровления (Иные бюджетные ассигнования) +6 500,0 Государственная программа Российской Федерации "Социально-экономическое развитие Республики Крым и г. Севастополя" +400 000,0 Федеральная целевая программа "Социально-экономическое развитие Республики Крым и г. Севастополя до 2022 года" +400 000,0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+400 000,0 Среднее профессиональное образование -154 172,0 Государственная программа Российской Федерации "Развитие образования" -154 172,0 Подпрограмма "Развитие среднего профессионального и дополнительного профессионального образования" -154 172,0 Ведомственная целевая программа "Содействие развитию среднего профессионального образования и дополнительного профессионального образования" -154 172,0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-154 172,0 Высшее образование +9 975,2 Государственная программа Российской Федерации "Научно-технологическое развитие Российской Федерации" +9 975,2 Подпрограмма "Обеспечение глобальной конкурентоспособности российского высшего образования" +9 975,2 Основное мероприятие "Обеспечение реализации образовательных программ и научной деятельности в системе высшего образования" +8 711,6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+8 711,6 Основное мероприятие "Стимулирование и социальная поддержка обучающихся и работников образовательных организаций высшего образования" +1 263,6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+1 263,6 Молодежная политика -5 623,2 Государственная программа Российской Федерации "Развитие образования" -5 623,2 Подпрограмма "Развитие дополнительного образования детей и реализация мероприятий молодежной политики" -5 623,2 Ведомственная целевая программа "Поддержка молодежных инициатив и патриотического воспитания" -5 623,2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-5 623,2 Другие вопросы в области образования +1 151 790,2 Государственная программа Российской Федерации "Развитие образования" +1 151 790,2 Подпрограмма "Развитие среднего профессионального и дополнительного профессионального образования" +40 000,0 Ведомственная целевая программа "Содействие развитию среднего профессионального образования и дополнительного профессионального образования" +40 000,0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+40 000,0 Подпрограмма "Развитие дошкольного и общего образования" +684 345,8 Ведомственная целевая программа "Развитие современных механизмов и технологий дошкольного и общего образования" +684 345,8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+684 345,8 Подпрограмма "Развитие дополнительного образования детей и реализация мероприятий молодежной политики" +4 172,0 Ведомственная целевая программа "Развитие дополнительного образования детей, выявление и поддержка лиц, проявивших выдающиеся способности" +4 172,0 Субсидии Фонду "Талант и успех", г. Сочи, Краснодарский край (Предоставление субсидий бюджетным, автономным учреждениям и иным некоммерческим организациям) +4 172,0 Подпрограмма "Совершенствование управления системой образования" +423 272,4 Основное мероприятие "Реализация функций ответственного исполнителя государственной программы" +423 272,4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+385 272,4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+38 000,0 МИНИСТЕРСТВО НАУКИ И ВЫСШЕГО ОБРАЗОВАНИЯ РОССИЙСКОЙ ФЕДЕРАЦИИ -469 969,5 Общегосударственные вопросы +213 820,5 Фундаментальные исследования -375 344,6 Государственная программа Российской Федерации "Научно-технологическое развитие Российской Федерации" -375 344,6 Подпрограмма "Фундаментальные научные исследования для долгосрочного развития и обеспечения конкурентоспособности общества и государства" -375 344,6 Основное мероприятие "Обеспечение реализации программы фундаментальных научных исследований" -375 344,6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-26 556,5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-348 788,1 Прикладные научные исследования в области общегосударственных вопросов +485 288,9 Государственная программа Российской Федерации "Научно-технологическое развитие Российской Федерации" +485 288,9 Подпрограмма "Развитие национального интеллектуального капитала" +200,0 Основное мероприятие "Выявление талантов и их развитие в области науки и техники" +200,0 Премии Правительства Российской Федерации в области науки и техники ученым и специалистам (Социальное обеспечение и иные выплаты населению) +200,0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+526 096,2 Основное мероприятие "Обеспечение реализации комплексных программ поддержки прикладных научных исследований и технологического трансфера" +526 096,2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+526 096,2 Подпрограмма "Инфраструктура научной, научно-технической и инновационной деятельности" -41 007,3 Основное мероприятие "Реализация государственных функций в сфере научной деятельности и высшего образования" -41 007,3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-41 007,3 Другие общегосударственные вопросы +103 876,2 Государственная программа Российской Федерации "Научно-технологическое развитие Российской Федерации" +103 876,2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+26 556,5 Основное мероприятие "Обеспечение реализации комплексных программ поддержки прикладных научных исследований и технологического трансфера" +26 556,5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+26 556,5 Подпрограмма "Инфраструктура научной, научно-технической и инновационной деятельности" +77 319,7 Основное мероприятие "Реализация государственных функций в сфере научной деятельности и высшего образования" +77 319,7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+77 319,7 Национальная экономика -600 000,0 Прикладные научные исследования в области национальной экономики -900 000,0 Государственная программа Российской Федерации "Научно-технологическое развитие Российской Федерации" -900 000,0 Федеральная целевая программа "Исследования и разработки по приоритетным направлениям развития научно-технологического комплекса России на 2014 - 2020 годы" -900 000,0 Финансовое обеспечение выполнения функций федеральных государственных органов, оказания услуг и выполнения работ (Иные бюджетные ассигнования) -900 000,0 Другие вопросы в области национальной экономики +300 000,0 Государственная программа Российской Федерации "Научно-технологическое развитие Российской Федерации" +300 000,0 Федеральная целевая программа "Исследования и разработки по приоритетным направлениям развития научно-технологического комплекса России на 2014 - 2020 годы" +300 000,0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+300 000,0 Образование -83 790,0 Общее образование +154 639,2 Государственная программа Российской Федерации "Развитие образования" +154 639,2 Подпрограмма "Развитие дошкольного и общего образования" +154 639,2 Ведомственная целевая программа "Развитие современных механизмов и технологий дошкольного и общего образования" +154 639,2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+154 639,2 Профессиональная подготовка, переподготовка и повышение квалификации -50 106,9 Государственная программа Российской Федерации "Развитие образования" -50 106,9 Подпрограмма "Развитие среднего профессионального и дополнительного профессионального образования" -50 106,9 Ведомственная целевая программа "Содействие развитию среднего профессионального образования и дополнительного профессионального образования" -50 106,9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-50 106,9 Высшее образование +868 036,1 Государственная программа Российской Федерации "Доступная среда" -51 377,5 Подпрограмма "Совершенствование системы комплексной реабилитации и абилитации инвалидов" -51 377,5 Основное мероприятие "Предоставление государственных гарантий инвалидам" -51 377,5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-51 377,5 Государственная программа Российской Федерации "Научно-технологическое развитие Российской Федерации" +919 413,6 Подпрограмма "Обеспечение глобальной конкурентоспособности российского высшего образования" +919 413,6 Основное мероприятие "Обеспечение реализации образовательных программ и научной деятельности в системе высшего образования" +860 041,7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-58 569,6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+918 611,3 Основное мероприятие "Стимулирование и социальная поддержка обучающихся и работников образовательных организаций высшего образования" +59 371,9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+60 635,5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-1 263,6 Прикладные научные исследования в области образования -1 130 624,6 Государственная программа Российской Федерации "Научно-технологическое развитие Российской Федерации" -1 130 624,6 Подпрограмма "Обеспечение глобальной конкурентоспособности российского высшего образования" -1 094 312,2 Основное мероприятие "Обеспечение реализации образовательных программ и научной деятельности в системе высшего образования" -1 094 312,2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-1 094 312,2 Подпрограмма "Инфраструктура научной, научно-технической и инновационной деятельности" -36 312,4 Основное мероприятие "Реализация государственных функций в сфере научной деятельности и высшего образования" -36 312,4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-36 312,4 Другие вопросы в области образования +74 266,2 Государственная программа Российской Федерации "Научно-технологическое развитие Российской Федерации" +74 266,2 Подпрограмма "Инфраструктура научной, научно-технической и инновационной деятельности" +74 266,2 Основное мероприятие "Реализация государственных функций в сфере научной деятельности и высшего образования" +74 266,2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+74 266,2 ФЕДЕРАЛЬНОЕ АГЕНТСТВО ПО РЫБОЛОВСТВУ +357 001,9 Национальная экономика +354 616,6 Сельское хозяйство и рыболовство -41 780,7 Государственная программа Российской Федерации "Развитие рыбохозяйственного комплекса" -41 780,7 Подпрограмма "Развитие аквакультуры" -29 980,4 Основное мероприятие "Осуществление работ по искусственному воспроизводству водных биологических ресурсов" -29 980,4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-29 980,4 Подпрограмма "Охрана и контроль" -3 802,2 Основное мероприятие "Совершенствование деятельности по предупреждению, сдерживанию и ликвидации незаконного, несообщаемого и нерегулируемого промысла водных биологических ресурсов" -2 002,2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-2 002,2 Основное мероприятие "Повышение безопасности плавания судов рыбопромыслового флота и выполнение комплекса аварийно-спасательных работ на рыбопромысловых судах в районах промысла при осуществлении рыболовства" -1 800,0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-1 800,0 Подпрограмма "Обеспечение реализации государственной программы" -7 998,1 Основное мероприятие "Руководство и управление в сфере установленных функций" -7 998,1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-3 060,7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-4 937,4 Прикладные научные исследования в области национальной экономики +365 000,0 Государственная программа Российской Федерации "Развитие рыбохозяйственного комплекса" +365 000,0 Подпрограмма "Наука и инновации" +365 000,0 Основное мероприятие "Проведение рыбохозяйственных исследований" +365 000,0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+365 000,0 Другие вопросы в области национальной экономики +31 397,3 Государственная программа Российской Федерации "Развитие рыбохозяйственного комплекса" +31 397,3 Подпрограмма "Обеспечение реализации государственной программы" +31 397,3 Основное мероприятие "Руководство и управление в сфере установленных функций" +31 397,3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+31 397,3 Образование +2 385,3 Среднее профессиональное образование -1 000,0 Государственная программа Российской Федерации "Развитие образования" -1 000,0 Подпрограмма "Развитие среднего профессионального и дополнительного профессионального образования" -1 000,0 Ведомственная целевая программа "Содействие развитию среднего профессионального образования и дополнительного профессионального образования" -1 000,0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-1 000,0 Высшее образование +1 000,0 Государственная программа Российской Федерации "Научно-технологическое развитие Российской Федерации" +1 000,0 Подпрограмма "Обеспечение глобальной конкурентоспособности российского высшего образования" +1 000,0 Основное мероприятие "Стимулирование и социальная поддержка обучающихся и работников образовательных организаций высшего образования" +1 000,0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+1 000,0 Другие вопросы в области образования +2 385,3 Реализация функций иных федеральных органов государственной власти +2 385,3 Мобилизационная подготовка органов государственной власти +2 385,3 Субсидии на содержание специальных объектов (Предоставление субсидий бюджетным, автономным учреждениям и иным некоммерческим организациям) +2 385,3 ФЕДЕРАЛЬНАЯ СЛУЖБА ПО НАДЗОРУ В СФЕРЕ ОБРАЗОВАНИЯ И НАУКИ 0,0 Общегосударственные вопросы +5 000,0 Прикладные научные исследования в области общегосударственных вопросов +5 000,0 Государственная программа Российской Федерации "Научно-технологическое развитие Российской Федерации" +5 000,0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+5 000,0 Основное мероприятие "Обеспечение реализации комплексных программ поддержки прикладных научных исследований и технологического трансфера" +5 000,0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+5 000,0 Образование -5 000,0 Профессиональная подготовка, переподготовка и повышение квалификации +300,0 Государственная программа Российской Федерации "Развитие образования" +300,0 Подпрограмма "Совершенствование управления системой образования" +300,0 Ведомственная целевая программа "Качество образования" +300,0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+300,0 Прикладные научные исследования в области образования +8 028,8 Государственная программа Российской Федерации "Развитие образования" +8 028,8 Подпрограмма "Совершенствование управления системой образования" +8 028,8 Ведомственная целевая программа "Качество образования" +8 028,8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+8 028,8 Другие вопросы в области образования -13 328,8 Государственная программа Российской Федерации "Развитие образования" -13 328,8 Подпрограмма "Совершенствование управления системой образования" -13 328,8 Ведомственная целевая программа "Качество образования" -13 328,8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-13 028,8 ФЕДЕРАЛЬНАЯ СЛУЖБА ПО ВЕТЕРИНАРНОМУ И ФИТОСАНИТАРНОМУ НАДЗОРУ 0,0 Национальная экономика 0,0 Сельское хозяйство и рыболовство -39 159,0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-39 159,0 Федеральная целевая программа "Национальная система химической и биологической безопасности Российской Федерации (2015 - 2020 годы)" -39 159,0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-135 003,4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+95 844,4 Прикладные научные исследования в области национальной экономики +39 159,0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+39 159,0 Федеральная целевая программа "Национальная система химической и биологической безопасности Российской Федерации (2015 - 2020 годы)" +39 159,0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+39 159,0 МИНИСТЕРСТВО СЕЛЬСКОГО ХОЗЯЙСТВА РОССИЙСКОЙ ФЕДЕРАЦИИ +10 275,5 Национальная экономика -1 049 232,7 Сельское хозяйство и рыболовство -1 051 377,6 Государственная программа развития сельского хозяйства и регулирования рынков сельскохозяйственной продукции, сырья и продовольствия -1 051 377,6 Подпрограмма "Развитие отраслей агропромышленного комплекса" -1 487 381,4 Ведомственный проект "Техническая модернизация агропромышленного комплекса" +3 100 000,0 Субсидии производителям сельскохозяйственной техники (Иные бюджетные ассигнования) +3 000 000,0 Субсидии акционерному обществу "Росагролизинг", г. Москва, на возмещение недополученных доходов при уплате лизингополучателем лизинговых платежей по договорам финансовой аренды (лизинга), заключенным на льготных (специальных) условиях (Иные бюджетные ассигнования) +100 000,0 Ведомственный проект "Стимулирование инвестиционной деятельности в агропромышленном комплексе" -4 587 381,4 Иные межбюджетные трансферты на возмещение части затрат на уплату процентов по инвестиционным кредитам (займам) в агропромышленном комплексе (Межбюджетные трансферты) -6 229 091,0 Возмещение части прямых понесенных затрат на создание и (или) модернизацию объектов агропромышленного комплекса (Межбюджетные трансферты) +4 791 709,6 Возмещение недополученных российскими кредитными организациями, международными финансовыми организациями и государственной корпорацией "Банк развития и внешнеэкономической деятельности (Внешэкономбанк)"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(Иные бюджетные ассигнования) -3 150 000,0 Подпрограмма "Обеспечение условий развития агропромышленного комплекса" +436 003,8 Ведомственная целевая программа "Научно-техническое обеспечение развития отраслей агропромышленного комплекса" +386 003,8 Гранты в форме субсидий на реализацию комплексных научно-технических проектов в агропромышленном комплексе (Иные бюджетные ассигнования) +350 053,8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+35 950,0 Ведомственный проект "Цифровое сельское хозяйство" +50 000,0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+50 000,0 Прикладные научные исследования в области национальной экономики +33 626,2 Государственная программа развития сельского хозяйства и регулирования рынков сельскохозяйственной продукции, сырья и продовольствия +33 626,2 Подпрограмма "Обеспечение условий развития агропромышленного комплекса" +33 626,2 Ведомственная целевая программа "Научно-техническое обеспечение развития отраслей агропромышленного комплекса" +33 626,2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+33 626,2 Другие вопросы в области национальной экономики -31 481,3 Государственная программа развития сельского хозяйства и регулирования рынков сельскохозяйственной продукции, сырья и продовольствия -31 481,3 Подпрограмма "Обеспечение условий развития агропромышленного комплекса" -31 481,3 Основное мероприятие "Реализация функций аппарата ответственного исполнителя государственной программы" -31 481,3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-31 481,3 Финансовое обеспечение выполнения функций федеральных государственных органов, оказания услуг и выполнения работ (Иные бюджетные ассигнования) -900,0 Образование +1 049 091,7 Дошкольное образование +21 064,8 Государственная программа Российской Федерации "Развитие образования" +21 064,8 Подпрограмма "Развитие дошкольного и общего образования" +21 064,8 Ведомственная целевая программа "Развитие современных механизмов и технологий дошкольного и общего образования" +21 064,8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+21 064,8 Высшее образование +1 010 275,5 Государственная программа Российской Федерации "Доступная среда" +10 275,5 Подпрограмма "Совершенствование системы комплексной реабилитации и абилитации инвалидов" +10 275,5 Основное мероприятие "Предоставление государственных гарантий инвалидам" +10 275,5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+10 275,5 Государственная программа Российской Федерации "Научно-технологическое развитие Российской Федерации" +1 000 000,0 Подпрограмма "Обеспечение глобальной конкурентоспособности российского высшего образования" +1 000 000,0 Основное мероприятие "Обеспечение реализации образовательных программ и научной деятельности в системе высшего образования" +1 004 990,0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+1 004 990,0 Основное мероприятие "Стимулирование и социальная поддержка обучающихся и работников образовательных организаций высшего образования" -4 990,0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-4 990,0 Прикладные научные исследования в области образования +17 751,4 Государственная программа Российской Федерации "Научно-технологическое развитие Российской Федерации" +17 751,4 Подпрограмма "Обеспечение глобальной конкурентоспособности российского высшего образования" +17 751,4 Основное мероприятие "Обеспечение реализации образовательных программ и научной деятельности в системе высшего образования" +17 751,4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+17 751,4 Здравоохранение +10 416,5 Санаторно-оздоровительная помощь +10 416,5 Государственная программа Российской Федерации "Развитие здравоохранения" +10 416,5 Подпрограмма "Развитие медицинской реабилитации и санаторно-курортного лечения, в том числе детей" +10 416,5 Ведомственная целевая программа "Санаторно-курортное лечение" +10 416,5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+10 416,5 ФЕДЕРАЛЬНОЕ АГЕНТСТВО СВЯЗИ +760 708,7 Национальная экономика +760 708,7 Связь и информатика +760 708,7 Государственная программа Российской Федерации "Информационное общество" +760 708,7 Подпрограмма "Информационно-телекоммуникационная инфраструктура информационного общества и услуги, оказываемые на ее основе" +760 708,7 Основное мероприятие "Обеспечение доступности услуг электросвязи на территории Российской Федерации" +760 708,7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+760 708,7 Образование 0,0 Высшее образование 0,0 Государственная программа Российской Федерации "Научно-технологическое развитие Российской Федерации" 0,0 Подпрограмма "Обеспечение глобальной конкурентоспособности российского высшего образования" 0,0 Основное мероприятие "Обеспечение реализации образовательных программ и научной деятельности в системе высшего образования" +3 078,0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+3 078,0 Основное мероприятие "Стимулирование и социальная поддержка обучающихся и работников образовательных организаций высшего образования" -3 078,0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-3 078,0 ФЕДЕРАЛЬНОЕ АГЕНТСТВО ПО ДЕЛАМ МОЛОДЕЖИ +164 520,0 Образование +164 520,0 Молодежная политика +164 520,0 Государственная программа Российской Федерации "Развитие образования" +164 520,0 Подпрограмма "Развитие дополнительного образования детей и реализация мероприятий молодежной политики" +164 520,0 Ведомственная целевая программа "Поддержка молодежных инициатив и патриотического воспитания" +164 520,0 Государственная поддержка некоммерческих организаций в целях реализации задач государственной молодежной политики (Предоставление субсидий бюджетным, автономным учреждениям и иным некоммерческим организациям) +83 970,0 Субсидии на государственную поддержку отдельных общественных организаций в сфере образования (Предоставление субсидий бюджетным, автономным учреждениям и иным некоммерческим организациям) +80 550,0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-40 097,5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+40 097,5 МИНИСТЕРСТВО ФИНАНСОВ РОССИЙСКОЙ ФЕДЕРАЦИИ -1 526 752,3 Общегосударственные вопросы -8 578 333,2 Обеспечение деятельности финансовых, налоговых и таможенных органов и органов финансового (финансово-бюджетного) надзора -177 957,5 Реализация функций иных федеральных органов государственной власти -177 957,5 Мобилизационная подготовка органов государственной власти +236,0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+236,0 Иные непрограммные мероприятия -178 193,5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+21 780,6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-199 974,1 Международные отношения и международное сотрудничество -2 631 820,3 Государственная программа Российской Федерации "Управление государственными финансами и регулирование финансовых рынков" -2 696 453,8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-2 696 401,3 Основное мероприятие "Обеспечение интересов Российской Федерации как акционера или участника (донора) международных финансовых институтов, фондов и программ" -2 696 401,3 Финансовое обеспечение выполнения функций федеральных государственных органов, оказания услуг и выполнения работ (Иные бюджетные ассигнования) -2 696 401,3 Подпрограмма "Развитие законодательства Российской Федерации в сфере финансовых рынков, валютного регулирования и валютного контроля, отрасли драгоценных металлов и драгоценных камней" -52,5 Основное мероприятие "Организация формирования Государственного фонда драгоценных металлов и драгоценных камней Российской Федерации" -52,5 Финансовое обеспечение выполнения функций федеральных государственных органов, оказания услуг и выполнения работ (Иные бюджетные ассигнования) -52,5 Государственная программа Российской Федерации "Внешнеполитическая деятельность" +294,9 Подпрограмма "Выполнение финансовых обязательств Российской Федерации по обеспечению деятельности межгосударственных структур, созданных государствами Содружества Независимых Государств" +294,9 Основное мероприятие "Обеспечение долевого участия Российской Федерации в Организации Договора о коллективной безопасности" +294,9 Финансовое обеспечение выполнения функций федеральных государственных органов, оказания услуг и выполнения работ (Иные бюджетные ассигнования) +294,9 Реализация функций иных федеральных органов государственной власти +64 338,6 Иные непрограммные мероприятия +64 338,6 Финансовое обеспечение выполнения функций федеральных государственных органов, оказания услуг и выполнения работ (Иные бюджетные ассигнования) +64 338,6 Резервные фонды -2 950 000,0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-3 550 000,0 Подпрограмма "Предупреждение, спасение, помощь" -3 550 000,0 Основное мероприятие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 -3 550 000,0 Резервный фонд Правительства Российской Федерации по предупреждению и ликвидации чрезвычайных ситуаций и последствий стихийных бедствий (Иные бюджетные ассигнования) -3 550 000,0 Государственная программа Российской Федерации "Управление государственными финансами и регулирование финансовых рынков" +600 000,0 Подпрограмма "Повышение качества управления бюджетным процессом" +600 000,0 Основное мероприятие "Оптимизация бюджетного процесса" +600 000,0 Резервный фонд Правительства Российской Федерации (Иные бюджетные ассигнования) +600 000,0 Другие общегосударственные вопросы -2 818 555,4 Государственная программа Российской Федерации "Управление государственными финансами и регулирование финансовых рынков" -1 836 430,4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-1 872 518,2 Основное мероприятие "Обеспечение интересов Российской Федерации как заемщика, кредитора и гаранта" -300 000,0 Финансовое обеспечение выполнения функций федеральных государственных органов, оказания услуг и выполнения работ (Иные бюджетные ассигнования) -300 000,0 Основное мероприятие "Координация подготовки и реализации проектов, осуществляемых в Российской Федерации при участии многосторонних банков развития" -1 572 518,2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-1 572 518,2 Подпрограмма "Развитие законодательства Российской Федерации в сфере финансовых рынков, валютного регулирования и валютного контроля, отрасли драгоценных металлов и драгоценных камней" +36 087,8 Основное мероприятие "Повышение эффективности государственного регулирования и развития отрасли драгоценных металлов и драгоценных камней" +36 087,8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+36 087,8 Реализация функций иных федеральных органов государственной власти -982 125,0 Иные непрограммные мероприятия -982 125,0 Финансовое обеспечение выполнения функций федеральных государственных органов, оказания услуг и выполнения работ (Иные бюджетные ассигнования) -982 125,0 Национальная экономика +2 536 531,7 Исследование и использование космического пространства -246 000,0 Государственная программа Российской Федерации "Космическая деятельность России" -246 000,0 Федеральная целевая программа "Развитие космодромов на период 2017 - 2025 годов в обеспечение космической деятельности Российской Федерации" -246 000,0 Финансовое обеспечение выполнения функций федеральных государственных органов, оказания услуг и выполнения работ (Иные бюджетные ассигнования) -246 000,0 Другие вопросы в области национальной экономики +2 782 531,7 Государственная программа Российской Федерации "Космическая деятельность России" -293 555,8 Подпрограмма "Обеспечение реализации государственной программы Российской Федерации "Космическая деятельность России" -293 555,8 Основное мероприятие "Выполнение функций аппарата ответственного исполнителя" -293 555,8 Субсидии Государственной корпорации по космической деятельности "Роскосмос" на выполнение возложенных на нее государственных полномочий (Иные бюджетные ассигнования) -293 555,8 Государственная программа Российской Федерации "Управление государственными финансами и регулирование финансовых рынков" +3 076 087,5 Подпрограмма "Повышение качества управления бюджетным процессом" +3 076 087,5 Основное мероприятие "Формирование института развития проектного финансирования" +3 076 087,5 Имущественный взнос Российской Федерации в государственную корпорацию "Банк развития и внешнеэкономической деятельности (Внешэкономбанк)" на компенсацию части затрат по исполнению обязательств по внешним заимствованиям на рынках капитала и компенсацию убытков, возникающих в результате безвозмездной передачи активов в казну Российской Федерации (Иные бюджетные ассигнования) +3 076 087,5 Жилищно-коммунальное хозяйство +5 000 000,0 Другие вопросы в области жилищно-коммунального хозяйства +5 000 000,0 Государственная программа Российской Федерации "Обеспечение доступным и комфортным жильем и коммунальными услугами граждан Российской Федерации" +5 000 000,0 Подпрограмма "Создание условий для обеспечения доступным и комфортным жильем граждан России" +5 000 000,0 Ведомственная целевая программа "Оказание государственной поддержки гражданам в обеспечении жильем и оплате жилищно-коммунальных услуг" +5 000 000,0 Субсидии акционерному обществу "ДОМ.РФ", 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(Иные бюджетные ассигнования) +5 000 000,0 Здравоохранение +1 005 000,0 Санаторно-оздоровительная помощь +1 005 000,0 Государственная программа Российской Федерации "Развитие здравоохранения" +1 005 000,0 Подпрограмма "Развитие медицинской реабилитации и санаторно-курортного лечения, в том числе детей" +1 005 000,0 Ведомственная целевая программа "Санаторно-курортное лечение" +1 005 000,0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+1 005 000,0 Социальная политика -29 958 998,2 Пенсионное обеспечение -20 613 556,6 Развитие пенсионной системы -14 538 777,7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(Иные бюджетные ассигнования) -42 859,9 Софинансирование формирования пенсионных накоплений застрахованных лиц за счет средств Фонда национального благосостояния (Межбюджетные трансферты) +363 798,9 Межбюджетные трансферты на обязательное пенсионное страхование (Межбюджетные трансферты) -14 859 716,7 Реализация функций иных федеральных органов государственной власти -6 074 778,9 Иные непрограммные мероприятия -6 074 778,9 Финансовое обеспечение выполнения функций федеральных государственных органов, оказания услуг и выполнения работ (Иные бюджетные ассигнования) -6 074 778,9 Социальное обеспечение населения -9 345 441,6 Реализация функций иных федеральных органов государственной власти -9 345 441,6 Иные непрограммные мероприятия -9 345 441,6 Финансовое обеспечение выполнения функций федеральных государственных органов, оказания услуг и выполнения работ (Иные бюджетные ассигнования) -9 345 441,6 Обслуживание государственного и муниципального долга -33 048 704,9 Обслуживание государственного внутреннего и муниципального долга -29 449 183,3 Государственная программа Российской Федерации "Управление государственными финансами и регулирование финансовых рынков" -29 449 183,3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-29 449 183,3 Основное мероприятие "Обеспечение интересов Российской Федерации как заемщика, кредитора и гаранта" -29 449 183,3 Финансовое обеспечение выполнения функций федеральных государственных органов, оказания услуг и выполнения работ (Обслуживание государственного (муниципального) долга) -29 449 183,3 Обслуживание государственного внешнего долга -3 599 521,6 Государственная программа Российской Федерации "Управление государственными финансами и регулирование финансовых рынков" -3 599 521,6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-3 599 521,6 Основное мероприятие "Обеспечение интересов Российской Федерации как заемщика, кредитора и гаранта" -3 599 521,6 Финансовое обеспечение выполнения функций федеральных государственных органов, оказания услуг и выполнения работ (Обслуживание государственного (муниципального) долга) -3 599 521,6 Межбюджетные трансферты общего характера бюджетам бюджетной системы Российской Федерации +61 517 752,3 Иные дотации +61 517 752,3 Государственная программа Российской Федерации "Космическая деятельность России" +592 300,0 Подпрограмма "Обеспечение реализации государственной программы Российской Федерации "Космическая деятельность России" +592 300,0 Основное мероприятие "Поддержание потенциала космодрома "Байконур" +592 300,0 Дотации на содержание объектов инфраструктуры города Байконура, связанных с арендой космодрома Байконур (Межбюджетные трансферты) +592 300,0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+60 925 452,3 Подпрограмма "Выравнивание финансовых возможностей бюджетов субъектов Российской Федерации и местных бюджетов" +60 925 452,3 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+60 925 452,3 Дотации на поддержку мер по обеспечению сбалансированности бюджетов (Межбюджетные трансферты) +30 885 452,3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(Межбюджетные трансферты) +30 040 000,0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-50 875,9 Общегосударственные вопросы -50 175,9 Международные отношения и международное сотрудничество -50 875,9 Государственная программа Российской Федерации "Внешнеполитическая деятельность" -50 875,9 Подпрограмма "Осуществление деятельности в сферах международного гуманитарного сотрудничества и содействия международному развитию" -50 875,9 Основное мероприятие "Поддержка российского культурно-гуманитарного присутствия за рубежом" -2 318,3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-2 318,3 Основное мероприятие "Обеспечение реализации подпрограммы" -48 557,6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-152 186,8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-8 195,8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+111 825,0 Другие общегосударственные вопросы +700,0 Государственная программа Российской Федерации "Внешнеполитическая деятельность" +700,0 Подпрограмма "Осуществление деятельности в сферах международного гуманитарного сотрудничества и содействия международному развитию" +700,0 Основное мероприятие "Обеспечение реализации подпрограммы" +700,0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+700,0 Образование -700,0 Профессиональная подготовка, переподготовка и повышение квалификации -700,0 Государственная программа Российской Федерации "Внешнеполитическая деятельность" -700,0 Подпрограмма "Осуществление деятельности в сферах международного гуманитарного сотрудничества и содействия международному развитию" -700,0 Основное мероприятие "Обеспечение реализации подпрограммы" -700,0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-700,0 ФЕДЕРАЛЬНОЕ КАЗНАЧЕЙСТВО +137 889,8 Общегосударственные вопросы +137 889,8 Обеспечение деятельности финансовых, налоговых и таможенных органов и органов финансового (финансово-бюджетного) надзора +137 889,8 Государственная программа Российской Федерации "Управление государственными финансами и регулирование финансовых рынков" +137 889,8 Подпрограмма "Повышение качества управления бюджетным процессом" +137 889,8 Основное мероприятие "Повышение операционной эффективности бюджетных расходов" -4 573,8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-4 573,8 Основное мероприятие "Совершенствование информационного обеспечения бюджетных правоотношений" +142 463,6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+142 463,6 МИНИСТЕРСТВО ТРАНСПОРТА РОССИЙСКОЙ ФЕДЕРАЦИИ +6 174 266,2 Национальная экономика +5 620 582,4 Транспорт +4 641 457,6 Государственная программа Российской Федерации "Развитие транспортной системы" +4 588 479,2 Подпрограмма "Железнодорожный транспорт" +4 466 083,8 Федеральный проект "Железнодорожный транспорт и транзит" +4 466 083,8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+4 466 083,8 Подпрограмма "Обеспечение реализации государственной программы Российской Федерации "Развитие транспортной системы" +122 395,4 Основное мероприятие "Управление реализацией государственной программы" +15 918,7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+12 677,6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+3 241,1 Ведомственная целевая программа "Цифровая платформа транспортного комплекса Российской Федерации" -1 500,0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-1 500,0 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 +107 976,7 Субсидии автономной некоммерческой организации "Единая транспортная дирекция" на организацию перевозок пассажиров в прямом смешанном сообщении из Российской Федерации на территорию Республики Абхазия и в обратном направлении (Предоставление субсидий бюджетным, автономным учреждениям и иным некоммерческим организациям) +1 476,7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+1 500,0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+15 000,0 Финансовое обеспечение выполнения функций федеральных государственных органов, оказания услуг и выполнения работ (Иные бюджетные ассигнования) +90 000,0 Реализация функций иных федеральных органов государственной власти +52 978,4 Мобилизационная подготовка органов государственной власти +52 978,4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+52 978,4 Дорожное хозяйство (дорожные фонды) +1 000 000,0 Государственная программа Российской Федерации "Развитие транспортной системы" +1 000 000,0 Подпрограмма "Дорожное хозяйство" +1 000 000,0 Федеральный проект "Коммуникации между центрами экономического роста" +1 000 000,0 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(Иные бюджетные ассигнования) +1 000 000,0 Прикладные научные исследования в области национальной экономики -1 476,7 Государственная программа Российской Федерации "Развитие транспортной системы" -1 476,7 Подпрограмма "Обеспечение реализации государственной программы Российской Федерации "Развитие транспортной системы" -1 476,7 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 -1 476,7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-1 476,7 Другие вопросы в области национальной экономики -19 398,5 Государственная программа Российской Федерации "Развитие внешнеэкономической деятельности" -19 398,5 Подпрограмма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 -19 398,5 Основное мероприятие "Совершенствование системы пунктов пропуска, создание благоприятных условий для перемещения через государственную границу грузов и пересечения ее физическими лицами" -19 398,5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-19 398,5 Образование +553 683,8 Высшее образование +553 683,8 Государственная программа Российской Федерации "Доступная среда" +10 275,5 Подпрограмма "Совершенствование системы комплексной реабилитации и абилитации инвалидов" +10 275,5 Основное мероприятие "Предоставление государственных гарантий инвалидам" +10 275,5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+10 275,5 Государственная программа Российской Федерации "Научно-технологическое развитие Российской Федерации" +543 408,3 Подпрограмма "Обеспечение глобальной конкурентоспособности российского высшего образования" +543 408,3 Основное мероприятие "Развитие инфраструктуры высшего образования" +543 000,0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+543 000,0 Основное мероприятие "Обеспечение реализации образовательных программ и научной деятельности в системе высшего образования" +408,3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+408,3 ФЕДЕРАЛЬНАЯ СЛУЖБА ПО НАДЗОРУ В СФЕРЕ ТРАНСПОРТА -83 351,5 Национальная экономика -83 351,5 Транспорт -83 351,5 Государственная программа Российской Федерации "Развитие транспортной системы" -83 351,5 Подпрограмма "Надзор в сфере транспорта" -83 351,5 Основное мероприятие "Управление реализацией мероприятий в сфере контроля и надзора на транспорте" -83 351,5 Субвенции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(Межбюджетные трансферты) +7 244,1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-5 639,8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-84 955,8 ФЕДЕРАЛЬНОЕ АГЕНТСТВО ВОЗДУШНОГО ТРАНСПОРТА +4 172 001,5 Национальная экономика +4 171 749,7 Транспорт +4 171 749,7 Государственная программа Российской Федерации "Космическая деятельность России" -187 572,0 Федеральная целевая программа "Поддержание, развитие и использование системы ГЛОНАСС на 2012 - 2020 годы" -187 572,0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-187 572,0 Государственная программа Российской Федерации "Развитие транспортной системы" +4 359 321,7 Подпрограмма "Гражданская авиация и аэронавигационное обслуживание" +4 359 321,7 Ведомственная целевая программа "Содействие повышению доступности воздушных перевозок населения, в том числе в части развития региональных и внутрирегиональных перевозок" +2 630 800,0 Субсидии на возмещение российским авиакомпаниям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2002 - 2010 годах, и части затрат на уплату процентов по кредитам, полученным в российских кредитных организациях в 2002 - 2005 годах на приобретение российских воздушных судов (Иные бюджетные ассигнования) -69 200,0 Субсидии организациям воздушного транспорта в целях обеспечения доступности воздушных перевозок населению (Иные бюджетные ассигнования) +2 700 000,0 Ведомственная целевая программа "Сохранение (развитие) сети региональных и местных аэропортов с малой интенсивностью полетов, расположенных в районах Арктики, Дальнего Востока, Крайнего Севера и приравненных к ним местностях" +58 871,4 Субсидии аэропортам, расположенным в районах Крайнего Севера и приравненных к ним местностях (Иные бюджетные ассигнования) +14 236,4 Субсидии федеральным казенным предприятиям, расположенным в районах Крайнего Севера и приравненных к ним местностях (Иные бюджетные ассигнования) +44 635,0 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 +10 076,8 Субсидии авиационным предприятиям и организациям экспериментальной авиации на возмещение затрат при осуществлении ими поисково-спасательных операций (работ) и (или) участии в их обеспечении (Иные бюджетные ассигнования) +5 000,0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+256,1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+6 157,1 Финансовое обеспечение выполнения функций федеральных государственных органов, оказания услуг и выполнения работ (Иные бюджетные ассигнования) -1 336,4 Ведомственная целевая программа "Обеспечение предоставления аэронавигационного обслуживания и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 +1 659 573,5 Субсидии на возмещение организациям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них (Иные бюджетные ассигнования) +1 659 573,5 Основное мероприятие "Управление реализацией мероприятий в сфере воздушного транспорта" 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-932,7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+1 172,6 Финансовое обеспечение выполнения функций федеральных государственных органов, оказания услуг и выполнения работ (Иные бюджетные ассигнования) -239,9 Реализация функций иных федеральных органов государственной власти 0,0 Мобилизационная подготовка органов государственной власти 0,0 Субсидии на содержание специальных объектов (Иные бюджетные ассигнования) -1 701,0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+1 701,0 Образование +250,0 Профессиональная подготовка, переподготовка и повышение квалификации +250,0 Государственная программа Российской Федерации "Развитие транспортной системы" +250,0 Подпрограмма "Гражданская авиация и аэронавигационное обслуживание" +250,0 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 +250,0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+250,0 Социальная политика +1,8 Охрана семьи и детства +1,8 Государственная программа Российской Федерации "Развитие транспортной системы" +1,8 Подпрограмма "Гражданская авиация и аэронавигационное обслуживание" +1,8 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 +1,8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+1,8 ФЕДЕРАЛЬНОЕ ДОРОЖНОЕ АГЕНТСТВО +30 104 795,2 Национальная экономика +30 104 795,2 Дорожное хозяйство (дорожные фонды) +30 104 795,2 Государственная программа Российской Федерации "Развитие транспортной системы" +30 104 795,2 Подпрограмма "Дорожное хозяйство" +30 104 795,2 Ведомственная целевая программа "Капитальный ремонт, ремонт и содержание автомобильных дорог общего пользования федерального значения" -5 305 391,8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-5 305 391,8 Ведомственная целевая программа "Содействие развитию автомобильных дорог регионального, межмуниципального и местного значения" +34 435 271,1 Иные межбюджетные трансферты на финансовое обеспечение дорожной деятельности (Межбюджетные трансферты) +34 435 271,1 Ведомственная целевая программа "Организационное, информационное и научное обеспечение реализации подпрограммы "Дорожное хозяйство" +974 915,9 Плата концедента в рамках заключенных концессионных соглашений (Иные бюджетные ассигнования) +179 524,1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+795 391,8 ФЕДЕРАЛЬНОЕ АГЕНТСТВО ЖЕЛЕЗНОДОРОЖНОГО ТРАНСПОРТА +44 385 906,6 Национальная экономика +44 385 906,6 Транспорт +44 385 906,6 Государственная программа Российской Федерации "Развитие транспортной системы" +44 385 906,6 Подпрограмма "Железнодорожный транспорт" +44 385 906,6 Ведомственная целевая программа "Обеспечение доступности услуг железнодорожного транспорта" 0,0 Субсидии федеральному государственному унитарному предприятию "Крымская железная дорога" (Иные бюджетные ассигнования) +553 900,0 Субсидии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 (Иные бюджетные ассигнования) -553 900,0 Федеральный проект "Северный морской путь" +400 000,0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+400 000,0 Федеральный проект "Коммуникации между центрами экономического роста" +40 319 898,8 Взнос в уставный капитал открытого акционерного общества "Российские железные дороги" (Капитальные вложения в объекты государственной (муниципальной) собственности) +40 319 898,8 Федеральный проект "Высокоскоростное железнодорожное сообщение" -87 998,8 Взнос в уставный капитал открытого акционерного общества "Российские железные дороги" (Капитальные вложения в объекты государственной (муниципальной) собственности) -87 998,8 Ведомственный проект "Развитие инфраструктуры железнодорожного транспорта" +3 754 006,6 Взнос в уставный капитал открытого акционерного общества "Российские железные дороги" (Капитальные вложения в объекты государственной (муниципальной) собственности) +3 754 006,6 Образование 0,0 Дополнительное образование детей -22 460,0 Государственная программа Российской Федерации "Развитие образования" -22 460,0 Подпрограмма "Развитие дополнительного образования детей и реализация мероприятий молодежной политики" -22 460,0 Ведомственная целевая программа "Развитие дополнительного образования детей, выявление и поддержка лиц, проявивших выдающиеся способности" -22 460,0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-22 460,0 Среднее профессиональное образование +22 460,0 Государственная программа Российской Федерации "Развитие образования" +22 460,0 Подпрограмма "Развитие среднего профессионального и дополнительного профессионального образования" +22 460,0 Ведомственная целевая программа "Содействие развитию среднего профессионального образования и дополнительного профессионального образования" +22 460,0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+22 460,0 ФЕДЕРАЛЬНОЕ АГЕНТСТВО МОРСКОГО И РЕЧНОГО ТРАНСПОРТА -10 498 436,0 Национальная экономика -9 529 841,7 Транспорт -9 529 841,7 Государственная программа Российской Федерации "Развитие транспортной системы" -6 214 841,7 Подпрограмма "Морской и речной транспорт" -6 214 841,7 Федеральный проект "Морские порты России" -310 000,0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-310 000,0 Федеральный проект "Внутренние водные пути" -2 713 090,8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-2 713 090,8 Ведомственный проект "Развитие инфраструктуры морского транспорта" -2 991 750,9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-2 991 750,9 Ведомственный проект "Развитие инфраструктуры внутреннего водного транспорта" -200 000,0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-200 000,0 Государственная программа Российской Федерации "Социально-экономическое развитие Калининградской области" -3 315 000,0 Федеральная целевая программа развития Калининградской области на период до 2020 года -3 315 000,0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-3 315 000,0 Образование -968 594,3 Среднее профессиональное образование -4 883,4 Государственная программа Российской Федерации "Развитие образования" -4 883,4 Подпрограмма "Развитие среднего профессионального и дополнительного профессионального образования" -4 883,4 Ведомственная целевая программа "Содействие развитию среднего профессионального образования и дополнительного профессионального образования" -4 883,4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-4 883,4 Высшее образование -963 710,9 Государственная программа Российской Федерации "Научно-технологическое развитие Российской Федерации" -963 710,9 Подпрограмма "Обеспечение глобальной конкурентоспособности российского высшего образования" -963 710,9 Основное мероприятие "Развитие инфраструктуры высшего образования" -1 038 594,3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-1 038 594,3 Основное мероприятие "Обеспечение реализации образовательных программ и научной деятельности в системе высшего образования" +70 000,0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+70 000,0 Основное мероприятие "Стимулирование и социальная поддержка обучающихся и работников образовательных организаций высшего образования" +4 883,4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+4 883,4 ФЕДЕРАЛЬНОЕ АГЕНТСТВО ПО ПЕЧАТИ И МАССОВЫМ КОММУНИКАЦИЯМ +3 135 118,5 Средства массовой информации +3 135 118,5 Телевидение и радиовещание +3 102 213,8 Государственная программа Российской Федерации "Информационное общество" +3 102 213,8 Подпрограмма "Информационная среда" +3 102 213,8 Основное мероприятие "Поддержка создания и распространения телерадиопрограмм и электронных средств массовой информации" +2 500 000,0 Субсидия акционерному обществу "Первый канал" на финансовое обеспечение затрат, связанных с производством и приобретением программного продукта, наполнением им телеэфира и с обеспечением мероприятий по доведению его до телезрителей (Иные бюджетные ассигнования) +2 500 000,0 Основное мероприятие "Поддержка социально значимых проектов в медиасреде" +602 213,8 Государственная поддержка организаций, осуществляющих производство, распространение и тиражирование социально значимых программ в области электронных средств массовой информации, на создание и поддержание в информационно-телекоммуникационной сети "Интернет" сайтов, имеющих социальное или образовательное значение (Иные бюджетные ассигнования) +300 000,0 Субсидия открытому акционерному обществу "Научное издательство "Большая Российская энциклопедия" на создание и функционирование общенационального интерактивного энциклопедического портала (Иные бюджетные ассигнования) +302 213,8 Другие вопросы в области средств массовой информации +32 904,7 Государственная программа Российской Федерации "Информационное общество" +32 904,7 Подпрограмма "Информационная среда" +32 904,7 Основное мероприятие "Участие России в международном информационном обмене" +32 904,7 Субсидии федеральному государственному унитарному предприятию "Международное информационное агентство "Россия сегодня" (Иные бюджетные ассигнования) +32 904,7 МИНИСТЕРСТВО ЭКОНОМИЧЕСКОГО РАЗВИТИЯ РОССИЙСКОЙ ФЕДЕРАЦИИ +290 063,0 Общегосударственные вопросы +184 873,0 Международные отношения и международное сотрудничество -5 891,6 Государственная программа Российской Федерации "Развитие внешнеэкономической деятельности" -5 891,6 Подпрограмма "Создание национальной системы поддержки развития внешнеэкономической деятельности" -5 891,6 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 -5 891,6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-1 846,7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-4 044,9 Другие общегосударственные вопросы +190 764,6 Государственная программа Российской Федерации "Развитие внешнеэкономической деятельности" -12 466,2 Подпрограмма "Реализация приоритетных направлений внешнеэкономической деятельности в процессе международного экономического сотрудничества" -12 466,2 Основное мероприятие "Развитие интеграции Российской Федерации в международную экономическую систему, обеспечение участия в международных экономических организациях, форумах и соглашениях" -12 466,2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-12 466,2 Реализация функций иных федеральных органов государственной власти +203 230,8 Иные непрограммные мероприятия +203 230,8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+244 677,2 Финансовое обеспечение выполнения функций федеральных государственных органов, оказания услуг и выполнения работ (Иные бюджетные ассигнования) -41 446,4 Национальная экономика +105 190,0 Связь и информатика +5 190,0 Государственная программа Российской Федерации "Информационное общество" +5 190,0 Подпрограмма "Информационное государство" +5 190,0 Основное мероприятие "Информатизация в сфере оказания государственных услуг и контроля качества их предоставления, осуществления государственных функций и информационной открытости органов власти" +5 190,0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+5 190,0 Прикладные научные исследования в области национальной экономики 0,0 Государственная программа Российской Федерации "Экономическое развитие и инновационная экономика" 0,0 Подпрограмма "Совершенствование системы государственного стратегического управления" 0,0 Основное мероприятие "Развитие государственного стратегического планирования"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-65 000,0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+65 000,0 Другие вопросы в области национальной экономики +100 000,0 Государственная программа Российской Федерации "Экономическое развитие и инновационная экономика" +100 000,0 Подпрограмма "Инвестиционный климат" +100 000,0 Основное мероприятие "Государственная поддержка механизма "фабрики" проектного финансирования" +100 000,0 Имущественный взнос Российской Федерации в государственную корпорацию "Банк развития и внешнеэкономической деятельности (Внешэкономбанк)" на возмещение расходов в связи с предоставлением кредитов и займов в рамках реализации механизма "фабрики" проектного финансирования (Иные бюджетные ассигнования) +100 000,0 Подпрограмма "Энергосбережение и повышение энергетической эффективности" 0,0 Основное мероприятие "Информационное обеспечение государственной политики в области энергосбережения и повышения энергетической эффективности"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-12 011,6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+12 011,6 ФЕДЕРАЛЬНАЯ СЛУЖБА ПО НАДЗОРУ В СФЕРЕ ЗАЩИТЫ ПРАВ ПОТРЕБИТЕЛЕЙ И БЛАГОПОЛУЧИЯ ЧЕЛОВЕКА 0,0 Здравоохранение 0,0 Другие вопросы в области здравоохранения 0,0 Государственная программа Российской Федерации "Развитие здравоохранения" 0,0 Подпрограмма "Экспертиза и контрольно-надзорные функции в сфере охраны здоровья" 0,0 Ведомственная целевая программа "Организация государственного санитарно-эпидемиологического надзора и обеспечение санитарно-эпидемиологического благополучия населения"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-5 356,5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+5 356,5 МИНИСТЕРСТВО ТРУДА И СОЦИАЛЬНОЙ ЗАЩИТЫ РОССИЙСКОЙ ФЕДЕРАЦИИ +6 054 782,8 Общегосударственные вопросы 0,0 Международные отношения и международное сотрудничество 0,0 Государственная программа Российской Федерации "Социальная поддержка граждан" +350,0 Подпрограмма "Обеспечение условий реализации государственной программы Российской Федерации "Социальная поддержка граждан" +350,0 Основное мероприятие "Развитие международного сотрудничества в сфере социальной поддержки граждан" +350,0 Финансовое обеспечение выполнения функций федеральных государственных органов, оказания услуг и выполнения работ (Иные бюджетные ассигнования) +350,0 Государственная программа Российской Федерации "Содействие занятости населения" -350,0 Подпрограмма "Развитие институтов рынка труда" -350,0 Основное мероприятие "Развитие социального партнерства" -350,0 Финансовое обеспечение выполнения функций федеральных государственных органов, оказания услуг и выполнения работ (Иные бюджетные ассигнования) -350,0 Образование +38 771,7 Среднее профессиональное образование +15 397,0 Государственная программа Российской Федерации "Развитие образования" +15 397,0 Подпрограмма "Развитие среднего профессионального и дополнительного профессионального образования" +15 397,0 Ведомственная целевая программа "Содействие развитию среднего профессионального образования и дополнительного профессионального образования" +15 397,0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+817,5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+14 579,5 Профессиональная подготовка, переподготовка и повышение квалификации -4 992,0 Реализация функций иных федеральных органов государственной власти -4 992,0 Иные непрограммные мероприятия -4 992,0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-4 992,0 Высшее образование +28 366,7 Государственная программа Российской Федерации "Научно-технологическое развитие Российской Федерации" +28 366,7 Подпрограмма "Обеспечение глобальной конкурентоспособности российского высшего образования" +28 366,7 Основное мероприятие "Обеспечение реализации образовательных программ и научной деятельности в системе высшего образования" +23 295,9 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 (Предоставление субсидий бюджетным, автономным учреждениям и иным некоммерческим организациям) +10 000,0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+13 295,9 Основное мероприятие "Стимулирование и социальная поддержка обучающихся и работников образовательных организаций высшего образования" +5 070,8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+5 070,8 Здравоохранение +4 403,6 Прикладные научные исследования в области здравоохранения +4 403,6 Государственная программа Российской Федерации "Развитие здравоохранения" +4 403,6 Подпрограмма "Развитие и внедрение инновационных методов диагностики, профилактики и лечения, а также основ персонализированной медицины" +4 403,6 Ведомственная целевая программа "Развитие фундаментальной, трансляционной и персонализированной медицины" +4 403,6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+4 403,6 Социальная политика +6 011 607,5 Пенсионное обеспечение +4 343 340,0 Государственная программа Российской Федерации "Социальная поддержка граждан" +4 343 340,0 Подпрограмма "Обеспечение мер социальной поддержки отдельных категорий граждан" +4 343 340,0 Основное мероприятие "Предоставление социальных доплат к пенсии" +4 343 340,0 Иные межбюджетные трансферты на выплату региональной доплаты к пенсии (Межбюджетные трансферты) +4 343 340,0 Социальное обслуживание населения -75 212,1 Государственная программа Российской Федерации "Доступная среда" -75 212,1 Подпрограмма "Совершенствование системы комплексной реабилитации и абилитации инвалидов" -32 330,0 Основное мероприятие "Предоставление государственных гарантий инвалидам" -32 330,0 Субсидии стационарам сложного протезирования на оплату дней пребывания инвалидов в стационарах (Иные бюджетные ассигнования) -32 330,0 Подпрограмма "Совершенствование государственной системы медико-социальной экспертизы" -42 882,1 Основное мероприятие "Обеспечение деятельности учреждений медико-социальной экспертизы" -42 882,1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+13 011,1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-55 893,2 Социальное обеспечение населения +710 371,4 Государственная программа Российской Федерации "Доступная среда" +710 371,4 Подпрограмма "Совершенствование системы комплексной реабилитации и абилитации инвалидов" +710 371,4 Основное мероприятие "Предоставление государственных гарантий инвалидам" +710 371,4 Обеспечение инвалидов техническими средствами реабилитации, включая изготовление и ремонт протезно-ортопедических изделий (Межбюджетные трансферты) +710 371,4 Охрана семьи и детства +961 525,6 Государственная программа Российской Федерации "Развитие образования" +1,2 Подпрограмма "Развитие среднего профессионального и дополнительного профессионального образования" +1,2 Ведомственная целевая программа "Содействие развитию среднего профессионального образования и дополнительного профессионального образования" +1,2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+1,2 Государственная программа Российской Федерации "Социальная поддержка граждан" +961 524,4 Подпрограмма "Обеспечение государственной поддержки семей, имеющих детей" +961 524,4 Федеральный проект "Финансовая поддержка семей при рождении детей" +961 524,4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(Межбюджетные трансферты) +961 524,4 Прикладные научные исследования в области социальной политики +1 582,6 Государственная программа Российской Федерации "Содействие занятости населения" +1 582,6 Подпрограмма "Развитие институтов рынка труда" +1 582,6 Основное мероприятие "Создание условий для улучшения качества рабочей силы и развития ее профессиональной мобильности" +1 582,6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+1 582,6 Другие вопросы в области социальной политики +70 000,0 Государственная программа Российской Федерации "Социальная поддержка граждан" +70 000,0 Подпрограмма "Повышение эффективности государственной поддержки социально ориентированных некоммерческих организаций" +70 000,0 Основное мероприятие "Оказание государственной поддержки общественным и иным некоммерческим организациям" +70 000,0 Субсидии на возмещение затрат, связанных с осуществлением деятельности, направленной на решение социальных вопросов, защиту прав и законных интересов граждан (Предоставление субсидий бюджетным, автономным учреждениям и иным некоммерческим организациям) +70 000,0 Реализация функций иных федеральных органов государственной власти 0,0 Мобилизационная подготовка органов государственной власти 0,0 Субсидии на содержание специальных объектов (Предоставление субсидий бюджетным, автономным учреждениям и иным некоммерческим организациям) -1 605,7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+1 605,7 Иные непрограммные мероприятия 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+14 731,4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-14 731,4 ФЕДЕРАЛЬНАЯ ТАМОЖЕННАЯ СЛУЖБА +24 379,0 Общегосударственные вопросы +28 575,4 Обеспечение деятельности финансовых, налоговых и таможенных органов и органов финансового (финансово-бюджетного) надзора +28 575,4 Государственная программа Российской Федерации "Развитие внешнеэкономической деятельности" +28 575,4 Подпрограмма "Совершенствование таможенной деятельности" +28 575,4 Основное мероприятие "Совершенствование деятельности таможенных органов Российской Федерации" -1 368 469,6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+50 965,8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-1 419 435,4 Основное мероприятие "Развитие административной и социальной инфраструктуры таможенных органов Российской Федерации" +1 397 045,0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+1 397 045,0 Образование +5 286,2 Профессиональная подготовка, переподготовка и повышение квалификации +260,7 Государственная программа Российской Федерации "Развитие внешнеэкономической деятельности" +1 946,3 Подпрограмма "Совершенствование таможенной деятельности" +1 946,3 Основное мероприятие "Совершенствование деятельности таможенных органов Российской Федерации" +1 463,0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+1 463,0 Основное мероприятие "Медицинское и санаторно-курортное обеспечение" +483,3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+483,3 Государственная программа Российской Федерации "Научно-технологическое развитие Российской Федерации" -1 685,6 Подпрограмма "Обеспечение глобальной конкурентоспособности российского высшего образования" -1 685,6 Основное мероприятие "Обеспечение реализации образовательных программ и научной деятельности в системе высшего образования" -1 685,6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-1 685,6 Высшее образование -5 137,6 Государственная программа Российской Федерации "Научно-технологическое развитие Российской Федерации" -5 137,6 Подпрограмма "Обеспечение глобальной конкурентоспособности российского высшего образования" -5 137,6 Основное мероприятие "Обеспечение реализации образовательных программ и научной деятельности в системе высшего образования" -5 137,6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-9 166,4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+4 028,8 Прикладные научные исследования в области образования +10 163,1 Государственная программа Российской Федерации "Научно-технологическое развитие Российской Федерации" +10 163,1 Подпрограмма "Обеспечение глобальной конкурентоспособности российского высшего образования" +10 163,1 Основное мероприятие "Обеспечение реализации образовательных программ и научной деятельности в системе высшего образования" +10 163,1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+10 163,1 Здравоохранение -49 924,7 Амбулаторная помощь -50 116,2 Государственная программа Российской Федерации "Развитие внешнеэкономической деятельности" -50 805,1 Подпрограмма "Совершенствование таможенной деятельности" -50 805,1 Основное мероприятие "Медицинское и санаторно-курортное обеспечение" -50 805,1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-191,5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-50 613,6 Государственная программа Российской Федерации "Научно-технологическое развитие Российской Федерации" +688,9 Подпрограмма "Обеспечение глобальной конкурентоспособности российского высшего образования" +688,9 Основное мероприятие "Обеспечение реализации образовательных программ и научной деятельности в системе высшего образования" +688,9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+688,9 Медицинская помощь в дневных стационарах всех типов -3 477,3 Государственная программа Российской Федерации "Развитие внешнеэкономической деятельности" -3 477,3 Подпрограмма "Совершенствование таможенной деятельности" -3 477,3 Основное мероприятие "Медицинское и санаторно-курортное обеспечение" -3 477,3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-3 477,3 Скорая медицинская помощь +3 668,8 Государственная программа Российской Федерации "Развитие внешнеэкономической деятельности" +3 668,8 Подпрограмма "Совершенствование таможенной деятельности" +3 668,8 Основное мероприятие "Медицинское и санаторно-курортное обеспечение" +3 668,8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+3 668,8 Социальная политика +40 442,1 Социальное обеспечение населения +44 628,5 Государственная программа Российской Федерации "Социальная поддержка граждан" +42 859,9 Подпрограмма "Обеспечение мер социальной поддержки отдельных категорий граждан" +42 859,9 Основное мероприятие "Оказание мер государственной поддержки отдельным категориям государственных служащих, а также уволенным из их числа и членам их семей" +42 859,9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+42 859,9 Государственная программа Российской Федерации "Развитие внешнеэкономической деятельности" +1 768,6 Подпрограмма "Совершенствование таможенной деятельности" +1 768,6 Основное мероприятие "Совершенствование деятельности таможенных органов Российской Федерации" +1 768,6 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 (Социальное обеспечение и иные выплаты населению) +1 768,6 Охрана семьи и детства -4 186,4 Государственная программа Российской Федерации "Социальная поддержка граждан" -4 186,4 Подпрограмма "Обеспечение государственной поддержки семей, имеющих детей" -4 186,4 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-4 186,4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-4 186,4 ФЕДЕРАЛЬНОЕ АРХИВНОЕ АГЕНТСТВО 0,0 Общегосударственные вопросы 0,0 Другие общегосударственные вопросы 0,0 Государственная программа Российской Федерации "Информационное общество" 0,0 Подпрограмма "Информационное государство" 0,0 Основное мероприятие "Сохранение и развитие архивных информационных ресурсов"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+156 380,2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-156 380,2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+5 300,0 Финансовое обеспечение выполнения функций федеральных государственных органов, оказания услуг и выполнения работ (Иные бюджетные ассигнования) -5 300,0 ФЕДЕРАЛЬНАЯ СЛУЖБА ГОСУДАРСТВЕННОЙ СТАТИСТИКИ +286 867,6 Общегосударственные вопросы +286 867,6 Международные отношения и международное сотрудничество +7,6 Государственная программа Российской Федерации "Экономическое развитие и инновационная экономика" +7,6 Подпрограмма "Официальная статистика" +7,6 Основное мероприятие "Обеспечение выполнения комплекса работ по реализации Федерального плана статистических работ" +7,6 Финансовое обеспечение выполнения функций федеральных государственных органов, оказания услуг и выполнения работ (Иные бюджетные ассигнования) +7,6 Другие общегосударственные вопросы +286 860,0 Государственная программа Российской Федерации "Экономическое развитие и инновационная экономика" +285 225,9 Подпрограмма "Официальная статистика" +285 225,9 Основное мероприятие "Обеспечение выполнения комплекса работ по реализации Федерального плана статистических работ" +79 276,2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+4 723,7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+93 214,8 Финансовое обеспечение выполнения функций федеральных государственных органов, оказания услуг и выполнения работ (Иные бюджетные ассигнования) -18 662,3 Основное мероприятие "Подготовка, проведение и подведение итогов всероссийских переписей населения (микропереписей)" 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-50 482,7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+50 482,7 Основное мероприятие "Развитие системы государственной статистики" +205 949,7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+205 949,7 Реализация функций иных федеральных органов государственной власти +1 634,1 Мобилизационная подготовка органов государственной власти +1 634,1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+1 634,1 ФЕДЕРАЛЬНАЯ АНТИМОНОПОЛЬНАЯ СЛУЖБА +5 168,0 Национальная экономика +5 168,0 Общеэкономические вопросы +5 168,0 Государственная программа Российской Федерации "Экономическое развитие и инновационная экономика" +5 168,0 Подпрограмма "Развитие антимонопольного и тарифного регулирования, конкуренции и повышение эффективности антимонопольного контроля" +5 168,0 Основное мероприятие "Совершенствование контроля за применением антимонопольного законодательства" +5 168,0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+1 468,0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+3 700,0 ФЕДЕРАЛЬНАЯ СЛУЖБА ПО АККРЕДИТАЦИИ -4 244,0 Общегосударственные вопросы -4 244,0 Другие общегосударственные вопросы -4 244,0 Государственная программа Российской Федерации "Экономическое развитие и инновационная экономика" -4 244,0 Подпрограмма "Совершенствование системы государственного управления" -4 244,0 Основное мероприятие "Формирование единой национальной системы аккредитации" -4 244,0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-3 567,6 Финансовое обеспечение выполнения функций федеральных государственных органов, оказания услуг и выполнения работ (Иные бюджетные ассигнования) -676,4 ФЕДЕРАЛЬНОЕ АГЕНТСТВО ПО УПРАВЛЕНИЮ ГОСУДАРСТВЕННЫМ ИМУЩЕСТВОМ -20 277,3 Общегосударственные вопросы -20 277,3 Другие общегосударственные вопросы -20 277,3 Государственная программа Российской Федерации "Управление федеральным имуществом" -20 277,3 Подпрограмма "Повышение эффективности управления федеральным имуществом и приватизации" -20 277,3 Основное мероприятие "Обеспечение реализации подпрограммы" -20 277,3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-7 157,3 Финансовое обеспечение выполнения функций федеральных государственных органов, оказания услуг и выполнения работ (Иные бюджетные ассигнования) -13 120,0 ФЕДЕРАЛЬНАЯ СЛУЖБА ПО ИНТЕЛЛЕКТУАЛЬНОЙ СОБСТВЕННОСТИ 0,0 Общегосударственные вопросы 0,0 Прикладные научные исследования в области общегосударственных вопросов +13 672,4 Государственная программа Российской Федерации "Экономическое развитие и инновационная экономика" +13 672,4 Подпрограмма "Стимулирование инноваций" +13 672,4 Основное мероприятие "Развитие механизмов правовой охраны и защиты интеллектуальной собственности" +13 672,4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+13 672,4 Другие общегосударственные вопросы -13 672,4 Государственная программа Российской Федерации "Экономическое развитие и инновационная экономика" -13 672,4 Подпрограмма "Стимулирование инноваций" -13 672,4 Основное мероприятие "Развитие механизмов правовой охраны и защиты интеллектуальной собственности" -13 672,4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-13 672,4 ФЕДЕРАЛЬНАЯ СЛУЖБА ПО ГИДРОМЕТЕОРОЛОГИИ И МОНИТОРИНГУ ОКРУЖАЮЩЕЙ СРЕДЫ +65 572,6 Общегосударственные вопросы -293 972,0 Другие общегосударственные вопросы -293 972,0 Государственная программа Российской Федерации "Охрана окружающей среды" -293 972,0 Подпрограмма "Гидрометеорология и мониторинг окружающей среды" -293 972,0 Основное мероприятие "Выполнение международных обязательств в сфере гидрометеорологии и мониторинга окружающей среды и иное международное сотрудничество" -293 972,0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-293 972,0 Охрана окружающей среды +359 544,6 Другие вопросы в области охраны окружающей среды +359 544,6 Государственная программа Российской Федерации "Охрана окружающей среды" +420 000,0 Подпрограмма "Организация и обеспечение работ и научных исследований в Арктике и Антарктике" +420 000,0 Основное мероприятие "Организация и проведение комплексных исследований и работ в Арктике и Антарктике" +420 000,0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+420 000,0 Государственная программа Российской Федерации "Воспроизводство и использование природных ресурсов" -60 455,4 Федеральная целевая программа "Развитие водохозяйственного комплекса Российской Федерации в 2012 - 2020 годах" -60 455,4 Иные мероприятия федеральной целевой программы -60 455,4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-60 455,4 ФЕДЕРАЛЬНОЕ АГЕНТСТВО ПО ГОСУДАРСТВЕННЫМ РЕЗЕРВАМ -5 493,4 Общегосударственные вопросы -12 672,2 Государственный материальный резерв -12 672,2 Государственная программа Российской Федерации "Управление федеральным имуществом" -12 672,2 Подпрограмма "Управление государственным материальным резервом" -12 672,2 Основное мероприятие "Обеспечение функционирования управления в сфере государственного материального резерва" -12 672,2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+8 300,0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-20 972,2 Образование +7 178,8 Профессиональная подготовка, переподготовка и повышение квалификации +7 178,8 Государственная программа Российской Федерации "Управление федеральным имуществом" +7 178,8 Подпрограмма "Управление государственным материальным резервом" +7 178,8 Основное мероприятие "Обеспечение функционирования управления в сфере государственного материального резерва" +7 178,8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+7 178,8 ФЕДЕРАЛЬНОЕ АГЕНТСТВО ПО ТЕХНИЧЕСКОМУ РЕГУЛИРОВАНИЮ И МЕТРОЛОГИИ +41 551,9 Национальная экономика +41 551,9 Общеэкономические вопросы +37 000,9 Государственная программа Российской Федерации "Развитие промышленности и повышение ее конкурентоспособности" +37 000,9 Подпрограмма "Развитие системы технического регулирования, стандартизации и обеспечение единства измерений" +37 000,9 Основное мероприятие "Развитие системы технического регулирования и стандартизации" +74 400,0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+74 400,0 Основное мероприятие "Обеспечение деятельности Росстандарта" -37 399,1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+3 600,0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-38 515,5 Финансовое обеспечение выполнения функций федеральных государственных органов, оказания услуг и выполнения работ (Иные бюджетные ассигнования) -2 483,6 Другие вопросы в области национальной экономики +4 551,0 Реализация функций иных федеральных органов государственной власти +4 551,0 Мобилизационная подготовка органов государственной власти +4 551,0 Субсидии на содержание специальных объектов (Иные бюджетные ассигнования) +4 551,0 ФЕДЕРАЛЬНОЕ АГЕНТСТВО ПО ТУРИЗМУ -10 723,4 Национальная экономика -10 723,4 Другие вопросы в области национальной экономики -10 723,4 Государственная программа Российской Федерации "Развитие культуры и туризма" -10 723,4 Подпрограмма "Обеспечение условий реализации государственной программы Российской Федерации "Развитие культуры и туризма" -10 723,4 Основное мероприятие "Развитие инфраструктуры и системы управления в сфере культуры и туризма" -10 723,4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-10 688,3 Финансовое обеспечение выполнения функций федеральных государственных органов, оказания услуг и выполнения работ (Иные бюджетные ассигнования) -35,1 МИНИСТЕРСТВО РОССИЙСКОЙ ФЕДЕРАЦИИ ПО ДЕЛАМ ГРАЖДАНСКОЙ ОБОРОНЫ, ЧРЕЗВЫЧАЙНЫМ СИТУАЦИЯМ И ЛИКВИДАЦИИ ПОСЛЕДСТВИЙ СТИХИЙНЫХ БЕДСТВИЙ +8 122 286,5 Общегосударственные вопросы +3 550 000,0 Резервные фонды +3 550 000,0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+3 550 000,0 Подпрограмма "Предупреждение, спасение, помощь" +3 550 000,0 Основное мероприятие "Управление средствами резервного фонда Правительства Российской Федерации по предупреждению и ликвидации чрезвычайных ситуаций и последствий стихийных бедствий" +3 550 000,0 Резервный фонд Правительства Российской Федерации по предупреждению и ликвидации чрезвычайных ситуаций и последствий стихийных бедствий (Иные бюджетные ассигнования) +3 550 000,0 Национальная безопасность и правоохранительная деятельность +4 735 848,4 Защита населения и территории от чрезвычайных ситуаций природного и техногенного характера, гражданская оборона +526 096,5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+526 096,5 Подпрограмма "Предупреждение, спасение, помощь" +373 177,8 Основное мероприятие "Обеспечение повседневного функционирования подразделений МЧС России" +403 409,1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-6 893,5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+1 375,1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+408 927,5 Основное мероприятие "Снижение рисков и смягчение последствий чрезвычайных ситуаций природного и техногенного характера" -30 231,3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-30 231,3 Подпрограмма "Обеспечение и управление" +152 918,7 Основное мероприятие "Обеспечение повседневного функционирования подразделений центрального аппарата и территориальных подразделений МЧС России" +152 918,7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-132 116,5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+285 035,2 Обеспечение пожарной безопасности +4 701 186,2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+4 701 186,2 Подпрограмма "Предупреждение, спасение, помощь" +4 471 186,2 Основное мероприятие "Обеспечение повседневного функционирования подразделений МЧС России" +4 471 186,2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+4 200 274,8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+270 911,4 Подпрограмма "Построение и развитие аппаратно-программного комплекса "Безопасный город" +230 000,0 Основное мероприятие "Внедрение сегментов аппаратно-программного комплекса "Безопасный город" на муниципальном уровне и их интеграция в комплексную систему обеспечения безопасности жизнедеятельности населения субъекта Российской Федерации" +230 000,0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+230 000,0 Прикладные научные исследования в области национальной безопасности и правоохранительной деятельности -491 434,3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-491 434,3 Подпрограмма "Обеспечение и управление" -261 434,3 Основное мероприятие "Научное обеспечение деятельности МЧС России" -261 434,3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-261 434,3 Подпрограмма "Построение и развитие аппаратно-программного комплекса "Безопасный город" -230 000,0 Основное мероприятие "Научно-техническое, нормативно-правовое и организационно-методическое обеспечение реализации мероприятий по построению и развитию сегментов аппаратно-программного комплекса "Безопасный город" -230 000,0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-230 000,0 Образование -163 561,9 Профессиональная подготовка, переподготовка и повышение квалификации +136 015,4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+136 015,4 Подпрограмма "Предупреждение, спасение, помощь" +136 015,4 Основное мероприятие "Обеспечение повседневного функционирования подразделений МЧС России" +136 015,4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+136 015,4 Высшее образование -285 726,8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-285 726,8 Подпрограмма "Обеспечение и управление" -285 726,8 Основное мероприятие "Финансовое обеспечение реализации программ высшего профессионального образования в области защиты населения и территорий" -285 726,8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-285 726,8 Прикладные научные исследования в области образования -13 850,5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-13 850,5 Подпрограмма "Обеспечение и управление" -13 850,5 Основное мероприятие "Научное обеспечение деятельности МЧС России" -13 850,5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-13 850,5 ФЕДЕРАЛЬНАЯ СЛУЖБА ВОЙСК НАЦИОНАЛЬНОЙ ГВАРДИИ РОССИЙСКОЙ ФЕДЕРАЦИИ +3 176 227,0 Национальная безопасность и правоохранительная деятельность +2 192 317,3 Войска национальной гвардии Российской Федерации +2 163 456,7 Реализация функций иных федеральных органов государственной власти +2 163 456,7 Иные непрограммные мероприятия +2 163 456,7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+72 935,8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+2 090 520,9 Прикладные научные исследования в области национальной безопасности и правоохранительной деятельности +28 860,6 Реализация функций иных федеральных органов государственной власти +28 860,6 Иные непрограммные мероприятия +28 860,6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+28 860,6 Образование +7 137,0 Высшее образование +7 137,0 Реализация функций иных федеральных органов государственной власти +7 137,0 Иные непрограммные мероприятия +7 137,0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+7 137,0 Культура, кинематография +21 267,8 Культура +21 267,8 Реализация функций иных федеральных органов государственной власти +21 267,8 Иные непрограммные мероприятия +21 267,8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+21 267,8 Здравоохранение +55 029,9 Стационарная медицинская помощь +24 384,7 Реализация функций иных федеральных органов государственной власти +24 384,7 Иные непрограммные мероприятия +24 384,7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+24 384,7 Санаторно-оздоровительная помощь +30 542,8 Реализация функций иных федеральных органов государственной власти +30 542,8 Иные непрограммные мероприятия +30 542,8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+30 542,8 Санитарно-эпидемиологическое благополучие +102,4 Реализация функций иных федеральных органов государственной власти +102,4 Иные непрограммные мероприятия +102,4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+102,4 Социальная политика +900 475,0 Социальное обеспечение населения +900 475,0 Государственная программа Российской Федерации "Социальная поддержка граждан" -49 525,0 Подпрограмма "Обеспечение мер социальной поддержки отдельных категорий граждан" -49 525,0 Основное мероприятие "Оказание мер государственной поддержки отдельным категориям государственных служащих, гражданам в связи с исполнением обязанностей военной службы по призыву, получившим увечье или иное повреждение здоровья, а также членам их семей" -49 525,0 Пособия лицам, являвшимся сотрудниками органов внутренних дел, получившим 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 (Социальное обеспечение и иные выплаты населению) -49 525,0 Реализация функций иных федеральных органов государственной власти +950 000,0 Иные непрограммные мероприятия +950 000,0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+950 000,0 ФЕДЕРАЛЬНАЯ НАЛОГОВАЯ СЛУЖБА +452 198,0 Общегосударственные вопросы +452 198,0 Обеспечение деятельности финансовых, налоговых и таможенных органов и органов финансового (финансово-бюджетного) надзора +452 198,0 Государственная программа Российской Федерации "Управление государственными финансами и регулирование финансовых рынков" +452 198,0 Подпрограмма "Развитие налоговой и таможенной системы и регулирование производства и оборота отдельных видов подакцизных товаров" +452 198,0 Основное мероприятие "Развитие системы налогового администрирования" +452 198,0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+194 732,6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+257 465,4 МИНИСТЕРСТВО ОБОРОНЫ РОССИЙСКОЙ ФЕДЕРАЦИИ +4 322 628,2 Национальная оборона -976 430,4 Вооруженные Силы Российской Федерации +75 701,9 Государственная программа Российской Федерации "Обеспечение обороноспособности страны" +75 701,9 Подпрограмма "Строительство и развитие Вооруженных Сил Российской Федерации" +1 412 742,1 Основное мероприятие "Совершенствование системы подготовки Вооруженных Сил Российской Федерации" +560 800,0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+560 800,0 Основное мероприятие "Совершенствование системы материально-технического обеспечения Вооруженных Сил Российской Федерации" +851 942,1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+851 942,1 Подпрограмма "Совершенствование международной деятельности" -4 000 000,0 Основное мероприятие "Обеспечение военного сотрудничества с иностранными государствами" -4 000 000,0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-4 000 000,0 Подпрограмма "Обеспечение реализации государственной программы Российской Федерации "Обеспечение обороноспособности страны" +2 662 959,8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+2 662 167,5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+2 662 167,5 Основное мероприятие "Обеспечение страхования в Вооруженных Силах Российской Федерации" +792,3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+792,3 Прикладные научные исследования в области национальной обороны -5 212 330,2 Государственная программа Российской Федерации "Космическая деятельность России" -6 038 448,2 Федеральная целевая программа "Поддержание, развитие и использование системы ГЛОНАСС на 2012 - 2020 годы" -6 038 448,2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-6 038 448,2 Государственная программа Российской Федерации "Обеспечение обороноспособности страны" +826 118,0 Подпрограмма "Строительство и развитие Вооруженных Сил Российской Федерации" +826 118,0 Основное мероприятие "Научные исследования в области обороны" +826 118,0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+826 118,0 Другие вопросы в области национальной обороны +4 160 197,9 Государственная программа Российской Федерации "Обеспечение обороноспособности страны" +4 160 197,9 Подпрограмма "Строительство и развитие Вооруженных Сил Российской Федерации" +4 160 197,9 Основное мероприятие "Развитие и поддержание инфраструктуры Министерства обороны Российской Федерации" +4 160 197,9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+4 160 197,9 Жилищно-коммунальное хозяйство +4 479 513,5 Коммунальное хозяйство +4 140 613,5 Государственная программа Российской Федерации "Обеспечение обороноспособности страны" +4 140 613,5 Подпрограмма "Строительство и развитие Вооруженных Сил Российской Федерации" +4 140 613,5 Основное мероприятие "Развитие и поддержание инфраструктуры Министерства обороны Российской Федерации" +4 140 613,5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+4 140 613,5 Благоустройство +338 900,0 Государственная программа Российской Федерации "Обеспечение обороноспособности страны" +338 900,0 Федеральная целевая программа "Увековечение памяти погибших при защите Отечества на 2019 - 2024 годы" +338 900,0 Субсидии на обустройство и восстановление воинских захоронений, находящихся в государственной собственности (Межбюджетные трансферты) +338 900,0 Образование +423 111,0 Дошкольное образование -221 340,0 Государственная программа Российской Федерации "Обеспечение обороноспособности страны" -221 340,0 Подпрограмма "Обеспечение реализации государственной программы Российской Федерации "Обеспечение обороноспособности страны" -221 340,0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-221 340,0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-221 340,0 Среднее профессиональное образование -9 748,0 Государственная программа Российской Федерации "Обеспечение обороноспособности страны" -9 748,0 Подпрограмма "Обеспечение реализации государственной программы Российской Федерации "Обеспечение обороноспособности страны" -9 748,0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-9 748,0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-9 748,0 Высшее образование +654 199,0 Государственная программа Российской Федерации "Обеспечение обороноспособности страны" +654 199,0 Подпрограмма "Обеспечение реализации государственной программы Российской Федерации "Обеспечение обороноспособности страны" +654 199,0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+654 199,0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+654 199,0 Культура, кинематография +121 688,0 Культура +121 688,0 Государственная программа Российской Федерации "Обеспечение обороноспособности страны" +121 688,0 Подпрограмма "Строительство и развитие Вооруженных Сил Российской Федерации" +73 905,0 Основное мероприятие "Совершенствование работы с личным составом Вооруженных Сил Российской Федерации" +73 905,0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+73 905,0 Подпрограмма "Обеспечение реализации государственной программы Российской Федерации "Обеспечение обороноспособности страны" +47 783,0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+47 783,0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+47 783,0 Здравоохранение +2 971,0 Медицинская помощь в дневных стационарах всех типов +19 141,0 Государственная программа Российской Федерации "Обеспечение обороноспособности страны" +19 141,0 Подпрограмма "Обеспечение реализации государственной программы Российской Федерации "Обеспечение обороноспособности страны" +19 141,0 Основное мероприятие "Реализация иных социальных гарантий военнослужащих, лиц гражданского персонала, граждан, уволенных с военной службы, и членов их семей" +19 141,0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+19 141,0 Санитарно-эпидемиологическое благополучие +7 266,0 Государственная программа Российской Федерации "Обеспечение обороноспособности страны" +7 266,0 Подпрограмма "Обеспечение реализации государственной программы Российской Федерации "Обеспечение обороноспособности страны" +7 266,0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+7 266,0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+7 266,0 Другие вопросы в области здравоохранения -23 436,0 Государственная программа Российской Федерации "Обеспечение обороноспособности страны" -23 436,0 Подпрограмма "Обеспечение реализации государственной программы Российской Федерации "Обеспечение обороноспособности страны" -23 436,0 Основное мероприятие "Обеспечение денежным довольствием военнослужащих, заработной платой гражданского персонала, а также выплата пособий и компенсаций" -23 436,0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-23 436,0 Средства массовой информации +271 775,1 Телевидение и радиовещание +268 502,5 Государственная программа Российской Федерации "Обеспечение обороноспособности страны" +268 502,5 Подпрограмма "Строительство и развитие Вооруженных Сил Российской Федерации" +268 502,5 Основное мероприятие "Совершенствование работы с личным составом Вооруженных Сил Российской Федерации" +268 502,5 Субсидия акционерному обществу "Первый канал" для организации трансляции Главного военно-морского парада (Иные бюджетные ассигнования) +268 502,5 Периодическая печать и издательства +3 272,6 Государственная программа Российской Федерации "Обеспечение обороноспособности страны" +3 272,6 Подпрограмма "Строительство и развитие Вооруженных Сил Российской Федерации" +3 272,6 Основное мероприятие "Совершенствование работы с личным составом Вооруженных Сил Российской Федерации" +3 272,6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+3 272,6 МИНИСТЕРСТВО ВНУТРЕННИХ ДЕЛ РОССИЙСКОЙ ФЕДЕРАЦИИ +8 086 135,4 Национальная безопасность и правоохранительная деятельность +7 024 067,7 Органы внутренних дел +7 025 276,0 Государственная программа Российской Федерации "Обеспечение общественного порядка и противодействие преступности" +7 025 276,0 Подпрограмма "Обеспечение реализации государственной программы Российской Федерации "Обеспечение общественного порядка и противодействие преступности" +3 345 770,2 Основное мероприятие "Тыловое обеспечение" +3 345 770,2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+3 455 770,2 Финансовое обеспечение выполнения функций федеральных государственных органов, оказания услуг и выполнения работ (Иные бюджетные ассигнования) -110 000,0 Подпрограмма "Реализация полномочий в сфере внутренних дел" +3 679 505,8 Основное мероприятие "Предварительное следствие" +47 191,5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+47 191,5 Основное мероприятие "Оперативно-служебная деятельность органов внутренних дел Российской Федерации" +507 258,2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+507 258,2 Основное мероприятие "Управление органами внутренних дел Российской Федерации и организация деятельности системы МВД России" +3 125 056,1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+3 125 056,1 Прикладные научные исследования в области национальной безопасности и правоохранительной деятельности -1 208,3 Государственная программа Российской Федерации "Обеспечение общественного порядка и противодействие преступности" -1 208,3 Подпрограмма "Обеспечение реализации государственной программы Российской Федерации "Обеспечение общественного порядка и противодействие преступности" -1 208,3 Основное мероприятие "Тыловое обеспечение" -1 208,3</w:t>
      </w:r>
    </w:p>
    <w:p>
      <w:r>
        <w:rPr>
          <w:b/>
        </w:rPr>
        <w:t xml:space="preserve">11. </w:t>
      </w:r>
      <w:r>
        <w:t>в таблице 1 слова "Кемеровская область" заменить словами "Кемеровская область - Кузбасс"</w:t>
      </w:r>
    </w:p>
    <w:p>
      <w:r>
        <w:rPr>
          <w:b/>
        </w:rPr>
        <w:t xml:space="preserve">11. </w:t>
      </w:r>
      <w:r>
        <w:t>в таблице 2 слова "Кемеровская область" заменить словами "Кемеровская область - Кузбасс"</w:t>
      </w:r>
    </w:p>
    <w:p>
      <w:r>
        <w:rPr>
          <w:b/>
        </w:rPr>
        <w:t xml:space="preserve">11. </w:t>
      </w:r>
      <w:r>
        <w:t>в таблице 1 слова "Кемеровская область" заменить словами "Кемеровская область - Кузбасс"</w:t>
      </w:r>
    </w:p>
    <w:p>
      <w:r>
        <w:rPr>
          <w:b/>
        </w:rPr>
        <w:t xml:space="preserve">11. </w:t>
      </w:r>
      <w:r>
        <w:t>в таблице 2 слова "Кемеровская область" заменить словами "Кемеровская область - Кузбасс"</w:t>
      </w:r>
    </w:p>
    <w:p>
      <w:r>
        <w:rPr>
          <w:b/>
        </w:rPr>
        <w:t xml:space="preserve">11. </w:t>
      </w:r>
      <w:r>
        <w:t>после строки Средства, уплачиваемые импортерами таможенным органам за выдачу акцизных марок" дополнить строкой следующего содержания: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p>
      <w:r>
        <w:rPr>
          <w:b/>
        </w:rPr>
        <w:t xml:space="preserve">11. </w:t>
      </w:r>
      <w:r>
        <w:t>после строки Денежные взыскания (штрафы) за нарушение валютного законодательства Российской Федерации и актов органов валютного регулирования, а также законодательства Российской Федерации в области экспортного контроля" дополнить строками следующего содержания: Денежные взыскания (штрафы) за нарушение лесного законодательства на лесных участках, находящихся в федеральной собственности 153 1 16 29000 01 0000 140 Денежные взыскания (штрафы) за нарушение законодательства о государственном контроле за осуществлением международных автомобильных перевозок Денежные взыскания (штрафы) за административные правонарушения, посягающие на здоровье, предусмотренные Кодексом Российской Федерации об административных правонарушениях"</w:t>
      </w:r>
    </w:p>
    <w:p>
      <w:r>
        <w:rPr>
          <w:b/>
        </w:rPr>
        <w:t xml:space="preserve">11. </w:t>
      </w:r>
      <w:r>
        <w:t>строку Министерство Российской Федерации по развитию Дальнего Востока" изложить в следующей редакции: Министерство Российской Федерации по развитию Дальнего Востока и Арктики"</w:t>
      </w:r>
    </w:p>
    <w:p>
      <w:r>
        <w:rPr>
          <w:b/>
        </w:rPr>
        <w:t xml:space="preserve">11. </w:t>
      </w:r>
      <w:r>
        <w:t>строку "Субсидии российским кредитным организациям на возмещение выпадающих доходов по кредитам, выданным российскими кредитными организациями в 2018 году физическим лицам на приобретение деревянных домов заводского изготовления (Иные бюджетные ассигнования) 020 04 12 16 4 02 62140 изложить в следующей редакции: "Субсидии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 (Иные бюджетные ассигнования) 020 04 12 16 4 02 62140</w:t>
      </w:r>
    </w:p>
    <w:p>
      <w:r>
        <w:rPr>
          <w:b/>
        </w:rPr>
        <w:t xml:space="preserve">11. </w:t>
      </w:r>
      <w:r>
        <w:t>строку "Субсидии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(Иные бюджетные ассигнования) 020 04 12 16 7 01 68641 изложить в следующей редакции: "Субсидии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(Иные бюджетные ассигнования) 020 04 12 16 7 01 68641</w:t>
      </w:r>
    </w:p>
    <w:p>
      <w:r>
        <w:rPr>
          <w:b/>
        </w:rPr>
        <w:t xml:space="preserve">11. </w:t>
      </w:r>
      <w:r>
        <w:t>строку "Взнос в уставный капитал акционерного общества "Российская венчурная компания", г. Москва, на финансовое обеспечение инновационных проектов в области фармацевтической и медицинской промышленности (Капитальные вложения в объекты государственной (муниципальной) собственности) 020 04 12 20 5 03 64042 1 500 000,0 1 500 000,0 1 500 000,0" изложить в следующей редакции: "Взнос в уставный капитал акционерного общества "Российская венчурная компания", г. Москва, для создания, организации деятельности и финансирования венчурного фонда, образованного в форме инвестиционного товарищества, в целях финансового обеспечения инновационных проектов в области фармацевтической и медицинской промышленности (Капитальные вложения в объекты государственной (муниципальной) собственности) 020 04 12 20 5 03 64042 400 1 500 000,0 1 500 000,0 1 500 000,0"</w:t>
      </w:r>
    </w:p>
    <w:p>
      <w:r>
        <w:rPr>
          <w:b/>
        </w:rPr>
        <w:t xml:space="preserve">11. </w:t>
      </w:r>
      <w:r>
        <w:t>строку "Реализация программ, направленных на укрепление единства нации, духовно-нравственное и патриотическое воспитание (Предоставление субсидий бюджетным, автономным учреждениям и иным некоммерческим организациям) 054 08 01 11 1 A2 60851 изложить в следующей редакции: "Государственная поддержка Общероссийской общественно-государственной организации "Российское военно-историческое общество" на мероприятия по созданию памятных мест, связанных с военной историей России (Предоставление субсидий бюджетным, автономным учреждениям и иным некоммерческим организациям) 054 08 01 11 1 A2 60851 600 400 000,0 400 000,0 400 000,0"</w:t>
      </w:r>
    </w:p>
    <w:p>
      <w:r>
        <w:rPr>
          <w:b/>
        </w:rPr>
        <w:t xml:space="preserve">11. </w:t>
      </w:r>
      <w:r>
        <w:t>строку "Субсидии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(Межбюджетные трансферты) 056 09 09 01 7 05 51380 изложить в следующей редакции: "Субсидии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(Межбюджетные трансферты) 056 09 09 01 7 05 51380 500 3 200 000,0 3 200 000,0</w:t>
      </w:r>
    </w:p>
    <w:p>
      <w:r>
        <w:rPr>
          <w:b/>
        </w:rPr>
        <w:t xml:space="preserve">11. </w:t>
      </w:r>
      <w:r>
        <w:t>строку "Государственная программа Российской Федерации "Социально-экономическое развитие Дальнего Востока и Байкальского региона" 056 09 09 34 260 000,0 295 000,0"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056 09 09 34 260 000,0 295 000,0"</w:t>
      </w:r>
    </w:p>
    <w:p>
      <w:r>
        <w:rPr>
          <w:b/>
        </w:rPr>
        <w:t xml:space="preserve">11. </w:t>
      </w:r>
      <w:r>
        <w:t>строку "Субсидии организациям, осуществляющим мероприятия по содействию развитию дополнительного образования детей (Предоставление субсидий бюджетным, автономным учреждениям и иным некоммерческим организациям) 073 07 03 02 4 01 60070 изложить в следующей редакции: "Субсидии на мероприятия по содействию развитию дополнительного образования детей и по организации отдыха детей и их оздоровления (Предоставление субсидий бюджетным, автономным учреждениям и иным некоммерческим организациям) 073 07 03 02 4 01 60070</w:t>
      </w:r>
    </w:p>
    <w:p>
      <w:r>
        <w:rPr>
          <w:b/>
        </w:rPr>
        <w:t xml:space="preserve">11. </w:t>
      </w:r>
      <w:r>
        <w:t>строку "Государственная поддержка транспортировки сельскохозяйственной и продовольственной продукции наземным, в том числе железнодорожным, транспортом (Иные бюджетные ассигнования) 082 04 05 25 У T2 61831 1 275 000,0 2 332 000,0 3 388 000,0" изложить в следующей редакции: "Государственная поддержка российских организаций в целях снижения затрат на транспортировку сельскохозяйственной и продовольственной продукции (Иные бюджетные ассигнования) 082 04 05 25 У T2 61831 1 275 000,0 2 332 000,0 3 388 000,0"</w:t>
      </w:r>
    </w:p>
    <w:p>
      <w:r>
        <w:rPr>
          <w:b/>
        </w:rPr>
        <w:t xml:space="preserve">11. </w:t>
      </w:r>
      <w:r>
        <w:t>строку "Дотации бюджетам субъектов Российской Федерации за достижение наивысших темпов роста налогового потенциала (Межбюджетные трансферты) 092 14 02 36 2 02 55490 500 19 960 000,0 19 960 000,0 19 960 000,0" изложить в следующей редакции: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(Межбюджетные трансферты) 092 14 02 36 2 02 55490 19 960 000,0 19 960 000,0 19 960 000,0"</w:t>
      </w:r>
    </w:p>
    <w:p>
      <w:r>
        <w:rPr>
          <w:b/>
        </w:rPr>
        <w:t xml:space="preserve">11. </w:t>
      </w:r>
      <w:r>
        <w:t>строку "Субсидии на возмещение организациям недополученных доходов от предоставления услуг по аэронавигационному обслуживанию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 (Иные бюджетные ассигнования) 107 04 08 24 3 04 64300 800 43 428,6 43 428,6 43 428,6" изложить в следующей редакции: "Субсидии на возмещение расходов за аэронавигационное обслуживание полетов воздушных судов пользователей воздушного пространства, освобожденных в соответствии с законодательством Российской Федерации от платы за аэронавигационное обслуживание (Иные бюджетные ассигнования) 107 04 08 24 3 04 64300 л) строку "Ведомственная целевая программа "Медицинское обеспечение авиационного персонала гражданской авиации" 107 09 01 01 К 21 изложить в следующей редакции: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107 09 01 01 К 21 1 027 032,3 747 763,5 542 279,7"; м) строку "Ведомственная целевая программа "Медицинское обеспечение авиационного персонала гражданской авиации" 107 09 02 01 К 21 изложить в следующей редакции: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107 09 02 01 К 21 н) строку "Ведомственная целевая программа "Медицинское обеспечение авиационного персонала гражданской авиации" 107 09 03 01 К 21 1 382,6 1 453,8 1 576,9" изложить в следующей редакции: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107 09 03 01 К 21 о) строку "Ведомственная целевая программа "Медицинское обеспечение авиационного персонала гражданской авиации" 107 09 09 01 9 21 изложить в следующей редакции: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107 09 09 01 9 21 10 588,5 10 502,7 11 424,3"; п) строку "Ведомственная целевая программа "Медицинское обеспечение авиационного персонала гражданской авиации" 107 09 09 01 К 21 289 520,2 296 832,3 309 350,6" изложить в следующей редакции: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107 09 09 01 К 21 289 520,2 296 832,3 309 350,6"; р) строку "Государственная программа Российской Федерации "Социально-экономическое развитие Дальнего Востока и Байкальского региона" 139 04 12 34 1 882 800,0"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139 04 12 34 1 882 800,0"; с) строку "Подпрограмма "Поддержка реализации инвестиционных проектов в Байкальском регионе" 139 04 12 34 3 1 882 800,0" изложить в следующей редакции: "Подпрограмма "Поддержка реализации инвестиционных проектов на территориях Республики Бурятия и Забайкальского края, отобранных в порядке, установленном Правительством Российской Федерации, до 3 ноября 2018 г." 139 04 12 34 3 1 882 800,0"; т) строку "Основное мероприятие "Государственная поддержка инвестиционных проектов, реализуемых на территории Байкальского региона" 139 04 12 34 3 02 1 882 800,0" изложить в следующей редакции: "Основное мероприятие "Государственная поддержка инвестиционных проектов, реализуемых на территориях Республики Бурятия и Забайкальского края" 139 04 12 34 3 02 1 882 800,0"; у) строку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территориях Дальнего Востока и Байкальского региона (Иные бюджетные ассигнования) 139 04 12 34 3 02 60110 800 1 882 800,0" изложить в следующей редакции: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 (Иные бюджетные ассигнования) 139 04 12 34 3 02 60110 800 1 882 800,0"; ф) строку "Государственная программа Российской Федерации "Социально-экономическое развитие Дальнего Востока и Байкальского региона" 177 03 14 34 310 000,0 50 000,0"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177 03 14 34 310 000,0 50 000,0"; х) строку "МИНИСТЕРСТВО РОССИЙСКОЙ ФЕДЕРАЦИИ ПО РАЗВИТИЮ ДАЛЬНЕГО ВОСТОКА 350 изложить в следующей редакции: "МИНИСТЕРСТВО РОССИЙСКОЙ ФЕДЕРАЦИИ ПО РАЗВИТИЮ ДАЛЬНЕГО ВОСТОКА И АРКТИКИ 350 ц) строку "Государственная программа Российской Федерации "Социально-экономическое развитие Дальнего Востока и Байкальского региона" 350 04 01 34 763 037,7 775 785,0 786 549,7"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350 04 01 34 763 037,7 775 785,0 786 549,7"; ч) строку "Подпрограмма "Обеспечение реализации государственной программы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350 04 01 34 Д 763 037,7 775 785,0 786 549,7" изложить в следующей редакции: "Подпрограмма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350 04 01 34 Д 763 037,7 775 785,0 786 549,7"; ш) строку "Государственная программа Российской Федерации "Социально-экономическое развитие Дальнего Востока и Байкальского региона" 350 04 11 34 91 124,8 91 238,5 93 904,4"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350 04 11 34 91 124,8 91 238,5 93 904,4"; щ) строку "Подпрограмма "Обеспечение реализации государственной программы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350 04 11 34 Д 91 124,8 91 238,5 93 904,4" изложить в следующей редакции: "Подпрограмма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350 04 11 34 Д 91 124,8 91 238,5 93 904,4"; э) строку "Государственная программа Российской Федерации "Социально-экономическое развитие Дальнего Востока и Байкальского региона" 350 04 12 34 27 994 191,3 27 140 943,5 30 053 245,3"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350 04 12 34 27 994 191,3 27 140 943,5 30 053 245,3"; ю) строку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территориях Дальнего Востока и Байкальского региона (Иные бюджетные ассигнования) 350 04 12 34 2 02 60110 800 3 864 700,0 5 090 129,7 896 000,0" изложить в следующей редакции: "Субсидии юридическим лицам (за исключением государственных (муниципальных) учреждений) на финансовое обеспечение затрат на создание и (или) реконструкцию объектов инфраструктуры, а также на технологическое присоединение энергопринимающих устройств к электрическим сетям и газоиспользующего оборудования к газораспределительным сетям в рамках реализации инвестиционных проектов на территории Дальнего Востока (Иные бюджетные ассигнования) 350 04 12 34 2 02 60110 3 864 700,0 5 090 129,7 896 000,0"; я) строку "Государственная программа Российской Федерации "Социально-экономическое развитие Дальнего Востока и Байкальского региона" 350 10 04 34 6,0 6,0 6,0"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350 10 04 34 6,0 6,0 6,0"; я1) строку "Подпрограмма "Обеспечение реализации государственной программы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350 10 04 34 Д 6,0 6,0 6,0" изложить в следующей редакции: "Подпрограмма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350 10 04 34 Д 6,0 6,0 6,0"; я2) строку "Государственная программа Российской Федерации "Социально-экономическое развитие Дальнего Востока и Байкальского региона" 350 14 03 34 16 700 730,0 15 785 330,0" изложить в следующей редакции: "Государственная программа Российской Федерации "Социально-экономическое развитие Дальневосточного федерального округа" 350 14 03 34 16 700 730,0 15 785 330,0"; я3) строку "Подпрограмма "Обеспечение реализации государственной программы Российской Федерации "Социально-экономическое развитие Дальнего Востока и Байкальского региона" и прочие мероприятия в области сбалансированного территориального развития" 350 14 03 34 Д 16 700 730,0 15 785 330,0" изложить в следующей редакции: "Подпрограмма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350 14 03 34 Д 16 700 730,0 15 785 330,0"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