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3 Закона Российской Федерации от 26 июня 1992 года № 3132-I "О статусе судей в Российской Федерации" (Ведомости Съезда народных депутатов Российской Федерации и Верховного Совета Российской Федерации, 1992, № 30, ст. 1792; Собрание законодательства Российской Федерации, 1995, № 26, ст. 2399; 1999, № 29, ст. 3690; 2001, № 51, ст. 4834; 2007, № 10, ст. 1151; 2008, № 52, ст. 6229; 2009, № 39, ст. 4533; 2013, № 19, ст. 2329; № 27, ст. 3477; 2014, № 11, ст. 1094; № 23, ст. 2928; 2016, № 1, ст. 29; 2017, № 1, ст. 46; 2018, № 24, ст. 3400) дополнить пунктом 5 следующего содержания: "5. Судья, пребывающий в отставке, вправе быть медиатором, судебным примирителем.".</w:t>
      </w:r>
    </w:p>
    <w:p>
      <w:r>
        <w:rPr>
          <w:b/>
        </w:rPr>
        <w:t>Статья 2</w:t>
      </w:r>
    </w:p>
    <w:p>
      <w:r>
        <w:t>Основы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2007, № 1, ст. 21; № 27, ст. 3213; 2009, № 29, ст. 3642; 2013, № 51, ст. 6699; 2015, № 1, ст. 10; 2016, № 1, ст. 11; № 27, ст. 4293; 2018, № 32, ст. 5131) дополнить статьей 591 следующего содержания: "Статья 591. Удостоверение медиативного соглашения Нотариус удостоверяет медиативное соглашение, достигнутое сторонами в соответствии с соглашением о проведении процедуры медиации, предусмотренным Федеральным законом от 27 июля 2010 года № 193-ФЗ "Об альтернативной процедуре урегулирования споров с участием посредника (процедуре медиации)". Медиативное соглашение удостоверяется с обязательным участием медиатора, медиаторов, медиатора - представителя организации, осуществляющей деятельность по обеспечению проведения процедуры медиации, в соответствии с соглашением сторон о проведении процедуры медиации. Если соглашением сторон о проведении процедуры медиации предусмотрено участие нескольких медиаторов, медиативное соглашение удостоверяется с обязательным участием не менее чем одного медиатора, осуществлявшего деятельность по обеспечению проведения процедуры медиации. В случаях, предусмотренных частями второй и третьей настоящей статьи, медиативное соглашение должно содержать сведения об участии указанных лиц при его удостоверении и его (их) подпись (подписи).".</w:t>
      </w:r>
    </w:p>
    <w:p>
      <w:r>
        <w:rPr>
          <w:b/>
        </w:rPr>
        <w:t>Статья 3</w:t>
      </w:r>
    </w:p>
    <w:p>
      <w:r>
        <w:t>Пункт 4 статьи 10 Федерального закона от 14 марта 2002 года № 30-ФЗ "Об органах судейского сообщества в Российской Федерации" (Собрание законодательства Российской Федерации, 2002, № 11, ст. 1022; 2011, № 49, ст. 7066; 2018, № 17, ст. 2425; № 31, ст. 4832) дополнить подпунктом 6 следующего содержания: "6) ведут списки судей, пребывающих в отставке и изъявивших желание осуществлять деятельность медиаторов на профессиональной основе.".</w:t>
      </w:r>
    </w:p>
    <w:p>
      <w:r>
        <w:rPr>
          <w:b/>
        </w:rPr>
        <w:t>Статья 4</w:t>
      </w:r>
    </w:p>
    <w:p>
      <w:r>
        <w:t>Внести в Арбитражный процессуальный кодекс Российской Федерации (Собрание законодательства Российской Федерации, 2002, № 30, ст. 3012; 2008, № 49, ст. 5727; 2009, № 29, ст. 3642; 2010, № 18, ст. 2145; № 31, ст. 4163, 4197; 2011, № 29, ст. 4291; № 50, ст. 7364; 2012, № 26, ст. 3439; 2013, № 27, ст. 3458; 2014, № 26, ст. 3392; 2016, № 1, ст. 29; № 10, ст. 1321; № 26, ст. 3889; 2017, № 27, ст. 3944; 2018, № 49, ст. 7523) следующие изменения: 1) пункт 6 статьи 2 после слов "деловых отношений," дополнить словами "мирному урегулированию споров,"; 2) статью 4 дополнить частью 8 следующего содержания: "8. Стороны после обращения в арбитражный суд вправе использовать примирительные процедуры для урегулирования спора."; 3) часть 1 статьи 21 дополнить пунктом 31 следующего содержания: "31) являлся судебным примирителем по данному делу;"; 4) часть 2 статьи 51 дополнить предложением следующего содержания: "При этом такие лица вправе выступать участниками мирового соглашения в случаях, если они приобретают права либо на них возлагается обязанность по условиям данного соглашения."; 5) часть 51 статьи 56 изложить в следующей редакции: "51. Не подлежат допросу в качестве свидетелей представители лиц, участвовавших в проведении примирительной процедуры, посредники, в том числе медиаторы, судебные примирители, об обстоятельствах, которые стали им известны в связи с участием в примирительной процедуре."; 6) часть 1 статьи 90 дополнить словами ", в том числе в случае отложения судебного разбирательства в целях урегулирования спора"; 7) часть 2 статьи 125 дополнить пунктом 81 следующего содержания: "81) сведения о предпринятых стороной (сторонами) действиях, направленных на примирение, если такие действия предпринимались;"; 8) часть 1 статьи 126 дополнить пунктом 71 следующего содержания: "71) документы, подтверждающие совершение стороной (сторонами) действий, направленных на примирение, если такие действия предпринимались и соответствующие документы имеются;"; 9) часть 4 статьи 127 после слов "лицам, участвующим в деле," дополнить словами "в том числе для примирения,"; 10) в части 5 статьи 131: а) дополнить пунктами 31 и 32 следующего содержания: "31) сведения о предпринятых ответчиком действиях, направленных на примирение, если такие действия предпринимались; 32) мнение ответчика о возможности примирения сторон;"; б) пункт 4 дополнить словами ", в том числе подтверждающих совершение ответчиком действий, направленных на примирение, если такие действия предпринимались и соответствующие документы имеются"; 11) часть 1 статьи 134 изложить в следующей редакции: "1. Арбитражный суд первой инстанции после принятия заявления к производству выносит определение о подготовке дела к судебному разбирательству и указывает сторонам на возможность заявить ходатайство о рассмотрении дела с участием арбитражных заседателей, обратиться за содействием к суду или посреднику, в том числе медиатору, судебному примирителю, в целях урегулирования спора или использовать другие примирительные процедуры, а также на действия, которые надлежит совершить лицам, участвующим в деле, и сроки совершения этих действий. В целях урегулирования спора судья принимает меры для примирения сторон, в том числе может предложить сторонам использовать какую-либо примирительную процедуру, отложить проведение предварительного судебного заседания, совершение других подготовительных действий. На подготовку дела к судебному разбирательству может быть указано в определении о принятии заявления к производству."; 12) пункт 2 части 1 статьи 135 изложить в следующей редакции: "2) разъясняет сторонам их право на рассмотрение дела с участием арбитражных заседателей, право передать спор на разрешение третейского суда, право обратиться на любой стадии арбитражного процесса в целях урегулирования спора за содействием к посреднику, в том числе медиатору, судебному примирителю, использовать другие примирительные процедуры, разъясняет условия и порядок реализации данного права, существо и преимущества примирительных процедур, а также последствия совершения таких действий, принимает меры для заключения сторонами мирового соглашения, содействует примирению сторон;"; 13) часть 2 статьи 136 дополнить пунктом 21 следующего содержания: "21) выясняет мнение сторон о возможности урегулировать спор, предлагает сторонам использовать примирительные процедуры; при выявлении намерения сторон обратиться к судебному примирителю суд утверждает его кандидатуру, выбранную сторонами, в порядке, установленном настоящим Кодексом;"; 14) статью 138 изложить в следующей редакции: "Статья 138. Примирение сторон 1. Арбитражный суд принимает меры для примирения сторон, содействует им в урегулировании спора, руководствуясь при этом интересами сторон и задачами судопроизводства в арбитражных судах.</w:t>
      </w:r>
    </w:p>
    <w:p>
      <w:r>
        <w:rPr>
          <w:b/>
        </w:rPr>
        <w:t xml:space="preserve">2. </w:t>
      </w:r>
      <w:r>
        <w:t>Примирение сторон осуществляется на основе принципов добровольности, сотрудничества, равноправия и конфиденциальности</w:t>
      </w:r>
    </w:p>
    <w:p>
      <w:r>
        <w:rPr>
          <w:b/>
        </w:rPr>
        <w:t xml:space="preserve">3. </w:t>
      </w:r>
      <w:r>
        <w:t>Стороны пользуются равными правами на выбор примирительной процедуры, определение условий ее проведения, а также кандидатуры посредника, в том числе медиатора, судебного примирителя. По указанным вопросам сторонами может быть заключено соглашение</w:t>
      </w:r>
    </w:p>
    <w:p>
      <w:r>
        <w:rPr>
          <w:b/>
        </w:rPr>
        <w:t xml:space="preserve">4. </w:t>
      </w:r>
      <w:r>
        <w:t>Примирение сторон возможно на любой стадии арбитражного процесса и при исполнении судебного акта, если иное не предусмотрено настоящим Кодексом и иным федеральным законом.";</w:t>
      </w:r>
    </w:p>
    <w:p>
      <w:r>
        <w:rPr>
          <w:b/>
        </w:rPr>
        <w:t xml:space="preserve">2. </w:t>
      </w:r>
      <w:r>
        <w:t>В случае согласия сторон с предложением арбитражного суда о проведении примирительной процедуры, удовлетворения ходатайства о проведении примирительной процедуры сторон или одной стороны при согласии другой стороны, а также в случае, предусмотренном частью 2 статьи 190 настоящего Кодекса, арбитражный суд выносит определение о проведении примирительной процедуры и при необходимости об отложении судебного разбирательства. В определении о проведении примирительной процедуры арбитражный суд указывает наименования сторон, предмет спора и круг вопросов, для урегулирования которых может быть использована примирительная процедура, сроки проведения примирительной процедуры. В определении о проведении примирительной процедуры могут содержаться и иные указания, необходимые для обеспечения надлежащего проведения примирительной процедуры</w:t>
      </w:r>
    </w:p>
    <w:p>
      <w:r>
        <w:rPr>
          <w:b/>
        </w:rPr>
        <w:t xml:space="preserve">3. </w:t>
      </w:r>
      <w:r>
        <w:t>Примирительная процедура должна быть завершена в срок, установленный судом в определении о проведении примирительной процедуры. По ходатайству сторон указанный срок может быть продлен арбитражным судом</w:t>
      </w:r>
    </w:p>
    <w:p>
      <w:r>
        <w:rPr>
          <w:b/>
        </w:rPr>
        <w:t xml:space="preserve">4. </w:t>
      </w:r>
      <w:r>
        <w:t>В ходе использования примирительной процедуры стороны могут достичь результатов примирения, установленных настоящим Кодексом</w:t>
      </w:r>
    </w:p>
    <w:p>
      <w:r>
        <w:rPr>
          <w:b/>
        </w:rPr>
        <w:t xml:space="preserve">5. </w:t>
      </w:r>
      <w:r>
        <w:t>В случае, если стороны не достигли примирения, отказались от проведения примирительных процедур либо истек срок их проведения, арбитражный суд возобновляет судебное разбирательство в порядке, установленном частью 10 статьи 158 настоящего Кодекса</w:t>
      </w:r>
    </w:p>
    <w:p>
      <w:r>
        <w:rPr>
          <w:b/>
        </w:rPr>
        <w:t xml:space="preserve">4. </w:t>
      </w:r>
      <w:r>
        <w:t>дополнить статьями 1381 - 1386 следующего содержания: "Статья 1381. Порядок и сроки проведения примирительной процедуры 1. Примирительная процедура может быть проведена по ходатайству сторон (стороны) либо по предложению арбитражного суда. Предложение арбитражного суда провести примирительную процедуру может содержаться в определении о принятии искового заявления (заявления) к производству, о подготовке дела к судебному разбирательству или в ином определении по делу, а также может быть сделано судом в устной форме. Для рассмотрения сторонами вопроса о возможности использовать примирительную процедуру арбитражный суд может объявить перерыв в судебном заседании</w:t>
      </w:r>
    </w:p>
    <w:p>
      <w:r>
        <w:rPr>
          <w:b/>
        </w:rPr>
        <w:t>Статья 138.2. Виды примирительных процедур</w:t>
      </w:r>
    </w:p>
    <w:p>
      <w:r>
        <w:t>Споры могут быть урегулированы путем проведения переговоров, посредничества, в том числе медиации, судебного примирения, или использования других примирительных процедур, если это не противоречит федеральному закону.</w:t>
      </w:r>
    </w:p>
    <w:p>
      <w:r>
        <w:rPr>
          <w:b/>
        </w:rPr>
        <w:t>Статья 138.3. Переговоры</w:t>
      </w:r>
    </w:p>
    <w:p>
      <w:r>
        <w:rPr>
          <w:b/>
        </w:rPr>
        <w:t xml:space="preserve">1. </w:t>
      </w:r>
      <w:r>
        <w:t>Стороны вправе урегулировать спор путем проведения переговоров в целях примирения</w:t>
      </w:r>
    </w:p>
    <w:p>
      <w:r>
        <w:rPr>
          <w:b/>
        </w:rPr>
        <w:t xml:space="preserve">2. </w:t>
      </w:r>
      <w:r>
        <w:t>Переговоры осуществляются на условиях, определяемых сторонами</w:t>
      </w:r>
    </w:p>
    <w:p>
      <w:r>
        <w:rPr>
          <w:b/>
        </w:rPr>
        <w:t xml:space="preserve">3. </w:t>
      </w:r>
      <w:r>
        <w:t>В случаях, предусмотренных федеральным законом или договором, переговоры проводятся в обязательном порядке</w:t>
      </w:r>
    </w:p>
    <w:p>
      <w:r>
        <w:rPr>
          <w:b/>
        </w:rPr>
        <w:t>Статья 138.4. Медиация</w:t>
      </w:r>
    </w:p>
    <w:p>
      <w:r>
        <w:rPr>
          <w:b/>
        </w:rPr>
        <w:t xml:space="preserve">1. </w:t>
      </w:r>
      <w:r>
        <w:t>Стороны вправе урегулировать спор путем применения процедуры медиации в порядке, установленном настоящим Кодексом и федеральным законом</w:t>
      </w:r>
    </w:p>
    <w:p>
      <w:r>
        <w:rPr>
          <w:b/>
        </w:rPr>
        <w:t xml:space="preserve">2. </w:t>
      </w:r>
      <w:r>
        <w:t>В случае заявления сторонами соответствующего ходатайства арбитражный суд откладывает судебное разбирательство на основании части 2 статьи 158 настоящего Кодекса</w:t>
      </w:r>
    </w:p>
    <w:p>
      <w:r>
        <w:rPr>
          <w:b/>
        </w:rPr>
        <w:t>Статья 138.5. Судебное примирение</w:t>
      </w:r>
    </w:p>
    <w:p>
      <w:r>
        <w:rPr>
          <w:b/>
        </w:rPr>
        <w:t xml:space="preserve">1. </w:t>
      </w:r>
      <w:r>
        <w:t>Стороны вправе урегулировать спор путем использования примирительной процедуры с участием судебного примирителя (судебное примирение)</w:t>
      </w:r>
    </w:p>
    <w:p>
      <w:r>
        <w:rPr>
          <w:b/>
        </w:rPr>
        <w:t xml:space="preserve">2. </w:t>
      </w:r>
      <w:r>
        <w:t>Судебное примирение осуществляется на основе принципов независимости, беспристрастности и добросовестности судебного примирителя. Порядок проведения судебного примирения и требования к судебному примирителю определяются настоящим Кодексом и Регламентом проведения судебного примирения, утверждаемым Верховным Судом Российской Федерации</w:t>
      </w:r>
    </w:p>
    <w:p>
      <w:r>
        <w:rPr>
          <w:b/>
        </w:rPr>
        <w:t xml:space="preserve">3. </w:t>
      </w:r>
      <w:r>
        <w:t>Судебным примирителем является судья в отставке. Список судебных примирителей формируется и утверждается Пленумом Верховного Суда Российской Федерации на основе предложений арбитражных судов о кандидатурах судебных примирителей из числа судей в отставке, изъявивших желание выступать в качестве судебного примирителя. Судебный примиритель участвует в процедуре судебного примирения с учетом положений настоящего Кодекса и законодательства о статусе судей в Российской Федерации</w:t>
      </w:r>
    </w:p>
    <w:p>
      <w:r>
        <w:rPr>
          <w:b/>
        </w:rPr>
        <w:t xml:space="preserve">4. </w:t>
      </w:r>
      <w:r>
        <w:t>Кандидатура судебного примирителя определяется по взаимному согласию сторон из списка судебных примирителей и утверждается определением суда</w:t>
      </w:r>
    </w:p>
    <w:p>
      <w:r>
        <w:rPr>
          <w:b/>
        </w:rPr>
        <w:t xml:space="preserve">5. </w:t>
      </w:r>
      <w:r>
        <w:t>В целях соотнесения и сближения позиций сторон по делу и выявления дополнительных возможностей для урегулирования спора с учетом интересов сторон, оказания им содействия в достижении взаимоприемлемого результата примирения, основанного также на понимании и оценке сторонами обоснованности заявленных требований и возражений, судебный примиритель вправе вести переговоры со сторонами, другими лицами, участвующими в деле, изучать представленные сторонами документы, знакомиться с материалами дела с согласия арбитражного суда и осуществлять другие действия, необходимые для эффективного урегулирования спора и предусмотренные Регламентом проведения судебного примирения, в том числе давать сторонам рекомендации в целях скорейшего урегулирования спора и сохранения между сторонами деловых отношений. Судебный примиритель не является участником судебного разбирательства 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арбитражного процесса. Судья вправе запросить информацию о ходе примирительной процедуры не чаще чем один раз в четырнадцать календарных дней</w:t>
      </w:r>
    </w:p>
    <w:p>
      <w:r>
        <w:rPr>
          <w:b/>
        </w:rPr>
        <w:t xml:space="preserve">6. </w:t>
      </w:r>
      <w:r>
        <w:t>Порядок и условия оплаты труда судей, пребывающих в отставке и осуществляющих функции судебных примирителей, определяются Правительством Российской Федерации</w:t>
      </w:r>
    </w:p>
    <w:p>
      <w:r>
        <w:rPr>
          <w:b/>
        </w:rPr>
        <w:t>Статья 138.6. Результаты примирительных процедур</w:t>
      </w:r>
    </w:p>
    <w:p>
      <w:r>
        <w:rPr>
          <w:b/>
        </w:rPr>
        <w:t xml:space="preserve">1. </w:t>
      </w:r>
      <w:r>
        <w:t>Результатами примирения лиц, участвующих в деле, могут быть, в частности</w:t>
      </w:r>
    </w:p>
    <w:p>
      <w:r>
        <w:rPr>
          <w:b/>
        </w:rPr>
        <w:t xml:space="preserve">2. </w:t>
      </w:r>
      <w:r>
        <w:t>Признание обстоятельств, признание иска (требований), отказ от иска (требований) полностью или в части принимаются арбитражным судом в порядке, установленном настоящим Кодексом</w:t>
      </w:r>
    </w:p>
    <w:p>
      <w:r>
        <w:rPr>
          <w:b/>
        </w:rPr>
        <w:t xml:space="preserve">3. </w:t>
      </w:r>
      <w:r>
        <w:t>Признание обстоятельств, на которых другая сторона основывает свои требования или возражения, может быть осуществлено в форме одностороннего заявления о согласии с позицией другой стороны или в форме соглашения по обстоятельствам дела.";</w:t>
      </w:r>
    </w:p>
    <w:p>
      <w:r>
        <w:rPr>
          <w:b/>
        </w:rPr>
        <w:t xml:space="preserve">22. </w:t>
      </w:r>
      <w:r>
        <w:t>Мировое соглашение может быть заключено в отношении вопроса о распределении судебных расходов.";</w:t>
      </w:r>
    </w:p>
    <w:p>
      <w:r>
        <w:rPr>
          <w:b/>
        </w:rPr>
        <w:t xml:space="preserve">8. </w:t>
      </w:r>
      <w:r>
        <w:t>Арбитражный суд не вправе утверждать мировое соглашение в части, изменять или исключать из него какие-либо условия, согласованные сторонами. При рассмотрении вопроса об утверждении мирового соглашения арбитражный суд вправе предложить сторонам исключить из мирового соглашения отдельные условия, противоречащие закону или нарушающие права и законные интересы других лиц</w:t>
      </w:r>
    </w:p>
    <w:p>
      <w:r>
        <w:rPr>
          <w:b/>
        </w:rPr>
        <w:t xml:space="preserve">9. </w:t>
      </w:r>
      <w:r>
        <w:t>В определении арбитражного суда указываются</w:t>
      </w:r>
    </w:p>
    <w:p>
      <w:r>
        <w:rPr>
          <w:b/>
        </w:rPr>
        <w:t xml:space="preserve">11. </w:t>
      </w:r>
      <w:r>
        <w:t>Определение об утверждении мирового соглашения подлежит немедленному исполнению и может быть обжаловано в суд кассационной инстанции в течение одного месяца со дня вынесения такого определения</w:t>
      </w:r>
    </w:p>
    <w:p>
      <w:r>
        <w:rPr>
          <w:b/>
        </w:rPr>
        <w:t xml:space="preserve">12. </w:t>
      </w:r>
      <w:r>
        <w:t>Определение об отказе в утверждении мирового соглашения может быть обжаловано</w:t>
      </w:r>
    </w:p>
    <w:p>
      <w:r>
        <w:rPr>
          <w:b/>
        </w:rPr>
        <w:t xml:space="preserve">13. </w:t>
      </w:r>
      <w:r>
        <w:t>Утверждение мирового соглашения в суде первой инстанции влечет за собой прекращение производства по делу полностью или в части. Утверждение мирового соглашения в судах апелляционной, кассационной и надзорной инстанций по предмету заявленных требований влечет за собой отмену судебного акта и прекращение производства по делу. Утверждение мирового соглашения, заключенного в процессе исполнения судебного акта, влечет за собой прекращение исполнения этого судебного акта при оставлении его в силе. На это указывается в определении суда. Утверждение мирового соглашения, заключенного при рассмотрении заявления о распределении судебных расходов, понесенных в судах первой, апелляционной, кассационной и надзорной инстанций, влечет за собой прекращение производства по заявлению о распределении судебных расходов.";</w:t>
      </w:r>
    </w:p>
    <w:p>
      <w:r>
        <w:rPr>
          <w:b/>
        </w:rPr>
        <w:t xml:space="preserve">2. </w:t>
      </w:r>
      <w:r>
        <w:t>В случаях, если до обращения в арбитражный суд с требованиями об оспаривании ненормативных правовых актов, решений и действий (бездействия) органов, осуществляющих публичные полномочия, и должностных лиц, о взыскании обязательных платежей и санкций стороны не использовали досудебное урегулирование спора, арбитражный суд вправе при согласии организации, индивидуального предпринимателя или гражданина в целях примирения сторон и уточнения фактических обстоятельств, снятия противоречий в позициях, в том числе путем проведения сверки взаимных расчетов, отложить судебное разбирательство в порядке, установленном настоящим Кодексом, предложив сторонам использовать примирительную процедуру, в том числе с участием судебного примирителя</w:t>
      </w:r>
    </w:p>
    <w:p>
      <w:r>
        <w:rPr>
          <w:b/>
        </w:rPr>
        <w:t xml:space="preserve">3. </w:t>
      </w:r>
      <w:r>
        <w:t>Результатами примирения сторон по спорам, возникающим из административных и иных публичных правоотношений, могут быть, в частности</w:t>
      </w:r>
    </w:p>
    <w:p>
      <w:r>
        <w:rPr>
          <w:b/>
        </w:rPr>
        <w:t xml:space="preserve">1. </w:t>
      </w:r>
      <w:r>
        <w:t>мировое соглашение в отношении всех или части заявленных требований</w:t>
      </w:r>
    </w:p>
    <w:p>
      <w:r>
        <w:rPr>
          <w:b/>
        </w:rPr>
        <w:t xml:space="preserve">1. </w:t>
      </w:r>
      <w:r>
        <w:t>частичный или полный отказ от иска</w:t>
      </w:r>
    </w:p>
    <w:p>
      <w:r>
        <w:rPr>
          <w:b/>
        </w:rPr>
        <w:t xml:space="preserve">1. </w:t>
      </w:r>
      <w:r>
        <w:t>частичное или полное признание иска</w:t>
      </w:r>
    </w:p>
    <w:p>
      <w:r>
        <w:rPr>
          <w:b/>
        </w:rPr>
        <w:t xml:space="preserve">1. </w:t>
      </w:r>
      <w:r>
        <w:t>полный или частичный отказ от апелляционной, кассационной жалобы, надзорной жалобы (представления)</w:t>
      </w:r>
    </w:p>
    <w:p>
      <w:r>
        <w:rPr>
          <w:b/>
        </w:rPr>
        <w:t xml:space="preserve">1. </w:t>
      </w:r>
      <w:r>
        <w:t>признание обстоятельств, на которых другая сторона основывает свои требования или возражения</w:t>
      </w:r>
    </w:p>
    <w:p>
      <w:r>
        <w:rPr>
          <w:b/>
        </w:rPr>
        <w:t xml:space="preserve">1. </w:t>
      </w:r>
      <w:r>
        <w:t>соглашение по обстоятельствам дела</w:t>
      </w:r>
    </w:p>
    <w:p>
      <w:r>
        <w:rPr>
          <w:b/>
        </w:rPr>
        <w:t xml:space="preserve">1. </w:t>
      </w:r>
      <w:r>
        <w:t>подписание письма-согласия на государственную регистрацию товарного знака</w:t>
      </w:r>
    </w:p>
    <w:p>
      <w:r>
        <w:rPr>
          <w:b/>
        </w:rPr>
        <w:t xml:space="preserve">3. </w:t>
      </w:r>
      <w:r>
        <w:t>часть 1 статьи 139 дополнить предложениями следующего содержания: "Третьи лица, заявляющие самостоятельные требования относительно предмета спора, вправе участвовать в заключении мирового соглашения в качестве стороны. Третьи лица, не заявляющие самостоятельных требований относительно предмета спора, вправе выступать участниками мирового соглашения в случаях, если они приобретают права либо на них возлагаются обязанности по условиям данного соглашения."</w:t>
      </w:r>
    </w:p>
    <w:p>
      <w:r>
        <w:rPr>
          <w:b/>
        </w:rPr>
        <w:t xml:space="preserve">3. </w:t>
      </w:r>
      <w:r>
        <w:t>в статье 140:</w:t>
      </w:r>
    </w:p>
    <w:p>
      <w:r>
        <w:rPr>
          <w:b/>
        </w:rPr>
        <w:t xml:space="preserve">3. </w:t>
      </w:r>
      <w:r>
        <w:t>абзац второй части 2 после слов "судебных расходов" дополнить словами ", санкции за его неисполнение или ненадлежащее исполнение"</w:t>
      </w:r>
    </w:p>
    <w:p>
      <w:r>
        <w:rPr>
          <w:b/>
        </w:rPr>
        <w:t xml:space="preserve">3. </w:t>
      </w:r>
      <w:r>
        <w:t>дополнить частями 21 и 22 следующего содержания: "21. Мировое соглашение заключается в отношении предъявленных в суд исковых требований. Допускается включение в мировое соглашение положений, которые связаны с заявленными требованиями, но не были предметом судебного разбирательства</w:t>
      </w:r>
    </w:p>
    <w:p>
      <w:r>
        <w:rPr>
          <w:b/>
        </w:rPr>
        <w:t xml:space="preserve">22. </w:t>
      </w:r>
      <w:r>
        <w:t>в статье 141:</w:t>
      </w:r>
    </w:p>
    <w:p>
      <w:r>
        <w:rPr>
          <w:b/>
        </w:rPr>
        <w:t xml:space="preserve">22. </w:t>
      </w:r>
      <w:r>
        <w:t>в части 4 слова "поступления в суд" заменить словами "поступления в арбитражный суд"</w:t>
      </w:r>
    </w:p>
    <w:p>
      <w:r>
        <w:rPr>
          <w:b/>
        </w:rPr>
        <w:t xml:space="preserve">22. </w:t>
      </w:r>
      <w:r>
        <w:t>части 7 - 9 изложить в следующей редакции: "7. При рассмотрении вопроса об утверждении мирового соглашения арбитражный суд исследует фактические обстоятельства спора и представленные лицами, участвующими в деле, доводы и доказательства, дает им оценку лишь в той мере, в какой это необходимо для проверки соответствия мирового соглашения требованиям закона и отсутствия нарушений прав и законных интересов других лиц. При рассмотрении вопроса об утверждении мирового соглашения в случае обжалования судебного акта или его исполнения законность и обоснованность соответствующего судебного акта не проверяются</w:t>
      </w:r>
    </w:p>
    <w:p>
      <w:r>
        <w:rPr>
          <w:b/>
        </w:rPr>
        <w:t xml:space="preserve">9. </w:t>
      </w:r>
      <w:r>
        <w:t>утверждение мирового соглашения или отказ в утверждении мирового соглашения</w:t>
      </w:r>
    </w:p>
    <w:p>
      <w:r>
        <w:rPr>
          <w:b/>
        </w:rPr>
        <w:t xml:space="preserve">9. </w:t>
      </w:r>
      <w:r>
        <w:t>условия мирового соглашения</w:t>
      </w:r>
    </w:p>
    <w:p>
      <w:r>
        <w:rPr>
          <w:b/>
        </w:rPr>
        <w:t xml:space="preserve">9. </w:t>
      </w:r>
      <w:r>
        <w:t>возвращение истцу из федерального бюджета части уплаченной им государственной пошлины в размерах, установленных федеральными законами о налогах и сборах</w:t>
      </w:r>
    </w:p>
    <w:p>
      <w:r>
        <w:rPr>
          <w:b/>
        </w:rPr>
        <w:t xml:space="preserve">9. </w:t>
      </w:r>
      <w:r>
        <w:t>распределение судебных расходов.";</w:t>
      </w:r>
    </w:p>
    <w:p>
      <w:r>
        <w:rPr>
          <w:b/>
        </w:rPr>
        <w:t xml:space="preserve">9. </w:t>
      </w:r>
      <w:r>
        <w:t>дополнить частями 10 - 13 следующего содержания: "10. В определении об утверждении мирового соглашения, заключенного в процессе исполнения судебного акта арбитражного суда, должно быть также указано, что этот судебный акт не подлежит исполнению</w:t>
      </w:r>
    </w:p>
    <w:p>
      <w:r>
        <w:rPr>
          <w:b/>
        </w:rPr>
        <w:t xml:space="preserve">13. </w:t>
      </w:r>
      <w:r>
        <w:t>в статье 158:</w:t>
      </w:r>
    </w:p>
    <w:p>
      <w:r>
        <w:rPr>
          <w:b/>
        </w:rPr>
        <w:t xml:space="preserve">13. </w:t>
      </w:r>
      <w:r>
        <w:t>статью 190 изложить в следующей редакции: "Статья 190. Примирение сторон по спорам, возникающим из административных и иных публичных правоотношений 1. Экономические споры, возникающие из административных и иных публичных правоотношений, могут быть урегулированы сторонами путем использования примирительных процедур по правилам, установленным в главе 15 настоящего Кодекса, поскольку иное не установлено настоящим Кодексом, другими законами и не вытекает из существа соответствующих правоотношений</w:t>
      </w:r>
    </w:p>
    <w:p>
      <w:r>
        <w:rPr>
          <w:b/>
        </w:rPr>
        <w:t xml:space="preserve">13. </w:t>
      </w:r>
      <w:r>
        <w:t>часть 2 изложить в следующей редакции: "2. Арбитражный суд может отложить судебное разбирательство по ходатайству сторон в случае их обращения за содействием к суду или посреднику, в том числе медиатору, судебному примирителю, а также в случае принятия сторонами предложения арбитражного суда использовать примирительную процедуру."</w:t>
      </w:r>
    </w:p>
    <w:p>
      <w:r>
        <w:rPr>
          <w:b/>
        </w:rPr>
        <w:t xml:space="preserve">13. </w:t>
      </w:r>
      <w:r>
        <w:t>в части 7 слова "шестидесяти дней" заменить словами "двух месяцев"</w:t>
      </w:r>
    </w:p>
    <w:p>
      <w:r>
        <w:rPr>
          <w:b/>
        </w:rPr>
        <w:t xml:space="preserve">3. </w:t>
      </w:r>
      <w:r>
        <w:t>признание обстоятельств дела, соглашение сторон по обстоятельствам дела</w:t>
      </w:r>
    </w:p>
    <w:p>
      <w:r>
        <w:rPr>
          <w:b/>
        </w:rPr>
        <w:t xml:space="preserve">3. </w:t>
      </w:r>
      <w:r>
        <w:t>соглашение сторон, содержащее квалификацию сделки, совершенной лицом, участвующим в деле, или статуса и характера деятельности этого лица</w:t>
      </w:r>
    </w:p>
    <w:p>
      <w:r>
        <w:rPr>
          <w:b/>
        </w:rPr>
        <w:t xml:space="preserve">3. </w:t>
      </w:r>
      <w:r>
        <w:t>частичный или полный отказ от требований, частичное или полное признание требований, в том числе вследствие достижения сторонами соглашения об оценке обстоятельств в целом или их отдельных частей</w:t>
      </w:r>
    </w:p>
    <w:p>
      <w:r>
        <w:rPr>
          <w:b/>
        </w:rPr>
        <w:t xml:space="preserve">3. </w:t>
      </w:r>
      <w:r>
        <w:t>мировое соглашение, если к полномочиям соответствующего административного органа, участвующего в деле, федеральным законом отнесено заключение мировых соглашений."</w:t>
      </w:r>
    </w:p>
    <w:p>
      <w:r>
        <w:rPr>
          <w:b/>
        </w:rPr>
        <w:t>Статья 5</w:t>
      </w:r>
    </w:p>
    <w:p>
      <w:r>
        <w:t>Внести в Гражданский процессуальный кодекс Российской Федерации (Собрание законодательства Российской Федерации, 2002, № 46, ст. 4532; 2007, № 31, ст. 4011; 2008, № 24, ст. 2798; 2009, № 14, ст. 1578, 1579; № 26, ст. 3126; 2010, № 18, ст. 2145; № 31, ст. 4163; № 50, ст. 6611; 2011, № 15, ст. 2040; № 19, ст. 2715; 2013, № 17, ст. 2028, 2033; № 27, ст. 3479; № 43, ст. 5442; № 44, ст. 5633; № 49, ст. 6345; № 52, ст. 7001; 2014, № 19, ст. 2331; № 26, ст. 3360; № 30, ст. 4274; № 48, ст. 6645; 2015, № 1, ст. 29, 58; № 10, ст. 1393; № 27, ст. 3945; 2016, № 1, ст. 29; № 10, ст. 1319; № 26, ст. 3889; № 52, ст. 7487; 2017, № 31, ст. 4772, 4809; 2018, № 31, ст. 4854; № 32, ст. 5133; № 49, ст. 7523; № 53, ст. 8488) следующие изменения: 1) статью 2 дополнить словами ", мирному урегулированию споров"; 2) статью 3 дополнить частью пятой следующего содержания: "5. Стороны после обращения в суд вправе использовать примирительные процедуры для урегулирования спора."; 3) часть первую статьи 16 дополнить пунктом 11 следующего содержания: "11) являлся судебным примирителем по данному делу;"; 4) в части первой статьи 43: а) в абзаце первом слова "или заключение мирового соглашения" исключить; б) дополнить новым абзацем вторым следующего содержания: "При этом третьи лица, не заявляющие самостоятельных требований относительно предмета спора, вправе выступать участниками мирового соглашения в случаях, если они приобретают права либо на них возлагается обязанность по условиям данного соглашения."; в) абзац второй считать абзацем третьим; 5) пункт 1 части третьей статьи 69 после слов "или медиаторы" дополнить словами ", судебные примирители", дополнить словами ", судебного примирителя"; 6) часть вторую статьи 131 дополнить пунктом 71 следующего содержания: "71) сведения о предпринятых стороной (сторонами) действиях, направленных на примирение, если такие действия предпринимались;"; 7) статью 132 дополнить пунктом 7 следующего содержания: "7) документы, подтверждающие совершение стороной (сторонами) действий, направленных на примирение, если такие действия предпринимались и соответствующие документы имеются."; 8) статью 133 изложить в следующей редакции: "Статья 133. Принятие искового заявления 1. Судья в течение пяти дней со дня поступления искового заявления в суд обязан рассмотреть вопрос о его принятии к производству суда. О принятии заявления к производству суда судья выносит определение, на основании которого возбуждается гражданское дело в суде первой инстанции.</w:t>
      </w:r>
    </w:p>
    <w:p>
      <w:r>
        <w:rPr>
          <w:b/>
        </w:rPr>
        <w:t xml:space="preserve">2. </w:t>
      </w:r>
      <w:r>
        <w:t>В определении о принятии искового заявления указывается на подготовку дела к судебному разбирательству, действия, которые надлежит совершить лицам, участвующим в деле, в том числе для примирения, сроки их совершения, а также номера телефонов и факсов суда, его почтовый адрес, адрес официального сайта суда в информационно-телекоммуникационной сети "Интернет", адрес электронной почты суда, по которым лица, участвующие в деле, могут направлять и получать информацию о рассматриваемом деле и иные сведения, предусмотренные настоящим Кодексом</w:t>
      </w:r>
    </w:p>
    <w:p>
      <w:r>
        <w:rPr>
          <w:b/>
        </w:rPr>
        <w:t xml:space="preserve">3. </w:t>
      </w:r>
      <w:r>
        <w:t>Копии определения о принятии искового заявления к производству суда направляются лицам, участвующим в деле, не позднее следующего рабочего дня после дня его вынесения.";</w:t>
      </w:r>
    </w:p>
    <w:p>
      <w:r>
        <w:rPr>
          <w:b/>
        </w:rPr>
        <w:t xml:space="preserve">3. </w:t>
      </w:r>
      <w:r>
        <w:t>часть первую статьи 147 изложить в следующей редакции: "1. После принятия заявления судья выносит определение о подготовке дела к судебному разбирательству и указывает сторонам на возможность обратиться за содействием к суду или посреднику, в том числе медиатору, судебному примирителю, в целях урегулирования спора или использовать другие примирительные процедуры, а также на действия, которые следует совершить сторонам, другим лицам, участвующим в деле, и сроки совершения этих действий для обеспечения правильного и своевременного рассмотрения и разрешения дела."</w:t>
      </w:r>
    </w:p>
    <w:p>
      <w:r>
        <w:rPr>
          <w:b/>
        </w:rPr>
        <w:t xml:space="preserve">3. </w:t>
      </w:r>
      <w:r>
        <w:t>пункт 5 части первой статьи 150 изложить в следующей редакции: "5) содействует примирению сторон, принимает меры по заключению сторонами мирового соглашения, в том числе по результатам проведения в порядке, установленном федеральным законом, процедуры медиации, которую стороны вправе проводить на любой стадии гражданского процесса, разъясняет условия и порядок реализации данного права, существо и преимущества примирительных процедур, а также разъясняет сторонам их право обратиться за разрешением спора в третейский суд и последствия таких действий. При выявлении намерения сторон обратиться к судебному примирителю суд утверждает его кандидатуру, выбранную сторонами, в порядке, предусмотренном настоящим Кодексом;"</w:t>
      </w:r>
    </w:p>
    <w:p>
      <w:r>
        <w:rPr>
          <w:b/>
        </w:rPr>
        <w:t xml:space="preserve">3. </w:t>
      </w:r>
      <w:r>
        <w:t>часть вторую статьи 152 дополнить абзацем следующего содержания: "В предварительном судебном заседании судья выясняет мнение сторон о возможности урегулировать спор, предлагает сторонам использовать примирительные процедуры."</w:t>
      </w:r>
    </w:p>
    <w:p>
      <w:r>
        <w:rPr>
          <w:b/>
        </w:rPr>
        <w:t xml:space="preserve">3. </w:t>
      </w:r>
      <w:r>
        <w:t>дополнить главой 141 следующего содержания: "Глава 141. Примирительные процедуры. Мировое соглашение</w:t>
      </w:r>
    </w:p>
    <w:p>
      <w:r>
        <w:rPr>
          <w:b/>
        </w:rPr>
        <w:t>Статья 153.1. Примирение сторон</w:t>
      </w:r>
    </w:p>
    <w:p>
      <w:r>
        <w:rPr>
          <w:b/>
        </w:rPr>
        <w:t xml:space="preserve">1. </w:t>
      </w:r>
      <w:r>
        <w:t>Суд принимает меры для примирения сторон, содействует им в урегулировании спора, руководствуясь при этом интересами сторон и задачами судопроизводства</w:t>
      </w:r>
    </w:p>
    <w:p>
      <w:r>
        <w:rPr>
          <w:b/>
        </w:rPr>
        <w:t xml:space="preserve">2. </w:t>
      </w:r>
      <w:r>
        <w:t>Примирение сторон осуществляется на основе принципов добровольности, сотрудничества, равноправия и конфиденциальности</w:t>
      </w:r>
    </w:p>
    <w:p>
      <w:r>
        <w:rPr>
          <w:b/>
        </w:rPr>
        <w:t xml:space="preserve">3. </w:t>
      </w:r>
      <w:r>
        <w:t>Стороны пользуются равными правами на выбор примирительной процедуры, определение условий ее проведения, а также кандидатуры посредника, в том числе медиатора, судебного примирителя. По указанным вопросам сторонами может быть заключено соглашение</w:t>
      </w:r>
    </w:p>
    <w:p>
      <w:r>
        <w:rPr>
          <w:b/>
        </w:rPr>
        <w:t xml:space="preserve">4. </w:t>
      </w:r>
      <w:r>
        <w:t>Примирение сторон возможно на любой стадии гражданского процесса и при исполнении судебного акта, если иное не предусмотрено настоящим Кодексом и не противоречит федеральному закону</w:t>
      </w:r>
    </w:p>
    <w:p>
      <w:r>
        <w:rPr>
          <w:b/>
        </w:rPr>
        <w:t>Статья 153.2. Порядок и сроки проведения примирительной процедуры</w:t>
      </w:r>
    </w:p>
    <w:p>
      <w:r>
        <w:rPr>
          <w:b/>
        </w:rPr>
        <w:t xml:space="preserve">1. </w:t>
      </w:r>
      <w:r>
        <w:t>Примирительная процедура может быть проведена по ходатайству сторон или по предложению суда. Предложение суда провести примирительную процедуру может содержаться в определении о принятии искового заявления (заявления) к производству, о подготовке дела к судебному разбирательству или в ином определении по делу, а также может быть сделано судом в устной форме. Для рассмотрения сторонами возможности использования примирительной процедуры суд может объявить перерыв в судебном заседании</w:t>
      </w:r>
    </w:p>
    <w:p>
      <w:r>
        <w:rPr>
          <w:b/>
        </w:rPr>
        <w:t xml:space="preserve">2. </w:t>
      </w:r>
      <w:r>
        <w:t>При согласии сторон с предложением суда о проведении примирительной процедуры, в случае удовлетворения ходатайства о ее проведении суд выносит определение о проведении примирительной процедуры и при необходимости об отложении судебного разбирательства. В определении о проведении примирительной процедуры суд указывает наименования сторон, предмет спора и круг вопросов, для урегулирования которых может быть использована примирительная процедура, сроки проведения примирительной процедуры. В определении могут содержаться и иные указания, необходимые для обеспечения надлежащего проведения примирительной процедуры</w:t>
      </w:r>
    </w:p>
    <w:p>
      <w:r>
        <w:rPr>
          <w:b/>
        </w:rPr>
        <w:t xml:space="preserve">3. </w:t>
      </w:r>
      <w:r>
        <w:t>Примирительная процедура должна быть завершена в срок, установленный судом в определении о проведении примирительной процедуры. По ходатайству сторон указанный срок может быть продлен судом</w:t>
      </w:r>
    </w:p>
    <w:p>
      <w:r>
        <w:rPr>
          <w:b/>
        </w:rPr>
        <w:t xml:space="preserve">4. </w:t>
      </w:r>
      <w:r>
        <w:t>В ходе использования примирительной процедуры стороны могут достичь результатов примирения, установленных настоящим Кодексом</w:t>
      </w:r>
    </w:p>
    <w:p>
      <w:r>
        <w:rPr>
          <w:b/>
        </w:rPr>
        <w:t xml:space="preserve">5. </w:t>
      </w:r>
      <w:r>
        <w:t>В случае, если стороны не достигли примирения, отказались от проведения примирительных процедур либо истек срок их проведения, суд возобновляет судебное разбирательство в порядке, предусмотренном частью третьей статьи 169 настоящего Кодекса</w:t>
      </w:r>
    </w:p>
    <w:p>
      <w:r>
        <w:rPr>
          <w:b/>
        </w:rPr>
        <w:t>Статья 153.3. Виды примирительных процедур</w:t>
      </w:r>
    </w:p>
    <w:p>
      <w:r>
        <w:t>Споры могут быть урегулированы путем проведения переговоров, посредничества, в том числе медиации, судебного примирения, или использования других примирительных процедур, если это не противоречит федеральному закону.</w:t>
      </w:r>
    </w:p>
    <w:p>
      <w:r>
        <w:rPr>
          <w:b/>
        </w:rPr>
        <w:t>Статья 153.4. Переговоры</w:t>
      </w:r>
    </w:p>
    <w:p>
      <w:r>
        <w:rPr>
          <w:b/>
        </w:rPr>
        <w:t xml:space="preserve">1. </w:t>
      </w:r>
      <w:r>
        <w:t>Стороны вправе урегулировать спор путем проведения переговоров в целях примирения</w:t>
      </w:r>
    </w:p>
    <w:p>
      <w:r>
        <w:rPr>
          <w:b/>
        </w:rPr>
        <w:t xml:space="preserve">2. </w:t>
      </w:r>
      <w:r>
        <w:t>Переговоры осуществляются на условиях, определяемых сторонами</w:t>
      </w:r>
    </w:p>
    <w:p>
      <w:r>
        <w:rPr>
          <w:b/>
        </w:rPr>
        <w:t xml:space="preserve">3. </w:t>
      </w:r>
      <w:r>
        <w:t>В случаях, предусмотренных федеральным законом или договором, переговоры проводятся в обязательном порядке</w:t>
      </w:r>
    </w:p>
    <w:p>
      <w:r>
        <w:rPr>
          <w:b/>
        </w:rPr>
        <w:t>Статья 153.5. Медиация</w:t>
      </w:r>
    </w:p>
    <w:p>
      <w:r>
        <w:rPr>
          <w:b/>
        </w:rPr>
        <w:t xml:space="preserve">1. </w:t>
      </w:r>
      <w:r>
        <w:t>Стороны вправе урегулировать спор путем проведения процедуры медиации в порядке, установленном настоящим Кодексом и федеральным законом</w:t>
      </w:r>
    </w:p>
    <w:p>
      <w:r>
        <w:rPr>
          <w:b/>
        </w:rPr>
        <w:t xml:space="preserve">2. </w:t>
      </w:r>
      <w:r>
        <w:t>В случае заявления сторонами соответствующего ходатайства суд откладывает судебное разбирательство на основании части первой статьи 169 настоящего Кодекса</w:t>
      </w:r>
    </w:p>
    <w:p>
      <w:r>
        <w:rPr>
          <w:b/>
        </w:rPr>
        <w:t>Статья 153.6. Судебное примирение</w:t>
      </w:r>
    </w:p>
    <w:p>
      <w:r>
        <w:rPr>
          <w:b/>
        </w:rPr>
        <w:t xml:space="preserve">1. </w:t>
      </w:r>
      <w:r>
        <w:t>Стороны вправе урегулировать спор путем использования примирительной процедуры с участием судебного примирителя (судебное примирение)</w:t>
      </w:r>
    </w:p>
    <w:p>
      <w:r>
        <w:rPr>
          <w:b/>
        </w:rPr>
        <w:t xml:space="preserve">2. </w:t>
      </w:r>
      <w:r>
        <w:t>Судебное примирение осуществляется на основе принципов независимости, беспристрастности и добросовестности судебного примирителя. Порядок проведения судебного примирения и требования к судебному примирителю определяются настоящим Кодексом и Регламентом проведения судебного примирения, утверждаемым Верховным Судом Российской Федерации</w:t>
      </w:r>
    </w:p>
    <w:p>
      <w:r>
        <w:rPr>
          <w:b/>
        </w:rPr>
        <w:t xml:space="preserve">3. </w:t>
      </w:r>
      <w:r>
        <w:t>Судебным примирителем является судья в отставке. Список судебных примирителей формируется и утверждается Пленумом Верховного Суда Российской Федерации на основе предложений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о кандидатурах судебных примирителей из числа судей в отставке, изъявивших желание выступать в качестве судебного примирителя. Судебный примиритель участвует в процедуре судебного примирения с учетом положений настоящего Кодекса и законодательства о статусе судей в Российской Федерации</w:t>
      </w:r>
    </w:p>
    <w:p>
      <w:r>
        <w:rPr>
          <w:b/>
        </w:rPr>
        <w:t xml:space="preserve">4. </w:t>
      </w:r>
      <w:r>
        <w:t>Кандидатура судебного примирителя определяется по взаимному согласию сторон из списка судебных примирителей и утверждается определением суда</w:t>
      </w:r>
    </w:p>
    <w:p>
      <w:r>
        <w:rPr>
          <w:b/>
        </w:rPr>
        <w:t xml:space="preserve">5. </w:t>
      </w:r>
      <w:r>
        <w:t>В целях соотнесения и сближения позиций сторон по делу и выявления дополнительных возможностей для урегулирования спора с учетом интересов сторон, оказания им содействия в достижении взаимоприемлемого результата примирения, основанного в том числе на понимании и оценке сторонами обоснованности заявленных требований и возражений, судебный примиритель вправе вести переговоры со сторонами, другими лицами, участвующими в деле, изучать представленные сторонами документы, знакомиться с материалами дела с согласия суда и осуществлять другие действия, необходимые для эффективного урегулирования спора и предусмотренные Регламентом проведения судебного примирения, в том числе давать сторонам рекомендации в целях скорейшего урегулирования спора и сохранения между сторонами деловых отношений. Судебный примиритель не является участником судебного разбирательства 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процесса. Судья вправе запросить информацию о ходе примирительной процедуры не чаще чем один раз в четырнадцать календарных дней</w:t>
      </w:r>
    </w:p>
    <w:p>
      <w:r>
        <w:rPr>
          <w:b/>
        </w:rPr>
        <w:t xml:space="preserve">6. </w:t>
      </w:r>
      <w:r>
        <w:t>Порядок и условия оплаты труда судей, пребывающих в отставке и осуществляющих функции судебных примирителей, определяются Правительством Российской Федерации</w:t>
      </w:r>
    </w:p>
    <w:p>
      <w:r>
        <w:rPr>
          <w:b/>
        </w:rPr>
        <w:t>Статья 153.7. Результаты примирительных процедур</w:t>
      </w:r>
    </w:p>
    <w:p>
      <w:r>
        <w:rPr>
          <w:b/>
        </w:rPr>
        <w:t xml:space="preserve">1. </w:t>
      </w:r>
      <w:r>
        <w:t>Результатами примирения лиц, участвующих в деле, могут быть, в частности</w:t>
      </w:r>
    </w:p>
    <w:p>
      <w:r>
        <w:rPr>
          <w:b/>
        </w:rPr>
        <w:t xml:space="preserve">2. </w:t>
      </w:r>
      <w:r>
        <w:t>Признание обстоятельств, признание иска (требований), отказ от иска (требований) полностью или в части принимаются судом в порядке, установленном настоящим Кодексом</w:t>
      </w:r>
    </w:p>
    <w:p>
      <w:r>
        <w:rPr>
          <w:b/>
        </w:rPr>
        <w:t xml:space="preserve">3. </w:t>
      </w:r>
      <w:r>
        <w:t>Признание обстоятельств, на которых другая сторона основывает свои требования или возражения, может быть осуществлено в форме одностороннего заявления о согласии с позицией другой стороны</w:t>
      </w:r>
    </w:p>
    <w:p>
      <w:r>
        <w:rPr>
          <w:b/>
        </w:rPr>
        <w:t xml:space="preserve">1. </w:t>
      </w:r>
      <w:r>
        <w:t>мировое соглашение в отношении всех или части заявленных требований</w:t>
      </w:r>
    </w:p>
    <w:p>
      <w:r>
        <w:rPr>
          <w:b/>
        </w:rPr>
        <w:t xml:space="preserve">1. </w:t>
      </w:r>
      <w:r>
        <w:t>частичный или полный отказ от иска</w:t>
      </w:r>
    </w:p>
    <w:p>
      <w:r>
        <w:rPr>
          <w:b/>
        </w:rPr>
        <w:t xml:space="preserve">1. </w:t>
      </w:r>
      <w:r>
        <w:t>частичное или полное признание иска</w:t>
      </w:r>
    </w:p>
    <w:p>
      <w:r>
        <w:rPr>
          <w:b/>
        </w:rPr>
        <w:t xml:space="preserve">1. </w:t>
      </w:r>
      <w:r>
        <w:t>полный или частичный отказ от апелляционной, кассационной жалобы, надзорной жалобы (представления)</w:t>
      </w:r>
    </w:p>
    <w:p>
      <w:r>
        <w:rPr>
          <w:b/>
        </w:rPr>
        <w:t xml:space="preserve">1. </w:t>
      </w:r>
      <w:r>
        <w:t>признание обстоятельств, на которых другая сторона основывает свои требования или возражения</w:t>
      </w:r>
    </w:p>
    <w:p>
      <w:r>
        <w:rPr>
          <w:b/>
        </w:rPr>
        <w:t>Статья 153.8. Заключение мирового соглашения</w:t>
      </w:r>
    </w:p>
    <w:p>
      <w:r>
        <w:rPr>
          <w:b/>
        </w:rPr>
        <w:t xml:space="preserve">1. </w:t>
      </w:r>
      <w:r>
        <w:t>Мировое соглашение может быть заключено сторонами на любой стадии гражданского процесса и при исполнении судебного акта. Третьи лица, заявляющие самостоятельные требования относительно предмета спора, вправе участвовать в заключении мирового соглашения в качестве стороны. Третьи лица, не заявляющие самостоятельных требований относительно предмета спора, вправе выступать участниками мирового соглашения в случаях, если они приобретают права либо на них возлагаются обязанности по условиям данного соглашения</w:t>
      </w:r>
    </w:p>
    <w:p>
      <w:r>
        <w:rPr>
          <w:b/>
        </w:rPr>
        <w:t xml:space="preserve">2. </w:t>
      </w:r>
      <w:r>
        <w:t>Мировое соглашение не может нарушать права и законные интересы других лиц и противоречить закону</w:t>
      </w:r>
    </w:p>
    <w:p>
      <w:r>
        <w:rPr>
          <w:b/>
        </w:rPr>
        <w:t xml:space="preserve">3. </w:t>
      </w:r>
      <w:r>
        <w:t>Мировое соглашение утверждается судом</w:t>
      </w:r>
    </w:p>
    <w:p>
      <w:r>
        <w:rPr>
          <w:b/>
        </w:rPr>
        <w:t>Статья 153.9. Форма и содержание мирового соглашения</w:t>
      </w:r>
    </w:p>
    <w:p>
      <w:r>
        <w:rPr>
          <w:b/>
        </w:rPr>
        <w:t xml:space="preserve">1. </w:t>
      </w:r>
      <w:r>
        <w:t>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 специально предусмотренных в доверенности или ином документе, подтверждающем полномочия представителя</w:t>
      </w:r>
    </w:p>
    <w:p>
      <w:r>
        <w:rPr>
          <w:b/>
        </w:rPr>
        <w:t xml:space="preserve">2. </w:t>
      </w:r>
      <w:r>
        <w:t>Мировое соглашение должно содержать согласованные сторонами сведения об условиях, о размере и сроках исполнения обязательств друг перед другом или одной стороной перед другой. В мировом соглашении могут содержаться условия об отсрочке или о рассрочке исполнения обязательств ответчиком, об уступке прав требования, о полном или частичном прощении либо признании долга, санкции за неисполнение или ненадлежащее исполнение обязательств и иные условия, не противоречащие федеральному закону</w:t>
      </w:r>
    </w:p>
    <w:p>
      <w:r>
        <w:rPr>
          <w:b/>
        </w:rPr>
        <w:t xml:space="preserve">3. </w:t>
      </w:r>
      <w:r>
        <w:t>Мировое соглашение заключается в отношении предъявленных в суд исковых требований. Допускается включение в мировое соглашение положений, которые связаны с заявленными требованиями, но не были предметом судебного разбирательства</w:t>
      </w:r>
    </w:p>
    <w:p>
      <w:r>
        <w:rPr>
          <w:b/>
        </w:rPr>
        <w:t xml:space="preserve">4. </w:t>
      </w:r>
      <w:r>
        <w:t>Мировое соглашение может быть заключено по вопросу распределения судебных расходов</w:t>
      </w:r>
    </w:p>
    <w:p>
      <w:r>
        <w:rPr>
          <w:b/>
        </w:rPr>
        <w:t xml:space="preserve">5. </w:t>
      </w:r>
      <w:r>
        <w:t>Если в мировом соглашении отсутствует условие о распределении судебных расходов, суд разрешает этот вопрос при утверждении мирового соглашения в общем порядке, установленном настоящим Кодексом</w:t>
      </w:r>
    </w:p>
    <w:p>
      <w:r>
        <w:rPr>
          <w:b/>
        </w:rPr>
        <w:t xml:space="preserve">6. </w:t>
      </w:r>
      <w:r>
        <w:t>Мировое соглашение составляется и подписывается в количестве экземпляров, превышающем на один экземпляр количество лиц, заключивших мировое соглашение. Один из этих экземпляров приобщается судом, утвердившим мировое соглашение, к материалам дела</w:t>
      </w:r>
    </w:p>
    <w:p>
      <w:r>
        <w:rPr>
          <w:b/>
        </w:rPr>
        <w:t>Статья 153.10. Утверждение судом мирового соглашения</w:t>
      </w:r>
    </w:p>
    <w:p>
      <w:r>
        <w:rPr>
          <w:b/>
        </w:rPr>
        <w:t xml:space="preserve">1. </w:t>
      </w:r>
      <w:r>
        <w:t>Мировое соглашение утверждается судом, в производстве которого находится дело. В случае, если мировое соглашение заключено в процессе исполнения судебного акта, оно представляется на утверждение суда, рассмотревшего дело в качестве суда первой инстанции</w:t>
      </w:r>
    </w:p>
    <w:p>
      <w:r>
        <w:rPr>
          <w:b/>
        </w:rPr>
        <w:t xml:space="preserve">2. </w:t>
      </w:r>
      <w:r>
        <w:t>Вопрос об утверждении мирового соглашения рассматривается судом в судебном заседании. Лица, участвующие в деле, извещаются о времени и месте судебного заседания</w:t>
      </w:r>
    </w:p>
    <w:p>
      <w:r>
        <w:rPr>
          <w:b/>
        </w:rPr>
        <w:t xml:space="preserve">3. </w:t>
      </w:r>
      <w:r>
        <w:t>В случае неявки в судебное заседание лиц, заключивших мировое соглашение и извещенных надлежащим образом о времени и месте судебного заседания, вопрос об утверждении мирового соглашения не рассматривается судом, если от этих лиц не поступило заявление о рассмотрении данного вопроса в их отсутствие</w:t>
      </w:r>
    </w:p>
    <w:p>
      <w:r>
        <w:rPr>
          <w:b/>
        </w:rPr>
        <w:t xml:space="preserve">4. </w:t>
      </w:r>
      <w:r>
        <w:t>Вопрос об утверждении мирового соглашения, заключаемого в процессе исполнения судебного акта, рассматривается судом в срок, не превышающий одного месяца со дня поступления в суд заявления о его утверждении</w:t>
      </w:r>
    </w:p>
    <w:p>
      <w:r>
        <w:rPr>
          <w:b/>
        </w:rPr>
        <w:t xml:space="preserve">5. </w:t>
      </w:r>
      <w:r>
        <w:t>По результатам рассмотрения вопроса об утверждении мирового соглашения суд выносит определение</w:t>
      </w:r>
    </w:p>
    <w:p>
      <w:r>
        <w:rPr>
          <w:b/>
        </w:rPr>
        <w:t xml:space="preserve">6. </w:t>
      </w:r>
      <w:r>
        <w:t>Суд не утверждает мировое соглашение, если оно противоречит закону или нарушает права и законные интересы других лиц</w:t>
      </w:r>
    </w:p>
    <w:p>
      <w:r>
        <w:rPr>
          <w:b/>
        </w:rPr>
        <w:t xml:space="preserve">7. </w:t>
      </w:r>
      <w:r>
        <w:t>При рассмотрении вопроса об утверждении мирового соглашения суд исследует фактические обстоятельства спора и представленные лицами, участвующими в деле, доводы и доказательства, дает им оценку лишь в той мере, в какой это необходимо для проверки соответствия мирового соглашения требованиям закона и отсутствия нарушений прав и законных интересов других лиц. При рассмотрении вопроса об утверждении мирового соглашения в случае обжалования судебного акта или его исполнения законность и обоснованность соответствующего судебного акта не проверяются</w:t>
      </w:r>
    </w:p>
    <w:p>
      <w:r>
        <w:rPr>
          <w:b/>
        </w:rPr>
        <w:t xml:space="preserve">8. </w:t>
      </w:r>
      <w:r>
        <w:t>Суд не вправе утверждать мировое соглашение в части, изменять или исключать из него какие-либо условия, согласованные сторонами. При рассмотрении вопроса об утверждении мирового соглашения суд вправе предложить сторонам исключить из мирового соглашения отдельные условия, противоречащие закону или нарушающие права и законные интересы других лиц</w:t>
      </w:r>
    </w:p>
    <w:p>
      <w:r>
        <w:rPr>
          <w:b/>
        </w:rPr>
        <w:t xml:space="preserve">9. </w:t>
      </w:r>
      <w:r>
        <w:t>В определении суда об утверждении мирового соглашения указываются</w:t>
      </w:r>
    </w:p>
    <w:p>
      <w:r>
        <w:rPr>
          <w:b/>
        </w:rPr>
        <w:t xml:space="preserve">10. </w:t>
      </w:r>
      <w:r>
        <w:t>В определении об утверждении мирового соглашения, заключенного в процессе исполнения судебного акта, должно быть также указано, что этот судебный акт не подлежит исполнению</w:t>
      </w:r>
    </w:p>
    <w:p>
      <w:r>
        <w:rPr>
          <w:b/>
        </w:rPr>
        <w:t xml:space="preserve">11. </w:t>
      </w:r>
      <w:r>
        <w:t>Определение об утверждении мирового соглашения подлежит немедленному исполнению и может быть обжаловано в суд кассационной инстанции в течение одного месяца со дня вынесения такого определения</w:t>
      </w:r>
    </w:p>
    <w:p>
      <w:r>
        <w:rPr>
          <w:b/>
        </w:rPr>
        <w:t xml:space="preserve">12. </w:t>
      </w:r>
      <w:r>
        <w:t>Определение об отказе в утверждении мирового соглашения может быть обжаловано</w:t>
      </w:r>
    </w:p>
    <w:p>
      <w:r>
        <w:rPr>
          <w:b/>
        </w:rPr>
        <w:t xml:space="preserve">13. </w:t>
      </w:r>
      <w:r>
        <w:t>Утверждение мирового соглашения в суде первой инстанции влечет за собой прекращение производства по делу полностью или в части. Утверждение мирового соглашения в судах апелляционной, кассационной и надзорной инстанций по предмету заявленных требований влечет за собой отмену судебного акта и прекращение производства по делу. Утверждение мирового соглашения, заключенного в процессе исполнения судебного акта, влечет за собой прекращение исполнения этого судебного акта при оставлении его в силе. На это указывается в определении суда. Утверждение мирового соглашения, заключенного при рассмотрении заявления по вопросу распределения судебных расходов, понесенных в судах первой, апелляционной, кассационной и надзорной инстанций, влечет за собой прекращение производства по заявлению о распределении судебных расходов</w:t>
      </w:r>
    </w:p>
    <w:p>
      <w:r>
        <w:rPr>
          <w:b/>
        </w:rPr>
        <w:t xml:space="preserve">9. </w:t>
      </w:r>
      <w:r>
        <w:t>утверждение мирового соглашения или отказ в утверждении мирового соглашения</w:t>
      </w:r>
    </w:p>
    <w:p>
      <w:r>
        <w:rPr>
          <w:b/>
        </w:rPr>
        <w:t xml:space="preserve">9. </w:t>
      </w:r>
      <w:r>
        <w:t>условия мирового соглашения</w:t>
      </w:r>
    </w:p>
    <w:p>
      <w:r>
        <w:rPr>
          <w:b/>
        </w:rPr>
        <w:t xml:space="preserve">9. </w:t>
      </w:r>
      <w:r>
        <w:t>возвращение истцу из соответствующего бюджета части уплаченной им государственной пошлины в размерах, установленных федеральными законами о налогах и сборах</w:t>
      </w:r>
    </w:p>
    <w:p>
      <w:r>
        <w:rPr>
          <w:b/>
        </w:rPr>
        <w:t xml:space="preserve">9. </w:t>
      </w:r>
      <w:r>
        <w:t>распределение судебных расходов</w:t>
      </w:r>
    </w:p>
    <w:p>
      <w:r>
        <w:rPr>
          <w:b/>
        </w:rPr>
        <w:t>Статья 153.11. Исполнение мирового соглашения</w:t>
      </w:r>
    </w:p>
    <w:p>
      <w:r>
        <w:rPr>
          <w:b/>
        </w:rPr>
        <w:t xml:space="preserve">1. </w:t>
      </w:r>
      <w:r>
        <w:t>Мировое соглашение исполняется лицами, его заключившими, добровольно в порядке и в сроки, которые предусмотрены этим мировым соглашением</w:t>
      </w:r>
    </w:p>
    <w:p>
      <w:r>
        <w:rPr>
          <w:b/>
        </w:rPr>
        <w:t xml:space="preserve">2. </w:t>
      </w:r>
      <w:r>
        <w:t>Мировое соглашение, не исполненное добровольно, подлежит принудительному исполнению по правилам раздела VII настоящего Кодекса на основании исполнительного листа, выдаваемого судом по ходатайству лица, заключившего мировое соглашение.";</w:t>
      </w:r>
    </w:p>
    <w:p>
      <w:r>
        <w:rPr>
          <w:b/>
        </w:rPr>
        <w:t xml:space="preserve">2. </w:t>
      </w:r>
      <w:r>
        <w:t>статью 154 дополнить частью четвертой1 следующего содержания: "41. Срок, на который судебное разбирательство было отложено в целях примирения сторон, не включается в сроки рассмотрения дел, установленные настоящей статьей, но учитывается при определении разумного срока судопроизводства."</w:t>
      </w:r>
    </w:p>
    <w:p>
      <w:r>
        <w:rPr>
          <w:b/>
        </w:rPr>
        <w:t xml:space="preserve">2. </w:t>
      </w:r>
      <w:r>
        <w:t>в части первой статьи 169 второе предложение изложить в следующей редакции: "Суд может отложить разбирательство дела на срок, не превышающий двух месяцев, по ходатайству сторон в случае их обращения за содействием к суду или посреднику, в том числе медиатору, судебному примирителю, а также в случае принятия сторонами предложения суда использовать примирительную процедуру."</w:t>
      </w:r>
    </w:p>
    <w:p>
      <w:r>
        <w:rPr>
          <w:b/>
        </w:rPr>
        <w:t xml:space="preserve">2. </w:t>
      </w:r>
      <w:r>
        <w:t>в статье 172 слова "провести процедуру медиации" заменить словами "проведением других примирительных процедур, в том числе процедуру медиации"</w:t>
      </w:r>
    </w:p>
    <w:p>
      <w:r>
        <w:rPr>
          <w:b/>
        </w:rPr>
        <w:t>Статья 6</w:t>
      </w:r>
    </w:p>
    <w:p>
      <w:r>
        <w:t>Внести в часть 1 статьи 12 Федерального закона от 2 октября 2007 года № 229-ФЗ "Об исполнительном производстве" (Собрание законодательства Российской Федерации, 2007, № 41, ст. 4849; 2009, № 1, ст. 14; 2013, № 51, ст. 6678; № 52, ст. 7006; 2014, № 19, ст. 2331; 2015, № 10, ст. 1411; 2016, № 1, ст. 11; 2017, № 1, ст. 33; 2018, № 24, ст. 3400; № 32, ст. 5100) следующие изменения</w:t>
      </w:r>
    </w:p>
    <w:p>
      <w:r>
        <w:t>в пункте 3 слова "удостоверенные копии" заменить словами "засвидетельствованные копии"</w:t>
      </w:r>
    </w:p>
    <w:p>
      <w:r>
        <w:t>дополнить пунктом 31 следующего содержания: "31) нотариально удостоверенные медиативные соглашения или их нотариально засвидетельствованные копии;"</w:t>
      </w:r>
    </w:p>
    <w:p>
      <w:r>
        <w:rPr>
          <w:b/>
        </w:rPr>
        <w:t>Статья 7</w:t>
      </w:r>
    </w:p>
    <w:p>
      <w:r>
        <w:t>Внести в Федеральный закон от 27 июля 2010 года № 193-ФЗ "Об альтернативной процедуре урегулирования споров с участием посредника (процедуре медиации)" (Собрание законодательства Российской Федерации, 2010, № 31, ст. 4162; 2013, № 27, ст. 3477) следующие изменения</w:t>
      </w:r>
    </w:p>
    <w:p>
      <w:r>
        <w:t>в статье 1: а) часть 2 после слова "гражданских" дополнить словами ", административных и иных публичных"; б) часть 4 после слов "гражданского судопроизводства" дополнить словами ", административного судопроизводства"</w:t>
      </w:r>
    </w:p>
    <w:p>
      <w:r>
        <w:t>статью 12 дополнить частью 5 следующего содержания: "5. Медиативное соглашение, достигнутое сторонами в результате процедуры медиации, проведенной без передачи спора на рассмотрение суда или третейского суда, в случае его нотариального удостоверения имеет силу исполнительного документа."</w:t>
      </w:r>
    </w:p>
    <w:p>
      <w:r>
        <w:t>статью 16 дополнить частью 11 следующего содержания: "11. Осуществлять деятельность медиаторов на профессиональной основе могут также судьи, пребывающие в отставке. Списки судей, пребывающих в отставке и изъявивших желание осуществлять деятельность медиаторов на профессиональной основе, ведутся советами судей субъектов Российской Федерации."</w:t>
      </w:r>
    </w:p>
    <w:p>
      <w:r>
        <w:rPr>
          <w:b/>
        </w:rPr>
        <w:t>Статья 8</w:t>
      </w:r>
    </w:p>
    <w:p>
      <w:r>
        <w:t>Внести в Кодекс административного судопроизводства Российской Федерации (Собрание законодательства Российской Федерации, 2015, № 10, ст. 1391; 2016, № 26, ст. 3889; 2018, № 31, ст. 4854; № 49, ст. 7523; № 53, ст. 8488) следующие изменения: 1) статью 3 дополнить пунктом 5 следующего содержания: "5) мирное урегулирование споров, возникающих из административных и иных публичных правоотношений."; 2) статью 4 дополнить частью 31 следующего содержания: "31. Стороны вправе после обращения в суд использовать примирительные процедуры для урегулирования спора, за исключением случаев, предусмотренных настоящим Кодексом."; 3) часть 1 статьи 31 дополнить пунктом 21 следующего содержания: "21) являлся судебным примирителем по данному административному делу;"; 4) в части 4 статьи 46 слова "статьей 137 настоящего Кодекса" заменить словами "настоящим Кодексом"; 5) в части 3 статьи 51: а) в пункте 1 слова ", посредники, оказывающие содействие сторонам в урегулировании споров, в том числе медиаторы," исключить; б) дополнить пунктом 11 следующего содержания: "11) представители лиц, участвовавших в проведении примирительной процедуры, посредники, в том числе медиаторы, судебные примирители, об обстоятельствах, которые стали им известны в связи с участием в примирительной процедуре;"; 6) в части 1 статьи 85: а) в абзаце первом слова "в случае, если" заменить словами ", в том числе в случае приостановления производства по административному делу в целях урегулирования спора, если"; б) пункт 1 после слова "делу" дополнить словами "или примирения сторон"; 7) часть 2 статьи 125 дополнить пунктом 61 следующего содержания: "61) сведения о предпринятых стороной (сторонами) действиях, направленных на примирение, если такие действия предпринимались;"; 8) часть 1 статьи 126 дополнить пунктом 61 следующего содержания: "61) документы, подтверждающие совершение стороной (сторонами) действий, направленных на примирение, если такие действия предпринимались и соответствующие документы имеются;"; 9) статью 133 дополнить частью 11 следующего содержания: "11. В определении о подготовке административного дела к судебному разбирательству может быть указано на право сторон обратиться за содействием к посреднику, в том числе медиатору, судебному примирителю, в целях урегулирования спора или использовать другие примирительные процедуры."; 10) пункт 10 части 3 статьи 135 дополнить словами ", в частности разъясняет сторонам в целях урегулирования спора право обратиться за содействием к посреднику, в том числе медиатору, судебному примирителю, использовать другие примирительные процедуры, а также условия и порядок реализации данного права, существо и преимущества примирительных процедур, последствия совершения таких действий, принимает меры для заключения сторонами соглашения о примирении, содействует примирению сторон"; 11) в статье 137: а) дополнить частью11 следующего содержания: "11. Примирение сторон осуществляется на основе принципов добровольности, сотрудничества, равноправия и конфиденциальности."; б) дополнить частью 21 следующего содержания: "21. Стороны пользуются равными правами на выбор примирительной процедуры, определение условий ее проведения, а также кандидатуры посредника, в том числе медиатора, судебного примирителя. По указанным вопросам сторонами может быть заключено соглашение. Примирение сторон возможно на любой стадии административного судопроизводства и при исполнении судебного акта по административному делу, если иное не предусмотрено настоящим Кодексом, другими законами и не вытекает из существа соответствующих правоотношений."; в) части 4 - 9 признать утратившими силу; г) дополнить частью 10 следующего содержания: "10. Соглашение о примирении сторон заключается в отношении предъявленных в суд административных исковых требований. Допускается включение в соглашение о примирении сторон положений, которые связаны с заявленными требованиями, но не были предметом судебного разбирательства. Соглашение о примирении сторон может быть заключено в отношении вопроса о распределении судебных расходов."; 12) дополнить статьями 1371 - 1377 следующего содержания: "Статья 1371. Утверждение судом соглашения о примирении 1. Соглашение о примирении утверждается судом, в производстве которого находится дело. В случае, если соглашение о примирении заключено в процессе исполнения судебного акта, оно представляется на утверждение суда, рассмотревшего дело в качестве суда первой инстанции.</w:t>
      </w:r>
    </w:p>
    <w:p>
      <w:r>
        <w:rPr>
          <w:b/>
        </w:rPr>
        <w:t xml:space="preserve">2. </w:t>
      </w:r>
      <w:r>
        <w:t>Вопрос об утверждении соглашения о примирении рассматривается судом в судебном заседании. Лица, участвующие в деле, извещаются о времени и месте судебного заседания</w:t>
      </w:r>
    </w:p>
    <w:p>
      <w:r>
        <w:rPr>
          <w:b/>
        </w:rPr>
        <w:t xml:space="preserve">3. </w:t>
      </w:r>
      <w:r>
        <w:t>В случае неявки в судебное заседание лиц, заключивших соглашение о примирении и извещенных надлежащим образом о времени и месте судебного заседания, вопрос об утверждении соглашения не рассматривается судом, если от этих лиц не поступило заявление о рассмотрении данного вопроса в их отсутствие</w:t>
      </w:r>
    </w:p>
    <w:p>
      <w:r>
        <w:rPr>
          <w:b/>
        </w:rPr>
        <w:t xml:space="preserve">4. </w:t>
      </w:r>
      <w:r>
        <w:t>Вопрос об утверждении соглашения о примирении, заключаемого в процессе исполнения судебного акта, рассматривается судом в срок, не превышающий одного месяца со дня поступления в суд заявления о его утверждении</w:t>
      </w:r>
    </w:p>
    <w:p>
      <w:r>
        <w:rPr>
          <w:b/>
        </w:rPr>
        <w:t xml:space="preserve">5. </w:t>
      </w:r>
      <w:r>
        <w:t>По результатам рассмотрения вопроса об утверждении соглашения о примирении суд выносит определение</w:t>
      </w:r>
    </w:p>
    <w:p>
      <w:r>
        <w:rPr>
          <w:b/>
        </w:rPr>
        <w:t xml:space="preserve">6. </w:t>
      </w:r>
      <w:r>
        <w:t>Суд не утверждает соглашение о примирении, если оно противоречит закону или нарушает права, свободы и законные интересы других лиц</w:t>
      </w:r>
    </w:p>
    <w:p>
      <w:r>
        <w:rPr>
          <w:b/>
        </w:rPr>
        <w:t xml:space="preserve">7. </w:t>
      </w:r>
      <w:r>
        <w:t>При рассмотрении вопроса об утверждении соглашения о примирении суд исследует фактические обстоятельства спора и представленные лицами, участвующими в деле, доводы и доказательства, дает им оценку лишь в той мере, в какой это необходимо для проверки соответствия соглашения требованиям закона и отсутствия нарушений прав, свобод и законных интересов других лиц. При рассмотрении вопроса об утверждении соглашения о примирении в случае обжалования судебного акта или его исполнения законность и обоснованность соответствующего судебного акта не проверяются</w:t>
      </w:r>
    </w:p>
    <w:p>
      <w:r>
        <w:rPr>
          <w:b/>
        </w:rPr>
        <w:t xml:space="preserve">8. </w:t>
      </w:r>
      <w:r>
        <w:t>Суд не вправе утверждать соглашение о примирении в части, изменять или исключать из него какие-либо условия, согласованные сторонами. При рассмотрении вопроса об утверждении соглашения о примирении суд вправе предложить сторонам исключить из данного соглашения отдельные условия, противоречащие закону или нарушающие права, свободы и законные интересы других лиц</w:t>
      </w:r>
    </w:p>
    <w:p>
      <w:r>
        <w:rPr>
          <w:b/>
        </w:rPr>
        <w:t xml:space="preserve">9. </w:t>
      </w:r>
      <w:r>
        <w:t>В определении суда по вопросу об утверждении соглашения о примирении указываются</w:t>
      </w:r>
    </w:p>
    <w:p>
      <w:r>
        <w:rPr>
          <w:b/>
        </w:rPr>
        <w:t xml:space="preserve">10. </w:t>
      </w:r>
      <w:r>
        <w:t>В определении об утверждении соглашения о примирении, заключенного в процессе исполнения судебного акта, должно быть также указано, что этот судебный акт не подлежит исполнению</w:t>
      </w:r>
    </w:p>
    <w:p>
      <w:r>
        <w:rPr>
          <w:b/>
        </w:rPr>
        <w:t xml:space="preserve">11. </w:t>
      </w:r>
      <w:r>
        <w:t>Определение об утверждении соглашения о примирении подлежит немедленному исполнению и может быть обжаловано в суд кассационной инстанции в течение одного месяца со дня вынесения данного определения</w:t>
      </w:r>
    </w:p>
    <w:p>
      <w:r>
        <w:rPr>
          <w:b/>
        </w:rPr>
        <w:t xml:space="preserve">12. </w:t>
      </w:r>
      <w:r>
        <w:t>Определение об отказе в утверждении соглашения о примирении может быть обжаловано</w:t>
      </w:r>
    </w:p>
    <w:p>
      <w:r>
        <w:rPr>
          <w:b/>
        </w:rPr>
        <w:t xml:space="preserve">13. </w:t>
      </w:r>
      <w:r>
        <w:t>Утверждение соглашения о примирении в суде первой инстанции влечет за собой прекращение производства по делу полностью или в части. Утверждение соглашения о примирении в судах апелляционной, кассационной и надзорной инстанций по предмету заявленных требований влечет за собой отмену судебного акта и прекращение производства по делу. Утверждение соглашения о примирении, заключенного в процессе исполнения судебного акта, влечет за собой прекращение исполнения этого судебного акта при оставлении его в силе. На это указывается в определении суда. Утверждение соглашения о примирении, заключенного при рассмотрении заявления по вопросу о распределении судебных расходов, понесенных в судах первой, апелляционной, кассационной и надзорной инстанций, влечет за собой прекращение производства по заявлению о распределении судебных расходов</w:t>
      </w:r>
    </w:p>
    <w:p>
      <w:r>
        <w:rPr>
          <w:b/>
        </w:rPr>
        <w:t xml:space="preserve">14. </w:t>
      </w:r>
      <w:r>
        <w:t>Исполнение соглашения о примирении сторон осуществляется в порядке и сроки, которые предусмотрены данным соглашением. Не исполненное в добровольном порядке соглашение о примирении сторон подлежит принудительному исполнению по правилам, предусмотренным главой 38 настоящего Кодекса</w:t>
      </w:r>
    </w:p>
    <w:p>
      <w:r>
        <w:rPr>
          <w:b/>
        </w:rPr>
        <w:t xml:space="preserve">9. </w:t>
      </w:r>
      <w:r>
        <w:t>утверждение соглашения о примирении или отказ в утверждении соглашения о примирении</w:t>
      </w:r>
    </w:p>
    <w:p>
      <w:r>
        <w:rPr>
          <w:b/>
        </w:rPr>
        <w:t xml:space="preserve">9. </w:t>
      </w:r>
      <w:r>
        <w:t>условия соглашения о примирении</w:t>
      </w:r>
    </w:p>
    <w:p>
      <w:r>
        <w:rPr>
          <w:b/>
        </w:rPr>
        <w:t xml:space="preserve">9. </w:t>
      </w:r>
      <w:r>
        <w:t>возвращение истцу из соответствующего бюджета части уплаченной им государственной пошлины в размерах, установленных федеральными законами о налогах и сборах</w:t>
      </w:r>
    </w:p>
    <w:p>
      <w:r>
        <w:rPr>
          <w:b/>
        </w:rPr>
        <w:t xml:space="preserve">9. </w:t>
      </w:r>
      <w:r>
        <w:t>распределение судебных расходов</w:t>
      </w:r>
    </w:p>
    <w:p>
      <w:r>
        <w:rPr>
          <w:b/>
        </w:rPr>
        <w:t>Статья 137.2. Порядок и сроки проведения примирительной процедуры</w:t>
      </w:r>
    </w:p>
    <w:p>
      <w:r>
        <w:rPr>
          <w:b/>
        </w:rPr>
        <w:t xml:space="preserve">1. </w:t>
      </w:r>
      <w:r>
        <w:t>Примирительная процедура может быть проведена по ходатайству сторон (стороны) или по предложению суда. Предложение суда провести примирительную процедуру может содержаться в определении о принятии административного искового заявления к производству, о подготовке административного дела к судебному разбирательству или в ином определении по административному делу, а также может быть сделано судом в устной форме. Для рассмотрения сторонами вопроса о возможности использования примирительной процедуры суд вправе отложить судебное разбирательство административного дела и объявить перерыв в судебном заседании</w:t>
      </w:r>
    </w:p>
    <w:p>
      <w:r>
        <w:rPr>
          <w:b/>
        </w:rPr>
        <w:t xml:space="preserve">2. </w:t>
      </w:r>
      <w:r>
        <w:t>В случае согласия сторон с предложением суда о проведении примирительной процедуры либо в случае удовлетворения ходатайства о проведении примирительной процедуры сторон (стороны) при согласии другой стороны, а также в случае, предусмотренном пунктом 8 части 1 статьи 191 настоящего Кодекса, суд выносит определение о проведении примирительной процедуры и при необходимости о приостановлении производства по административному делу. В определении о проведении примирительной процедуры суд указывает фамилии, имена и отчества, наименования сторон, предмет спора и круг вопросов, для урегулирования которых может быть использована примирительная процедура, сроки проведения примирительной процедуры. В определении о проведении примирительной процедуры могут содержаться и иные указания, необходимые для обеспечения надлежащего проведения примирительной процедуры</w:t>
      </w:r>
    </w:p>
    <w:p>
      <w:r>
        <w:rPr>
          <w:b/>
        </w:rPr>
        <w:t xml:space="preserve">3. </w:t>
      </w:r>
      <w:r>
        <w:t>Примирительная процедура должна быть завершена в срок, установленный судом в определении о проведении примирительной процедуры. По ходатайству сторон указанный срок может быть продлен судом</w:t>
      </w:r>
    </w:p>
    <w:p>
      <w:r>
        <w:rPr>
          <w:b/>
        </w:rPr>
        <w:t xml:space="preserve">4. </w:t>
      </w:r>
      <w:r>
        <w:t>В ходе использования примирительной процедуры стороны могут достичь результатов примирения, предусмотренных настоящим Кодексом</w:t>
      </w:r>
    </w:p>
    <w:p>
      <w:r>
        <w:rPr>
          <w:b/>
        </w:rPr>
        <w:t xml:space="preserve">5. </w:t>
      </w:r>
      <w:r>
        <w:t>В случае, если стороны не достигли примирения, отказались от проведения примирительных процедур либо истек срок их проведения, суд возобновляет производство по административному делу в порядке, установленном статьей 192 настоящего Кодекса</w:t>
      </w:r>
    </w:p>
    <w:p>
      <w:r>
        <w:rPr>
          <w:b/>
        </w:rPr>
        <w:t>Статья 137.3. Виды примирительных процедур</w:t>
      </w:r>
    </w:p>
    <w:p>
      <w:r>
        <w:t>Споры могут быть урегулированы путем переговоров, посредничества, в том числе медиации, судебного примирения, или использования других примирительных процедур, если это не противоречит федеральному закону.</w:t>
      </w:r>
    </w:p>
    <w:p>
      <w:r>
        <w:rPr>
          <w:b/>
        </w:rPr>
        <w:t>Статья 137.4. Переговоры</w:t>
      </w:r>
    </w:p>
    <w:p>
      <w:r>
        <w:rPr>
          <w:b/>
        </w:rPr>
        <w:t xml:space="preserve">1. </w:t>
      </w:r>
      <w:r>
        <w:t>Стороны вправе урегулировать спор путем проведения переговоров в целях примирения</w:t>
      </w:r>
    </w:p>
    <w:p>
      <w:r>
        <w:rPr>
          <w:b/>
        </w:rPr>
        <w:t xml:space="preserve">2. </w:t>
      </w:r>
      <w:r>
        <w:t>Переговоры осуществляются на условиях, определяемых сторонами</w:t>
      </w:r>
    </w:p>
    <w:p>
      <w:r>
        <w:rPr>
          <w:b/>
        </w:rPr>
        <w:t xml:space="preserve">3. </w:t>
      </w:r>
      <w:r>
        <w:t>В случаях, предусмотренных федеральным законом, переговоры проводятся в обязательном порядке</w:t>
      </w:r>
    </w:p>
    <w:p>
      <w:r>
        <w:rPr>
          <w:b/>
        </w:rPr>
        <w:t>Статья 137.5. Медиация</w:t>
      </w:r>
    </w:p>
    <w:p>
      <w:r>
        <w:rPr>
          <w:b/>
        </w:rPr>
        <w:t xml:space="preserve">1. </w:t>
      </w:r>
      <w:r>
        <w:t>Стороны вправе урегулировать спор путем применения процедуры медиации в порядке, установленном настоящим Кодексом и федеральным законом</w:t>
      </w:r>
    </w:p>
    <w:p>
      <w:r>
        <w:rPr>
          <w:b/>
        </w:rPr>
        <w:t xml:space="preserve">2. </w:t>
      </w:r>
      <w:r>
        <w:t>Применение процедуры медиации по административным делам, указанным в пунктах 1, 11 и 6 части 2 и пунктах 1, 2, 4, 9 части 3 статьи 1 настоящего Кодекса, не допускается</w:t>
      </w:r>
    </w:p>
    <w:p>
      <w:r>
        <w:rPr>
          <w:b/>
        </w:rPr>
        <w:t>Статья 137.6. Судебное примирение</w:t>
      </w:r>
    </w:p>
    <w:p>
      <w:r>
        <w:rPr>
          <w:b/>
        </w:rPr>
        <w:t xml:space="preserve">1. </w:t>
      </w:r>
      <w:r>
        <w:t>Стороны вправе урегулировать спор путем использования примирительной процедуры с участием судебного примирителя (судебное примирение)</w:t>
      </w:r>
    </w:p>
    <w:p>
      <w:r>
        <w:rPr>
          <w:b/>
        </w:rPr>
        <w:t xml:space="preserve">2. </w:t>
      </w:r>
      <w:r>
        <w:t>Судебное примирение осуществляется на основе принципов независимости, беспристрастности и добросовестности судебного примирителя. Порядок проведения судебного примирения и требования к судебному примирителю определяются настоящим Кодексом и Регламентом проведения судебного примирения, утверждаемым Верховным Судом Российской Федерации</w:t>
      </w:r>
    </w:p>
    <w:p>
      <w:r>
        <w:rPr>
          <w:b/>
        </w:rPr>
        <w:t xml:space="preserve">3. </w:t>
      </w:r>
      <w:r>
        <w:t>Судебным примирителем является судья в отставке. Список судебных примирителей формируется и утверждается Пленумом Верховного Суда Российской Федерации на основе предложений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о кандидатурах судебных примирителей из числа судей в отставке, изъявивших желание выступать в качестве судебного примирителя. Судебный примиритель участвует в процедуре судебного примирения с учетом положений настоящего Кодекса и законодательства о статусе судей в Российской Федерации</w:t>
      </w:r>
    </w:p>
    <w:p>
      <w:r>
        <w:rPr>
          <w:b/>
        </w:rPr>
        <w:t xml:space="preserve">4. </w:t>
      </w:r>
      <w:r>
        <w:t>Кандидатура судебного примирителя определяется по взаимному согласию сторон из списка судебных примирителей и утверждается определением суда</w:t>
      </w:r>
    </w:p>
    <w:p>
      <w:r>
        <w:rPr>
          <w:b/>
        </w:rPr>
        <w:t xml:space="preserve">5. </w:t>
      </w:r>
      <w:r>
        <w:t>В целях соотнесения и сближения позиций сторон по делу и выявления дополнительных возможностей для урегулирования спора с учетом интересов сторон, оказания им содействия в достижении взаимоприемлемого результата примирения, основанного также на понимании и оценке сторонами обоснованности заявленных требований и возражений, судебный примиритель вправе вести переговоры со сторонами, другими лицами, участвующими в деле, изучать представленные ими документы, знакомиться с материалами административного дела с согласия суда и осуществлять другие действия, необходимые для эффективного урегулирования спора и предусмотренные Регламентом проведения судебного примирения, в том числе давать сторонам рекомендации в целях скорейшего урегулирования спора. Судебный примиритель не является участником судебного разбирательства 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судебного процесса. Судья вправе запросить информацию о ходе примирительной процедуры не чаще чем один раз в четырнадцать календарных дней</w:t>
      </w:r>
    </w:p>
    <w:p>
      <w:r>
        <w:rPr>
          <w:b/>
        </w:rPr>
        <w:t xml:space="preserve">6. </w:t>
      </w:r>
      <w:r>
        <w:t>Порядок и условия оплаты труда судей, пребывающих в отставке и осуществляющих функции судебных примирителей, определяются Правительством Российской Федерации</w:t>
      </w:r>
    </w:p>
    <w:p>
      <w:r>
        <w:rPr>
          <w:b/>
        </w:rPr>
        <w:t>Статья 137.7. Результаты примирительных процедур</w:t>
      </w:r>
    </w:p>
    <w:p>
      <w:r>
        <w:rPr>
          <w:b/>
        </w:rPr>
        <w:t xml:space="preserve">1. </w:t>
      </w:r>
      <w:r>
        <w:t>Результатами примирения лиц, участвующих в деле, могут быть, в частности</w:t>
      </w:r>
    </w:p>
    <w:p>
      <w:r>
        <w:rPr>
          <w:b/>
        </w:rPr>
        <w:t xml:space="preserve">2. </w:t>
      </w:r>
      <w:r>
        <w:t>Признание обстоятельств, признание административного иска (требований), отказ от административного иска (требований) полностью или в части принимаются судом в порядке, установленном настоящим Кодексом</w:t>
      </w:r>
    </w:p>
    <w:p>
      <w:r>
        <w:rPr>
          <w:b/>
        </w:rPr>
        <w:t xml:space="preserve">3. </w:t>
      </w:r>
      <w:r>
        <w:t>Признание обстоятельств, на которых другая сторона основывает свои требования или возражения, может быть осуществлено в форме одностороннего заявления о согласии с позицией другой стороны или в форме соглашения по обстоятельствам.";</w:t>
      </w:r>
    </w:p>
    <w:p>
      <w:r>
        <w:rPr>
          <w:b/>
        </w:rPr>
        <w:t xml:space="preserve">1. </w:t>
      </w:r>
      <w:r>
        <w:t>соглашение о примирении в отношении всех или части заявленных требований</w:t>
      </w:r>
    </w:p>
    <w:p>
      <w:r>
        <w:rPr>
          <w:b/>
        </w:rPr>
        <w:t xml:space="preserve">1. </w:t>
      </w:r>
      <w:r>
        <w:t>частичный или полный отказ от административного иска</w:t>
      </w:r>
    </w:p>
    <w:p>
      <w:r>
        <w:rPr>
          <w:b/>
        </w:rPr>
        <w:t xml:space="preserve">1. </w:t>
      </w:r>
      <w:r>
        <w:t>частичное или полное признание административного иска</w:t>
      </w:r>
    </w:p>
    <w:p>
      <w:r>
        <w:rPr>
          <w:b/>
        </w:rPr>
        <w:t xml:space="preserve">1. </w:t>
      </w:r>
      <w:r>
        <w:t>полный или частичный отказ от апелляционной, кассационной или надзорной жалобы, представления</w:t>
      </w:r>
    </w:p>
    <w:p>
      <w:r>
        <w:rPr>
          <w:b/>
        </w:rPr>
        <w:t xml:space="preserve">1. </w:t>
      </w:r>
      <w:r>
        <w:t>признание обстоятельств, на которых другая сторона основывает свои требования или возражения</w:t>
      </w:r>
    </w:p>
    <w:p>
      <w:r>
        <w:rPr>
          <w:b/>
        </w:rPr>
        <w:t xml:space="preserve">1. </w:t>
      </w:r>
      <w:r>
        <w:t>соглашение по обстоятельствам</w:t>
      </w:r>
    </w:p>
    <w:p>
      <w:r>
        <w:rPr>
          <w:b/>
        </w:rPr>
        <w:t xml:space="preserve">3. </w:t>
      </w:r>
      <w:r>
        <w:t>пункт 5 части 1 статьи 138 дополнить словами ", в том числе путем использования примирительных процедур"</w:t>
      </w:r>
    </w:p>
    <w:p>
      <w:r>
        <w:rPr>
          <w:b/>
        </w:rPr>
        <w:t xml:space="preserve">3. </w:t>
      </w:r>
      <w:r>
        <w:t>пункт 6 части 1 статьи 190 изложить в следующей редакции: "6) установления судом по ходатайству сторон или ходатайству стороны при согласии другой стороны срока для примирения сторон (до истечения этого срока)."</w:t>
      </w:r>
    </w:p>
    <w:p>
      <w:r>
        <w:rPr>
          <w:b/>
        </w:rPr>
        <w:t xml:space="preserve">3. </w:t>
      </w:r>
      <w:r>
        <w:t>часть 1 статьи 191 дополнить пунктом 8 следующего содержания: "8) если до обращения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с требованиями о взыскании обязательных платежей и санкций стороны не использовали досудебное урегулирование спора и гражданин, организация, являющаяся стороной спора, не возражают против использования соответствующей примирительной процедуры, ее использование может способствовать уточнению обстоятельств спора, снятию противоречий в позициях, в том числе путем проведения сверки взаимных расчетов задолженности."</w:t>
      </w:r>
    </w:p>
    <w:p>
      <w:r>
        <w:rPr>
          <w:b/>
        </w:rPr>
        <w:t xml:space="preserve">3. </w:t>
      </w:r>
      <w:r>
        <w:t>в части 2 статьи 304 слова "установленным статьей 157" заменить словами "установленным статьями 1371 и 157"</w:t>
      </w:r>
    </w:p>
    <w:p>
      <w:r>
        <w:rPr>
          <w:b/>
        </w:rPr>
        <w:t xml:space="preserve">3. </w:t>
      </w:r>
      <w:r>
        <w:t>в части 1 статьи 363 слова "или при заключении между взыскателем и должником соглашения о примирении соответствующее" исключить</w:t>
      </w:r>
    </w:p>
    <w:p>
      <w:r>
        <w:rPr>
          <w:b/>
        </w:rPr>
        <w:t>Статья 9</w:t>
      </w:r>
    </w:p>
    <w:p>
      <w:r>
        <w:t>Внести в Федеральный закон от 28 ноября 2018 года № 451-ФЗ "О внесении изменений в отдельные законодательные акты Российской Федерации" (Собрание законодательства Российской Федерации, 2018, № 49, ст. 7523) следующие изменения</w:t>
      </w:r>
    </w:p>
    <w:p>
      <w:r>
        <w:t>пункт 20 статьи 6 исключить</w:t>
      </w:r>
    </w:p>
    <w:p>
      <w:r>
        <w:t>в статье 10: а) пункты 49 и 56 исключить; б) в абзаце сто пятом подпункта "м" пункта 99 слова ", за исключением определений по делам, указанным в статье 39013 настоящего Кодекса" исключить</w:t>
      </w:r>
    </w:p>
    <w:p>
      <w:r>
        <w:rPr>
          <w:b/>
        </w:rPr>
        <w:t>Статья 10</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статьи 9 настоящего Федерального закона</w:t>
      </w:r>
    </w:p>
    <w:p>
      <w:r>
        <w:rPr>
          <w:b/>
        </w:rPr>
        <w:t xml:space="preserve">2. </w:t>
      </w:r>
      <w:r>
        <w:t>Статья 9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