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23, ст. 2878; № 27, ст. 3462; № 48, ст. 6165; 2014, № 19, ст. 2289; № 22, ст. 2769; № 23, ст. 2930, 2933; № 30, ст. 4217, 4257, 4263; 2015, № 1, ст. 53; № 18, ст. 2625; № 27, ст. 3989; № 29, ст. 4364; № 51, ст. 7241; 2016, № 1, ст. 9, 24, 72, 78; № 27, ст. 4160, 4219, 4223, 4238, 4239, 4245, 4246, 4292; 2017, № 18, ст. 2670; № 50, ст. 7563; 2018, № 1, ст. 57; № 9, ст. 1282; № 27, ст. 3945; № 28, ст. 4152; № 31, ст. 4860; № 32, ст. 5110, 5130; № 53, ст. 8423; 2019, № 25, ст. 3160) следующие изменения</w:t>
      </w:r>
    </w:p>
    <w:p>
      <w:r>
        <w:t>в пункте 6 статьи 2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заменить словами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статье 7: а) часть 6 признать утратившей силу; б) в части 7: пункт 7 признать утратившим силу; дополнить пунктами 8 - 10 следующего содержания: "8)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имеет право устанавливать целевые прогнозные показатели осуществления переданных полномочий</w:t>
      </w:r>
    </w:p>
    <w:p>
      <w:r>
        <w:t>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 в) в части 8: в пункте 1 слова "по выработке государственной политики и нормативно-правовому регулированию" заменить словами "по контролю и надзору"; в пункте 5 слова "в пункте 1 части 6" заменить словами "в пункте 8 части 7"</w:t>
      </w:r>
    </w:p>
    <w:p>
      <w:r>
        <w:t>часть 8 статьи 11 изложить в следующей редакции: "8. 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
        <w:t>в статье 12: а) часть 11 изложить в следующей редакции: "11. Порядок разработки примерных основных общеобразовательных программ,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основных общеобразовательных программ,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разработки примерных основных образовательных программ высшего образования, проведения их экспертизы и ведения реестра примерных основных образовательных программ высшего образования, особенности разработки, проведения экспертизы и включения в такой реестр примерных основных образовательных программ высшего образования, содержащих сведения, составляющие государственную тайну, и примерных основных образовательных программ высшего образования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б) в части 13 слова "по выработке государственной политики и нормативно-правовому регулированию в сфере здравоохранения" заменить словами "по выработке и реализации государственной политики и нормативно-правовому регулированию в сфере здравоохранения"</w:t>
      </w:r>
    </w:p>
    <w:p>
      <w:r>
        <w:t>в статье 13: а) часть 8 изложить в следующей редакции: "8. Положение о практике обучающихся, осваивающих образовательные программы среднего профессионального образования, и ее виды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Положение о практике обучающихся, осваивающих образовательные программы высшего образования, и ее виды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б) часть 11 изложить в следующей редакции: "11.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
        <w:t>в статье 16: а) в части 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б) в части 3 второе предложение изложить в следующей редакции: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дополнить предложением следующего содержания: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статье 18: а) в части 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б) в части 8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части 3 статьи 19 второе предложение изложить в следующей редакции: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дополнить предложением следующего содержания: "Типовое положение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часть 4 статьи 20 изложить в следующей редакции: "4.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части 3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w:t>
      </w:r>
    </w:p>
    <w:p>
      <w:r>
        <w:t>в части 5 статьи 24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статье 27: а) часть 3 изложить в следующей редакции: "3. Профессиональными образовательными организациями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б) в части 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пункт 151 части 3 статьи 28 изложить в следующей редакции: "151) 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Порядок организации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организации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пункт 3 части 2 статьи 29 изложить в следующей редакции: "3)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Показатели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Показатели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часть 3 статьи 33 изложить в следующей редакции: "3.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статье 34: а) в части 1: в пункте 12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пункте 14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пункт 15 изложить в следующей редакции: "15)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б) в части 9 третье предложение изложить в следующей редакции: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в части 10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статье 36: а) в части 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б) в части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в) в части 6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г) в части 14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пункте 4 части 4 статьи 41 слова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заменить словами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в части 5 статьи 42 слова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заменить словами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часть 12 статьи 43 изложить в следующей редакции: "12. 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статье 47: а) в пункте 4 части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б) в части 7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заменить словами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части 4 статьи 49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часть 10 статьи 54 изложить в следующей редакции: "10.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Примерные формы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часть 8 статьи 55 изложить в следующей редакции: "8.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перечень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сентября года, предшествующего приему на обучение по указанным программам."</w:t>
      </w:r>
    </w:p>
    <w:p>
      <w:r>
        <w:t>в статье 59: а) часть 5 изложить в следующей редакции: "5.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б) в пункте 1 части 13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в) в абзаце первом части 15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w:t>
      </w:r>
    </w:p>
    <w:p>
      <w:r>
        <w:t>в статье 60: а) часть 4 изложить в следующей редакции: "4.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документов об образовании и о квалификации (диплома бакалавра, диплома специалиста, диплома магистра, диплома об окончании аспирантуры (адъюнктуры)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б) в части 13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статье 71: а) в пункте 1 части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б) в части 8 после слов "по выработке" дополнить словами "и реализации", слова "сфере образования" заменить словами "сфере высшего образования"; в) в части 12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слова "указанным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части 2 статьи 72: а) в пункте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б) в пункте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части 7 статьи 73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части 8 статьи 76 слова "по выработке государственной политики и нормативно-правовому регулированию в сфере образования, по согласованию с"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часть 3 статьи 77 изложить в следующей редакции: "3.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порядок проведения олимпиад школьников, перечень и уровни олимпиад школьников, а также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частью 15 статьи 59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
        <w:t>в статье 78: а) в части 6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б) в части 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в части 8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t>часть 6 статьи 79 изложить в следующей редакции: "6.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в статье 80: а) в части 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б) в части 6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в) в части 8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статье 82: а) часть 3 после слов "по выработке" дополнить словами "и реализации"; б) в части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часть 7 после слов "по выработке" дополнить словами "и реализации"; г) часть 8 после слов "по выработке" дополнить словами "и реализации"; д) в части 10 слова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заменить словами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 в части 12 слова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ж) часть 13 после слов "по выработке" дополнить словами "и реализации"; з) часть 14 после слов "по выработке" дополнить словами "и реализации"</w:t>
      </w:r>
    </w:p>
    <w:p>
      <w:r>
        <w:t>в статье 83: а) в части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б) в части 6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в) в части 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г) в части 13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д) в части 17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 е) в части 19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статье 84: а) в части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б) в части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часть 2 статьи 85 изложить в следующей редакции: "2.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t>в части 4 статьи 86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части 6 статьи 88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статье 89: а) часть 4 изложить в следующей редакции: "4.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 б) часть 5 изложить в следующей редакции: "5.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органов исполнительной власти субъектов Российской Федерации и иных субъектов системы образования в установленной сфере ведения."</w:t>
      </w:r>
    </w:p>
    <w:p>
      <w:r>
        <w:t>в части 4 статьи 91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w:t>
      </w:r>
    </w:p>
    <w:p>
      <w:r>
        <w:t>в статье 92: а) в части 10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 б) в части 15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 в) в части 20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w:t>
      </w:r>
    </w:p>
    <w:p>
      <w:r>
        <w:t>в статье 952: а) пункт 1 части 2 изложить в следующей редакции: "1)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 б) в части 21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 часть 5 изложить в следующей редакции: "5.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г) в части 7: в пункте 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пункте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д) в части 8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е) в пункте 1 части 10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ж) в части 12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з) в части 15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w:t>
      </w:r>
    </w:p>
    <w:p>
      <w:r>
        <w:t>в части 6 статьи 97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w:t>
      </w:r>
    </w:p>
    <w:p>
      <w:r>
        <w:t>в пункте 2 части 3 статьи 100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части 10 статьи 107 слова "по выработке государственной политики и нормативно-правовому регулированию в сфере образования" заменить словами "по контролю и надзору в сфере образования"</w:t>
      </w:r>
    </w:p>
    <w:p>
      <w:r>
        <w:t>в части 4 статьи 111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2</w:t>
      </w:r>
    </w:p>
    <w:p>
      <w:r>
        <w:t>Часть первую статьи 153 Закона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2008, № 52, ст. 6227; 2013, № 27, ст. 3477; 2016, № 27, ст. 4160; 2017, № 50, ст. 7562) изложить в следующей редакции: "Типовые программы профессионального обучения для работы в качестве частных детективов и типовые программы профессионального обучения для работы в качестве частных охранников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Типовые дополнительные профессиональные программы для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3</w:t>
      </w:r>
    </w:p>
    <w:p>
      <w:r>
        <w:t>Абзац первый пункта 8 статьи 17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30, ст. 3613; 2003, № 27, ст. 2700; 2004, № 27, ст. 2711; № 35, ст. 3607; 2006, № 31, ст. 3420; 2007, № 1, ст. 29; 2012, № 47, ст. 6397; 2013, № 27, ст. 3477; 2018, № 53, ст. 8454) изложить в следующей редакции: "8. В соответствии со сферой ведения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w:t>
      </w:r>
    </w:p>
    <w:p>
      <w:r>
        <w:rPr>
          <w:b/>
        </w:rPr>
        <w:t>Статья 4</w:t>
      </w:r>
    </w:p>
    <w:p>
      <w:r>
        <w:t>В части пятой статьи 25 Федерального закона от 21 декабря 1994 года № 69-ФЗ "О пожарной безопасности" (Собрание законодательства Российской Федерации, 1994, № 35, ст. 3649; 2004, № 35, ст. 3607; 2009, № 45, ст. 5265; 2013, № 27, ст. 3477; 2015, № 1, ст. 88; 2016, № 1, ст. 68; 2017, № 22, ст. 3069)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5</w:t>
      </w:r>
    </w:p>
    <w:p>
      <w:r>
        <w:t>В абзаце третьем части шестой статьи 41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2006, № 50, ст. 5285; 2007, № 44, ст. 5281; 2008, № 52, ст. 6236; 2013, № 19, ст. 2331; № 23, ст. 2887)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6</w:t>
      </w:r>
    </w:p>
    <w:p>
      <w:r>
        <w:t>В части четвертой статьи 31 Федерального закона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2007, № 30, ст. 3808; 2013, № 52, ст. 7000)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7</w:t>
      </w:r>
    </w:p>
    <w:p>
      <w:r>
        <w:t>Внести в статью 25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2012, № 29, ст. 3992) следующие изменения</w:t>
      </w:r>
    </w:p>
    <w:p>
      <w:r>
        <w:t>пункт 2 изложить в следующей редакции: "2. Работники организаций по добыче (переработке) угля (горючих сланцев), осуществляющие руководство горными и взрывными работами, не реже чем один раз в пять лет проходят обучение по дополнительным профессиональным программам."</w:t>
      </w:r>
    </w:p>
    <w:p>
      <w:r>
        <w:t>пункт 3 признать утратившим силу</w:t>
      </w:r>
    </w:p>
    <w:p>
      <w:r>
        <w:rPr>
          <w:b/>
        </w:rPr>
        <w:t>Статья 8</w:t>
      </w:r>
    </w:p>
    <w:p>
      <w:r>
        <w:t>Внести в статью 63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2013, № 27, ст. 3477) следующие изменения</w:t>
      </w:r>
    </w:p>
    <w:p>
      <w:r>
        <w:t>пункт 6 признать утратившим силу</w:t>
      </w:r>
    </w:p>
    <w:p>
      <w:r>
        <w:t>в пункте 7: а) абзац восьмой признать утратившим силу; б) дополнить абзацами следующего содержания: "принимает нормативные правовые акты по вопросам подтверждения документов об ученых степенях, ученых званиях, в том числе административные регламенты предоставления государственной услуги по подтверждению таких документов, а также вправе устанавливать целевые прогнозные показатели осуществления полномочия по подтверждению документов об ученых степенях, ученых званиях; осуществляет согласование назначения на должности руководителей органов исполнительной власти субъектов Российской Федерации, осуществляющих полномочие по подтверждению документов об ученых степенях, ученых званиях,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и научно-технической деятельности; вносит в Правительство Российской Федерации предложения об изъятии полномочия по подтверждению документов об ученых степенях, ученых званиях, переданного Российской Федерацией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
        <w:t>в абзаце втором пункта 8 слова "по выработке государственной политики и нормативно-правовому регулированию в сфере научной и научно-технической деятельности" заменить словами "по контролю и надзору в сфере образования и науки"</w:t>
      </w:r>
    </w:p>
    <w:p>
      <w:r>
        <w:rPr>
          <w:b/>
        </w:rPr>
        <w:t>Статья 9</w:t>
      </w:r>
    </w:p>
    <w:p>
      <w:r>
        <w:t>В части семнадцатой статьи 13 Федерального закона от 13 декабря 1996 года № 150-ФЗ "Об оружии" (Собрание законодательства Российской Федерации, 1996, № 51, ст. 5681; 2009, № 7, ст. 770; № 30, ст. 3735; 2010, № 14, ст. 1554, 1555; № 23, ст. 2793; 2011, № 1, ст. 10; 2012, № 29, ст. 3993; 2013, № 27, ст. 3477; 2014, № 14, ст. 1555; № 30, ст. 4228; 2015, № 1, ст. 76; № 29, ст. 4356; 2016, № 1, ст. 28; № 27, ст. 4160; 2017, № 50, ст. 7562; 2018, № 30, ст. 4554) слова "области образования" заменить словами "сфере общего образования".</w:t>
      </w:r>
    </w:p>
    <w:p>
      <w:r>
        <w:rPr>
          <w:b/>
        </w:rPr>
        <w:t>Статья 10</w:t>
      </w:r>
    </w:p>
    <w:p>
      <w:r>
        <w:t>Внести в статью 534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2013, № 23, ст. 2878) следующие изменения</w:t>
      </w:r>
    </w:p>
    <w:p>
      <w:r>
        <w:t>пункт 3 изложить в следующей редакции: "3.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пункте 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11</w:t>
      </w:r>
    </w:p>
    <w:p>
      <w:r>
        <w:t>В пункте 11 статьи 39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2011, № 1, ст. 6; № 30, ст. 4590, 4596; 2013, № 27, ст. 3477; № 30, ст. 4079)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12</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35, ст. 3607; № 49, ст. 4849; 2007, № 27, ст. 3215; № 49, ст. 6070; 2008, № 30, ст. 3616; 2011, № 1, ст. 39; № 49, ст. 7056; 2012, № 53, ст. 7644; 2013, № 27, ст. 3477; № 48, ст. 6165; № 52, ст. 7000; 2018, № 27, ст. 3953) следующие изменения</w:t>
      </w:r>
    </w:p>
    <w:p>
      <w:r>
        <w:t>в пункте 12 статьи 15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пункте 1 статьи 231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13</w:t>
      </w:r>
    </w:p>
    <w:p>
      <w:r>
        <w:t>(Статья утратила силу - Федеральный закон от 28.04.2023 № 138-ФЗ)</w:t>
      </w:r>
    </w:p>
    <w:p>
      <w:r>
        <w:rPr>
          <w:b/>
        </w:rPr>
        <w:t>Статья 14</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2013, № 30, ст. 4036; № 52, ст. 6951; 2014, № 16, ст. 1831; № 26, ст. 3370; № 48, ст. 6638; № 52, ст. 7557; 2015, № 27, ст. 3990; 2016, № 1, ст. 85; 2018, № 53, ст. 8454) следующие изменения</w:t>
      </w:r>
    </w:p>
    <w:p>
      <w:r>
        <w:t>абзац третий пункта 19 статьи 134 изложить в следующей редакции: "Форма и порядок подачи профессиональной образовательной организацией указанного в абзаце первом настоящего пункта уведомления органа исполнительной власти субъекта Российской Федерации, осуществляющего управление в сфере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Форма и порядок подачи образовательной организацией высшего образования указанного в абзаце первом настоящего пункта уведомления органа исполнительной власти субъекта Российской Федерации, осуществляющего управление в сфере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t>в статье 151: а) пункт 4 изложить в следующей редакции: "4. Порядок и критерии включения образовательных организаций в перечень образовательных организаций, проводящих экзамен по русскому языку как иностранному, истории России и основам законодательства Российской Федерации, перечень таких организаций, форма и порядок проведения экзамена по русскому языку как иностранному, истории России и основам законодательства Российской Федерации, а также технические требования, форма сертификата, указанного в подпункте 1 пункта 1 настоящей статьи, и порядок его выдачи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Требования к минимальному уровню знаний, необходимых для сдачи указанного экзамена,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б) абзац второй пункта 8 изложить в следующей редакции: "Требования к минимальному уровню знаний, необходимых для сдачи экзамена на владение русским языком, знание истории и основ законодательства Российской Федерации,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Форма документа о прохождении указанного экзамена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15</w:t>
      </w:r>
    </w:p>
    <w:p>
      <w:r>
        <w:t>В части 1 статьи 121 Федерального закона от 9 февраля 2007 года № 16-ФЗ "О транспортной безопасности" (Собрание законодательства Российской Федерации, 2007, № 7, ст. 837; 2014, № 6, ст. 566) слова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Статья 16</w:t>
      </w:r>
    </w:p>
    <w:p>
      <w:r>
        <w:t>Внести в статью 19 Федерального закона от 5 июля 2010 года № 154-ФЗ "Консульский устав Российской Федерации" (Собрание законодательства Российской Федерации, 2010, № 28, ст. 3554) следующие изменения</w:t>
      </w:r>
    </w:p>
    <w:p>
      <w:r>
        <w:t>в части 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t>в части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17</w:t>
      </w:r>
    </w:p>
    <w:p>
      <w:r>
        <w:t>Внести в статью 23 Федерального закона от 21 ноября 2011 года № 324-ФЗ "О бесплатной юридической помощи в Российской Федерации" (Собрание законодательства Российской Федерации, 2011, № 48, ст. 6725; 2013, № 27, ст. 3477) следующие изменения</w:t>
      </w:r>
    </w:p>
    <w:p>
      <w:r>
        <w:t>в части 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в части 5 слово "образовательном" заменить словом "образовательной"</w:t>
      </w:r>
    </w:p>
    <w:p>
      <w:r>
        <w:rPr>
          <w:b/>
        </w:rPr>
        <w:t>Статья 18</w:t>
      </w:r>
    </w:p>
    <w:p>
      <w:r>
        <w:t>В части 31 статьи 12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27, ст. 3477; № 48, ст. 6165; 2014, № 49, ст. 6928; № 52, ст. 7542; 2015, № 29, ст. 4356; 2016, № 27, ст. 4233) слова "сфере образования" заменить словами "сфере общего образования".</w:t>
      </w:r>
    </w:p>
    <w:p>
      <w:r>
        <w:rPr>
          <w:b/>
        </w:rPr>
        <w:t>Статья 19</w:t>
      </w:r>
    </w:p>
    <w:p>
      <w:r>
        <w:t>Внести в Федеральный закон от 5 мая 2014 года №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 (Собрание законодательства Российской Федерации, 2014, № 19, ст. 2289; 2015, № 1, ст. 42; № 44, ст. 6048; 2016, № 27, ст. 4241) следующие изменения</w:t>
      </w:r>
    </w:p>
    <w:p>
      <w:r>
        <w:t>в статье 2: а) часть 3 изложить в следующей редакции: "3. В зависимости от уровня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устанавливает соответствие профессий, направлений и специальностей, по которым осуществлялась подготовка в соответствии с указанными в части 2 настоящей статьи образовательно-квалификационными уровнями, профессиям, специальностям и направлениям подготовки, установленным в Российской Федерации."; б) в части 4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высшего образования"</w:t>
      </w:r>
    </w:p>
    <w:p>
      <w:r>
        <w:t>статью 5 признать утратившей силу</w:t>
      </w:r>
    </w:p>
    <w:p>
      <w:r>
        <w:t>в статье 7: а) часть 2 изложить в следующей редакции: "2. Соответствие установленных Кабинетом Министров Украины должностей педагогических работников номенклатуре должностей педагогических работников организаций, осуществляющих образовательную деятельность, которая утверждена в соответствии с частью 2 статьи 46 Федерального закона от 29 декабря 2012 года № 273-ФЗ "Об образовании в Российской Федерации", в отношении должностей педагогических работников организаций, осуществляющих образовательную деятельность по основным общеобразовательным программам и образовательным программам среднего профессионального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Соответствие установленных Кабинетом Министров Украины должностей научно-педагогических работников номенклатуре должностей педагогических работников организаций, осуществляющих образовательную деятельность, которая утверждена в соответствии с частью 2 статьи 46 Федерального закона от 29 декабря 2012 года № 273-ФЗ "Об образовании в Российской Федерации", в отношении должностей работников, занимающих должности педагогических работников, относящихся к профессорско-преподавательскому составу,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б) в части 3 слова "по выработке государственной политики и нормативно-правовому регулированию в сфере образования" заменить словами "по выработке и реализации государственной политики и нормативно-правовому регулированию в сфере общего образования"</w:t>
      </w:r>
    </w:p>
    <w:p>
      <w:r>
        <w:rPr>
          <w:b/>
        </w:rPr>
        <w:t>Статья 20</w:t>
      </w:r>
    </w:p>
    <w:p>
      <w:r>
        <w:t>В абзаце первом части 3 статьи 12 Федерального закона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 50, ст. 7563) слово "образования" заменить словами "общего образования, высшего образования".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