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регистрации недвижимости"</w:t>
      </w:r>
    </w:p>
    <w:p>
      <w:r>
        <w:rPr>
          <w:b/>
        </w:rPr>
        <w:t>Статья 1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18, ст. 2495; № 27, ст. 4287, 4294; 2017, № 27, ст. 3938; № 31, ст. 4767, 4796; 2018, № 1, ст. 70; № 32, ст. 5134; 2019, № 25, ст. 3170) следующие изменения: 1) пункт 1 части 3 статьи 9 после слов "ограниченно дееспособным" дополнить словами ", о возможности представления заявления о государственной регистрации перехода, прекращения права собственности на объект недвижимости, принадлежащий физическому лицу, и прилагаемых к нему документов в форме электронных документов и (или) электронных образов документов, подписанных усиленной квалифицированной электронной подписью"; 2) статью 25 дополнить пунктом 11 следующего содержания: "11) заявление о государственной регистрации перехода, прекращения права собственности на объект недвижимости, принадлежащий физическому лицу, и прилагаемые к нему документы представлены в форме электронных документов и (или) электронных образов документов, подписанных усиленной квалифицированной электронной подписью, и при этом не соблюдены требования, установленные статьей 362 настоящего Федерального закона;"; 3) дополнить статьей 362 следующего содержания: "Статья 362. Правила внесения в Единый государственный реестр недвижимости записи о возможности представления заявления о государственной регистрации перехода, прекращения права собственности на объект недвижимости, принадлежащий физическому лицу, и прилагаемых к нему документов в форме электронных документов и (или) электронных образов документов, подписанных усиленной квалифицированной электронной подписью 1. При представлении физическим лицом, за которым в Едином государственном реестре недвижимости зарегистрировано право собственности на объект недвижимости, или его законным представителем либо его представителем, действующим на основании нотариально удостоверенной доверенности, заявления о возможности представления в случае отчуждения соответствующего объекта недвижимости заявления о государственной регистрации перехода, прекращения права собственности на объект недвижимости и прилагаемых к нему документов в форме электронных документов и (или) электронных образов документов, подписанных усиленной квалифицированной электронной подписью (далее - заявление о возможности регистрации на основании документов, подписанных усиленной квалифицированной электронной подписью), запись об этом вносится в Единый государственный реестр недвижимости в срок не более пяти рабочих дней с момента поступления данного заявления.</w:t>
      </w:r>
    </w:p>
    <w:p>
      <w:r>
        <w:rPr>
          <w:b/>
        </w:rPr>
        <w:t xml:space="preserve">2. </w:t>
      </w:r>
      <w:r>
        <w:t>Заявление о возможности регистрации на основании документов, подписанных усиленной квалифицированной электронной подписью, может быть представлено как в отношении одновременно всех объектов недвижимости, право собственности на которые зарегистрировано в Едином государственном реестре недвижимости за физическим лицом, так и в отношении любого из них</w:t>
      </w:r>
    </w:p>
    <w:p>
      <w:r>
        <w:rPr>
          <w:b/>
        </w:rPr>
        <w:t xml:space="preserve">3. </w:t>
      </w:r>
      <w:r>
        <w:t>Заявление о возможности регистрации на основании документов, подписанных усиленной квалифицированной электронной подписью, направляется заявителем в орган регистрации прав в форме документа на бумажном носителе посредством личного обращения или почтового отправления в соответствии с требованиями, предусмотренными пунктом 1 части 1, частями 2 и 3, пунктом 1 части 4, частью 8, пунктами 1 и 4 части 12, частями 14, 15, 17, 18 статьи 18 и частями 1, 2 статьи 21 настоящего Федерального закона</w:t>
      </w:r>
    </w:p>
    <w:p>
      <w:r>
        <w:rPr>
          <w:b/>
        </w:rPr>
        <w:t xml:space="preserve">4. </w:t>
      </w:r>
      <w:r>
        <w:t>Отсутствие в Едином государственном реестре недвижимости записи о возможности регистрации на основании документов, подписанных усиленной квалифицированной электронной подписью, является основанием для возврата без рассмотрения заявления о государственной регистрации перехода, прекращения права собственности на соответствующий объект недвижимости, принадлежащий физическому лицу, и прилагаемых к нему документов в форме электронных документов и (или) электронных образов документов, подписанных усиленной квалифицированной электронной подписью, за исключением случаев, предусмотренных частью 6 настоящей статьи. Орган регистрации прав обязан уведомить физическое лицо, за которым в Едином государственном реестре недвижимости зарегистрировано право собственности на объект недвижимости, о возврате указанного заявления с указанием причины возврата в течение пяти рабочих дней со дня принятия соответствующего решения по почтовому адресу и (или) адресу электронной почты, по которым осуществляется связь с таким физическим лицом</w:t>
      </w:r>
    </w:p>
    <w:p>
      <w:r>
        <w:rPr>
          <w:b/>
        </w:rPr>
        <w:t xml:space="preserve">5. </w:t>
      </w:r>
      <w:r>
        <w:t>Орган регистрации прав в день поступления заявления о государственной регистрации перехода, прекращения права собственности на объект недвижимости, принадлежащий физическому лицу, и прилагаемых к нему документов в форме электронных документов и (или) электронных образов документов, подписанных усиленной квалифицированной электронной подписью, уведомляет физическое лицо, за которым в Едином государственном реестре недвижимости зарегистрировано право собственности на объект недвижимости, об указанном заявлении в порядке, установленном органом нормативно-правового регулирования</w:t>
      </w:r>
    </w:p>
    <w:p>
      <w:r>
        <w:rPr>
          <w:b/>
        </w:rPr>
        <w:t xml:space="preserve">6. </w:t>
      </w:r>
      <w:r>
        <w:t>Отсутствие в Едином государственном реестре недвижимости записи о возможности регистрации на основании документов, подписанных усиленной квалифицированной электронной подписью, не препятствует осуществлению государственной регистрации прав на основании заявления о государственной регистрации перехода, прекращения права собственности на объект недвижимости, принадлежащий физическому лицу, и прилагаемых к нему документов в форме электронных документов и (или) электронных образов документов, представленных</w:t>
      </w:r>
    </w:p>
    <w:p>
      <w:r>
        <w:rPr>
          <w:b/>
        </w:rPr>
        <w:t xml:space="preserve">7. </w:t>
      </w:r>
      <w:r>
        <w:t>Запись, содержащаяся в Едином государственном реестре недвижимости, о возможности регистрации на основании документов, подписанных усиленной квалифицированной электронной подписью, погашается на основании</w:t>
      </w:r>
    </w:p>
    <w:p>
      <w:r>
        <w:rPr>
          <w:b/>
        </w:rPr>
        <w:t xml:space="preserve">6. </w:t>
      </w:r>
      <w:r>
        <w:t>органом государственной власти или органом местного самоуправления в случаях, предусмотренных статьей 19 настоящего Федерального закона</w:t>
      </w:r>
    </w:p>
    <w:p>
      <w:r>
        <w:rPr>
          <w:b/>
        </w:rPr>
        <w:t xml:space="preserve">6. </w:t>
      </w:r>
      <w:r>
        <w:t>нотариусом в случаях, предусмотренных пунктом 5 части 3 статьи 15 настоящего Федерального закона</w:t>
      </w:r>
    </w:p>
    <w:p>
      <w:r>
        <w:rPr>
          <w:b/>
        </w:rPr>
        <w:t xml:space="preserve">6. </w:t>
      </w:r>
      <w:r>
        <w:t>сторонами договора купли-продажи объекта недвижимости с использованием информационных технологий взаимодействия кредитной организации с органом регистрации прав в соответствии со статьей 18 настоящего Федерального закона</w:t>
      </w:r>
    </w:p>
    <w:p>
      <w:r>
        <w:rPr>
          <w:b/>
        </w:rPr>
        <w:t xml:space="preserve">6. </w:t>
      </w:r>
      <w:r>
        <w:t>сторонами договора об отчуждении объекта недвижимости, если соответствующее заявление и прилагаемые к нему документы в форме электронных документов и (или) электронных образов документов подписаны усиленной квалифицированной электронной подписью, квалифицированный сертификат ключа проверки которой выдан федеральным государственным бюджетным учреждением, указанным в части 4 статьи 3 настоящего Федерального закона</w:t>
      </w:r>
    </w:p>
    <w:p>
      <w:r>
        <w:rPr>
          <w:b/>
        </w:rPr>
        <w:t xml:space="preserve">7. </w:t>
      </w:r>
      <w:r>
        <w:t>представленного в порядке, предусмотренном частью 3 настоящей статьи, заявления лица, указанного в части 1 настоящей статьи, об отзыве ранее представленного заявления о возможности регистрации на основании документов, подписанных усиленной квалифицированной электронной подписью</w:t>
      </w:r>
    </w:p>
    <w:p>
      <w:r>
        <w:rPr>
          <w:b/>
        </w:rPr>
        <w:t xml:space="preserve">7. </w:t>
      </w:r>
      <w:r>
        <w:t>вступившего в законную силу судебного акта."</w:t>
      </w:r>
    </w:p>
    <w:p>
      <w:r>
        <w:rPr>
          <w:b/>
        </w:rPr>
        <w:t xml:space="preserve">7. </w:t>
      </w:r>
      <w:r>
        <w:t>часть 1 статьи 39 дополнить словами ", если иное не установлено статьей 362 настоящего Федерального закона"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абзаца седьмого пункта 3 статьи 1 настоящего Федерального закона</w:t>
      </w:r>
    </w:p>
    <w:p>
      <w:r>
        <w:rPr>
          <w:b/>
        </w:rPr>
        <w:t xml:space="preserve">2. </w:t>
      </w:r>
      <w:r>
        <w:t>Абзац седьмой пункта 3 статьи 1 настоящего Федерального закона вступает в силу по истечении девяноста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