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ежемесячных выплатах семьям, имеющим детей"</w:t>
      </w:r>
    </w:p>
    <w:p>
      <w:r>
        <w:rPr>
          <w:b/>
        </w:rPr>
        <w:t>Статья 1</w:t>
      </w:r>
    </w:p>
    <w:p>
      <w:r>
        <w:t>Внести в Федеральный закон от 28 декабря 2017 года № 418-ФЗ "О ежемесячных выплатах семьям, имеющим детей" (Собрание законодательства Российской Федерации, 2018, № 1, ст. 2; 2019, № 18, ст. 2216) следующие изменения</w:t>
      </w:r>
    </w:p>
    <w:p>
      <w:r>
        <w:t>в части 2 статьи 1 слова "1,5-кратную величину" заменить словами "2-кратную величину"</w:t>
      </w:r>
    </w:p>
    <w:p>
      <w:r>
        <w:t>в статье 2: а) в части 1 слова "полутора лет" заменить словами "трех лет"; б) в части 3 слова "один год" заменить словами "до достижения ребенком возраста одного года", слова "новое заявление о назначении указанной выплаты на срок до достижения ребенком возраста полутора лет, а также" заменить словами "новое заявление о назначении указанной выплаты сначала на срок до достижения ребенком возраста двух лет, а затем на срок до достижения им возраста трех лет и"</w:t>
      </w:r>
    </w:p>
    <w:p>
      <w:r>
        <w:t>в пункте 1 части 1 статьи 6 слова "полутора лет" заменить словами "трех лет"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