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Федеральный закон "Об особенностях пенсионного обеспечения граждан Российской Федерации, проживающих на территориях Республики Крым и города федерального значения Севастополя"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61. Особенности представления сведений о периодах работы до регистрации граждан в системе обязательного пенсионного страхования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