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9 Федерального закона "О накопительно-ипотечной системе жилищного обеспечения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