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19 Федерального закона "О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накоплений, установлении и осуществлении выплат за счет средств пенсионных накоплений"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