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2018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2018 год по доходам в сумме 19 454 369 032,0 тыс. рублей, по расходам в сумме 16 713 002 710,4 тыс. рублей с превышением доходов над расходами (профицит федерального бюджета) в сумме 2 741 366 321,6 тыс. рублей и со следующими показателями</w:t>
      </w:r>
    </w:p>
    <w:p>
      <w:r>
        <w:t>доходов федерального бюджета за 2018 год по кодам классификации доходов бюджетов согласно приложению 1 к настоящему Федеральному закону</w:t>
      </w:r>
    </w:p>
    <w:p>
      <w:r>
        <w:t>расходов федерального бюджета за 2018 год по ведомственной структуре расходов федерального бюджета согласно приложениям 2, 3 (секретно) и 4 (совершенно секретно) к настоящему Федеральному закону</w:t>
      </w:r>
    </w:p>
    <w:p>
      <w:r>
        <w:t>расходов федерального бюджета за 2018 год по разделам и подразделам классификации расходов бюджетов согласно приложению 5 к настоящему Федеральному закону</w:t>
      </w:r>
    </w:p>
    <w:p>
      <w:r>
        <w:t>источников финансирования дефицита федерального бюджета за 2018 год по кодам классификации источников финансирования дефицитов бюджетов согласно приложению 6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