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26, ст. 2586; № 33, ст. 3424; 2002, № 12, ст. 1093; 2003, № 27, ст. 2700; № 52, ст. 5033; 2004, № 27, ст. 2711; 2005, № 1, ст. 45; 2007, № 31, ст. 4011; № 41, ст. 4845; 2009, № 23, ст. 2776; № 30, ст. 3739; 2010, № 31, ст. 4193; № 47, ст. 6028; 2011, № 7, ст. 905; № 27, ст. 3873; № 48, ст. 6730; № 50, ст. 7351; 2012, № 27, ст. 3588; № 50, ст. 6954; № 53, ст. 7605; 2013, № 11, ст. 1076; № 19, ст. 2317, 2329; № 26, ст. 3207; № 27, ст. 3438, 3477; № 30, ст. 4084; № 51, ст. 6699; 2014, № 26, ст. 3395; № 52, ст. 7543; 2015, № 27, ст. 3950; № 29, ст. 4357; № 51, ст. 7243; 2017, № 18, ст. 2661, 2669; № 31, ст. 4830; 2018, № 24, ст. 3400; № 27, ст. 3950; № 31, ст. 4852; № 32, ст. 5100, 5115; № 49, ст. 7524; 2019, № 6, ст. 463) следующие изменения</w:t>
      </w:r>
    </w:p>
    <w:p>
      <w:r>
        <w:t>в статье 111-2: а) в части второй слова "и финансированию терроризма" заменить словами "финансированию терроризма и финансированию распространения оружия массового уничтожения"; б) в части третьей слова "и финансированию терроризма" заменить словами "финансированию терроризма и финансированию распространения оружия массового уничтожения"; в) в части четвертой слова "и финансированию терроризма" заменить словами "финансированию терроризма и финансированию распространения оружия массового уничтожения"; г) в части шестой слова "и финансированию терроризма" заменить словами "финансированию терроризма и финансированию распространения оружия массового уничтожения"; д) в абзаце первом части седьмой слова "и финансированию терроризма" заменить словами "финансированию терроризма и финансированию распространения оружия массового уничтожения"; е) в части восьмой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в части первой статьи 16: а) в пункте 1: в абзаце первом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четвертом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пятом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шестом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шестнадцатом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семнадцатом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восемнадцатом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девятнадцатом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двадцатом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двадцать первом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двадцать седьмом слова "и финансированию терроризма" заменить словами "финансированию терроризма и финансированию распространения оружия массового уничтожения"; б) в пункте 5: в абзаце четырнадцатом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пятнадцатом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шестнадцатом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семнадцатом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восемнадцатом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двадцать пятом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в статье 26: а) часть девятую изложить в следующей редакции: "Информация об операциях, о счетах и вкладах юридических лиц, граждан, осуществляющих предпринимательскую деятельность без образования юридического лица, и физических лиц представляется кредитными организациями в уполномоченный орган, осуществляющий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в случаях, порядке и объеме, которые предусмотрены Федеральным законом "О противодействии легализации (отмыванию) доходов, полученных преступным путем, и финансированию терроризма"."; б) часть двенадцатую изложить в следующей редакции: "Уполномоченный орган, осуществляющий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не вправе раскрывать третьим лицам информацию, полученную от кредитных организаций в соответствии с Федеральным законом "О противодействии легализации (отмыванию) доходов, полученных преступным путем, и финансированию терроризма", за исключением случаев, предусмотренных указанным Федеральным законом."; в) в части четырнадцатой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rPr>
          <w:b/>
        </w:rPr>
        <w:t>Статья 2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2003, № 50, ст. 4858; 2005, № 10, ст. 760; 2007, № 49, ст. 6048; 2009, № 44, ст. 5172; 2010, № 17, ст. 1988; 2013, № 26, ст. 3207; № 30, ст. 4067; 2014, № 30, ст. 4224; 2016, № 22, ст. 3094; № 26, ст. 3891; № 27, ст. 4225; 2017, № 31, ст. 4830; 2018, № 18, ст. 2557; № 31, ст. 4840) следующие изменения</w:t>
      </w:r>
    </w:p>
    <w:p>
      <w:r>
        <w:t>в статье 281: а) в подпункте 6 пункта 1 слова "и финансированию терроризма" заменить словами "финансированию терроризма и финансированию распространения оружия массового уничтожения"; б) в подпункте 5 пункта 2 слова "и финансированию терроризма, структурное подразделение" заменить словами "финансированию терроризма и финансированию распространения оружия массового уничтожения, структурное подразделение"</w:t>
      </w:r>
    </w:p>
    <w:p>
      <w:r>
        <w:t>в статье 321: а) в абзаце втором пункта 32 слова "и финансированию терроризма" заменить словами "финансированию терроризма и финансированию распространения оружия массового уничтожения"; б) в пункте 61: в абзаце первом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2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8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9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10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11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15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17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23 слова "и финансированию терроризма" заменить словами "финансированию терроризма и финансированию распространения оружия массового уничтожения"; в) в пункте 77 слова "и финансированию терроризма" заменить словами "финансированию терроризма и финансированию распространения оружия массового уничтожения"; г) в пункте 710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абзац третий пункта 5 статьи 326 изложить в следующей редакции: "неоднократное в течение одного года нарушение субъектом страхового дела требований, предусмотренных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неоднократное в течение одного года нарушение требований нормативных актов органа страхового надзора, изданных в соответствии с указанным Федеральным законом."</w:t>
      </w:r>
    </w:p>
    <w:p>
      <w:r>
        <w:t>подпункт 10 пункта 2 статьи 328 изложить в следующей редакции: "10) неоднократное в течение одного года нарушение субъектом страхового дела требований, предусмотренных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неоднократное в течение одного года нарушение требований нормативных актов органа страхового надзора, изданных в соответствии с указанным Федеральным законом, при условии, что в течение одного года лицензия субъекта страхового дела приостанавливалась по основанию, предусмотренному абзацем третьим пункта 5 статьи 326 настоящего Федерального закона."</w:t>
      </w:r>
    </w:p>
    <w:p>
      <w:r>
        <w:rPr>
          <w:b/>
        </w:rPr>
        <w:t>Статья 3</w:t>
      </w:r>
    </w:p>
    <w:p>
      <w:r>
        <w:t>В части четвертой статьи 38 Федерального закона от 19 мая 1995 года № 82-ФЗ "Об общественных объединениях" (Собрание законодательства Российской Федерации, 1995, № 21, ст. 1930; 2002, № 12, ст. 1093; 2006, № 3, ст. 282; 2012, № 30, ст. 4172; 2015, № 10, ст. 1413) слова "и финансированию терроризма, анализирует" заменить словами "финансированию терроризма и финансированию распространения оружия массового уничтожения, анализирует".</w:t>
      </w:r>
    </w:p>
    <w:p>
      <w:r>
        <w:rPr>
          <w:b/>
        </w:rPr>
        <w:t>Статья 4</w:t>
      </w:r>
    </w:p>
    <w:p>
      <w:r>
        <w:t>В пункте 141 статьи 32 Федерального закона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4590; № 47, ст. 6607; 2012, № 30, ст. 4172; 2014, № 8, ст. 738; № 23, ст. 2932; 2015, № 10, ст. 1413; 2017, № 24, ст. 3482; 2018, № 31, ст. 4849) слова "и финансированию терроризма, анализирует" заменить словами "финансированию терроризма и финансированию распространения оружия массового уничтожения, анализирует".</w:t>
      </w:r>
    </w:p>
    <w:p>
      <w:r>
        <w:rPr>
          <w:b/>
        </w:rPr>
        <w:t>Статья 5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2001, № 33, ст. 3424; 2002, № 52, ст. 5141; 2006, № 1, ст. 5; № 17, ст. 1780; 2007, № 41, ст. 4845; 2009, № 48, ст. 5731; 2010, № 17, ст. 1988; № 31, ст. 4193; № 41, ст. 5193; 2011, № 7, ст. 905; № 29, ст. 4291; № 50, ст. 7357; 2012, № 53, ст. 7607; 2013, № 30, ст. 4084; № 51, ст. 6699; 2015, № 1, ст. 13; № 27, ст. 4001; № 29, ст. 4357; 2016, № 1, ст. 50; № 27, ст. 4225; 2017, № 52, ст. 7920; 2018, № 17, ст. 2424; № 18, ст. 2560; № 53, ст. 8440) следующие изменения</w:t>
      </w:r>
    </w:p>
    <w:p>
      <w:r>
        <w:t>подпункт 8 пункта 1 статьи 391 изложить в следующей редакции: "8) в случае неоднократного нарушения в течение одного года профессиональным участником рынка ценных бумаг требований, предусмотренных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в случае неоднократного нарушения в течение одного года требований нормативных актов Банка России, изданных в соответствии с указанным Федеральным законом;"</w:t>
      </w:r>
    </w:p>
    <w:p>
      <w:r>
        <w:t>абзац второй пункта 4 статьи 44 изложить в следующей редакции: "в случае неоднократного нарушения в течение одного года профессиональными участниками рынка ценных бумаг требований, предусмотренных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в случае неоднократного нарушения в течение одного года требований нормативных актов Банка России, изданных в соответствии с указанным Федеральным законом, принимать решение об аннулировании лицензии на осуществление профессиональной деятельности на рынке ценных бумаг;"</w:t>
      </w:r>
    </w:p>
    <w:p>
      <w:r>
        <w:rPr>
          <w:b/>
        </w:rPr>
        <w:t>Статья 6</w:t>
      </w:r>
    </w:p>
    <w:p>
      <w:r>
        <w:t>В абзаце четвертом пункта 4 статьи 25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2002, № 12, ст. 1093; 2015, № 48, ст. 6707)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7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2002, № 12, ст. 1093; 2003, № 2, ст. 166; 2007, № 50, ст. 6247; 2010, № 17, ст. 1988; 2011, № 29, ст. 4291; № 49, ст. 7061; 2012, № 47, ст. 6391; 2013, № 30, ст. 4084; № 52, ст. 6975; 2014, № 30, ст. 4219; 2015, № 27, ст. 3958, 4001; № 29, ст. 4357; 2016, № 1, ст. 41; № 27, ст. 4225; 2017, № 31, ст. 4830; 2018, № 31, ст. 4858) следующие изменения</w:t>
      </w:r>
    </w:p>
    <w:p>
      <w:r>
        <w:t>в статье 62: а) в пункте 2 слова "и финансированию терроризма" заменить словами "финансированию терроризма и финансированию распространения оружия массового уничтожения"; б) в пункте 3: в подпункте 1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2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8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9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10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11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15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17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23 слова "и финансированию терроризма" заменить словами "финансированию терроризма и финансированию распространения оружия массового уничтожения"; в) в подпункте 6 пункта 4 слова "и финансированию терроризма" заменить словами "финансированию терроризма и финансированию распространения оружия массового уничтожения"; г) в пункте 9: в абзаце первом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четвертом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в подпункте 3 пункта 4 статьи 71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статью 72 дополнить пунктом 22 следующего содержания: "22. Банк России вправе аннулировать лицензию в случае неоднократного нарушения в течение одного года требований, предусмотренных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в случае неоднократного нарушения в течение одного года требований нормативных актов Банка России, изданных в соответствии с указанным Федеральным законом."</w:t>
      </w:r>
    </w:p>
    <w:p>
      <w:r>
        <w:t>в подпункте 9 пункта 31 статьи 33 слова "и финансированию терроризма в соответствии" заменить словами "финансированию терроризма и финансированию распространения оружия массового уничтожения в соответствии"</w:t>
      </w:r>
    </w:p>
    <w:p>
      <w:r>
        <w:rPr>
          <w:b/>
        </w:rPr>
        <w:t>Статья 8</w:t>
      </w:r>
    </w:p>
    <w:p>
      <w:r>
        <w:t>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4430) следующие изменения</w:t>
      </w:r>
    </w:p>
    <w:p>
      <w:r>
        <w:t>в абзаце двенадцатом пункта 2 слова "финансированию терроризма и финансированию распространения оружия массового уничтожения" заменить словами "и финансированию терроризма"</w:t>
      </w:r>
    </w:p>
    <w:p>
      <w:r>
        <w:t>в абзаце первом пункта 511 слова "72 и 73" заменить словами "72, 73 и 75"</w:t>
      </w:r>
    </w:p>
    <w:p>
      <w:r>
        <w:rPr>
          <w:b/>
        </w:rPr>
        <w:t>Статья 9</w:t>
      </w:r>
    </w:p>
    <w:p>
      <w:r>
        <w:t>Внести в Федеральный закон от 29 ноября 2001 года № 156-ФЗ "Об инвестиционных фондах" (Собрание законодательства Российской Федерации, 2001, № 49, ст. 4562; 2007, № 50, ст. 6247; 2008, № 30, ст. 3616; 2010, № 17, ст. 1988; № 31, ст. 4193; 2011, № 49, ст. 7061; 2012, № 31, ст. 4334; 2013, № 26, ст. 3207; № 27, ст. 3477; № 30, ст. 4084; № 51, ст. 6699; 2015, № 27, ст. 4001; 2016, № 23, ст. 3301; № 27, ст. 4225; 2017, № 31, ст. 4830; 2018, № 1, ст. 90; 2019, № 18, ст. 2199; № 30, ст. 4150) следующие изменения</w:t>
      </w:r>
    </w:p>
    <w:p>
      <w:r>
        <w:t>в статье 38: а) в пункте 9: в абзаце первом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2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8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9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10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11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15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17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23 слова "и финансированию терроризма" заменить словами "финансированию терроризма и финансированию распространения оружия массового уничтожения"; б) в пункте 91: в абзаце первом слова "и финансированию терроризма" заменить словами "финансированию терроризма и финансированию распространения оружия массового уничтожения"; в подпункте 5 слова "и финансированию терроризма" заменить словами "финансированию терроризма и финансированию распространения оружия массового уничтожения"; в) в пункте 96: в абзаце первом слова "и финансированию терроризма" заменить словами "финансированию терроризма и финансированию распространения оружия массового уничтожения"; в абзаце третьем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в пункте 7 статьи 601 после слова "представляются" дополнить словами "в двух экземплярах", слова "и финансированию терроризма (в двух экземплярах)" заменить словами "финансированию терроризма и финансированию распространения оружия массового уничтожения"</w:t>
      </w:r>
    </w:p>
    <w:p>
      <w:r>
        <w:t>статью 612 дополнить пунктом 22 следующего содержания: "22. Банк России вправе аннулировать соответствующую лицензию в случае неоднократного нарушения в течение одного года управляющей компанией требований, предусмотренных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в случае неоднократного нарушения в течение одного года требований нормативных актов Банка России, изданных в соответствии с указанным Федеральным законом."</w:t>
      </w:r>
    </w:p>
    <w:p>
      <w:r>
        <w:rPr>
          <w:b/>
        </w:rPr>
        <w:t>Статья 10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2013, № 27, ст. 3438; 2017, № 31, ст. 4830) следующие изменения</w:t>
      </w:r>
    </w:p>
    <w:p>
      <w:r>
        <w:t>в статье 571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в статье 60: а) в пункте 3 части первой слова "и финансированию терроризма" заменить словами "финансированию терроризма и финансированию распространения оружия массового уничтожения"; б) в пункте 2 части четвертой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rPr>
          <w:b/>
        </w:rPr>
        <w:t>Статья 11</w:t>
      </w:r>
    </w:p>
    <w:p>
      <w:r>
        <w:t>В пункте 12 статьи 18923 Федерального закона от 26 октября 2002 года № 127-ФЗ "О несостоятельности (банкротстве)" (Собрание законодательства Российской Федерации, 2002, № 43, ст. 4190; 2014, № 52, ст. 7543; 2017, № 18, ст. 2661; № 31, ст. 4815, 4830; 2018, № 18, ст. 2557; № 32, ст. 5115)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12</w:t>
      </w:r>
    </w:p>
    <w:p>
      <w:r>
        <w:t>В пункте 3 статьи 241 Федерального закона от 14 ноября 2002 года № 161-ФЗ "О государственных и муниципальных унитарных предприятиях" (Собрание законодательства Российской Федерации, 2002, № 48, ст. 4746; 2017, № 31, ст. 4816; 2018, № 1, ст. 54; № 32, ст. 5115; № 49, ст. 7524)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13</w:t>
      </w:r>
    </w:p>
    <w:p>
      <w:r>
        <w:t>Внести в Федеральный закон от 23 декабря 2003 года № 177-ФЗ "О страховании вкладов в банках Российской Федерации" (Собрание законодательства Российской Федерации, 2003, № 52, ст. 5029; 2008, № 52, ст. 6225; 2011, № 29, ст. 4262; 2013, № 27, ст. 3438; № 49, ст. 6336; 2014, № 52, ст. 7543; 2018, № 1, ст. 66; № 32, ст. 5115) следующие изменения</w:t>
      </w:r>
    </w:p>
    <w:p>
      <w:r>
        <w:t>в пункте 5 части 3 статьи 44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в пункте 4 части 1 статьи 48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rPr>
          <w:b/>
        </w:rPr>
        <w:t>Статья 14</w:t>
      </w:r>
    </w:p>
    <w:p>
      <w:r>
        <w:t>Внести в пункт 6 части 4 статьи 23 Федерального закона от 19 июля 2007 года № 196-ФЗ "О ломбардах" (Собрание законодательства Российской Федерации, 2007, № 31, ст. 3992; 2013, № 51, ст. 6695; 2015, № 29, ст. 4357; 2018, № 18, ст. 2560) следующие изменения</w:t>
      </w:r>
    </w:p>
    <w:p>
      <w:r>
        <w:t>подпункт "б" дополнить словами "(кроме случаев, предусмотренных подпунктом "в" настоящего пункта)"</w:t>
      </w:r>
    </w:p>
    <w:p>
      <w:r>
        <w:t>подпункт "в" изложить в следующей редакции: "в) неоднократного нарушения в течение одного года ломбардом требований, предусмотренных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неоднократного нарушения в течение одного года требований нормативных актов Банка России, изданных в соответствии с указанным Федеральным законом;"</w:t>
      </w:r>
    </w:p>
    <w:p>
      <w:r>
        <w:rPr>
          <w:b/>
        </w:rPr>
        <w:t>Статья 15</w:t>
      </w:r>
    </w:p>
    <w:p>
      <w:r>
        <w:t>В части 6 статьи 2 Федерального закона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(Собрание законодательства Российской Федерации, 2007, № 48, ст. 5814; 2009, № 19, ст. 2278; 2014, № 30, ст. 4260; 2017, № 31, ст. 4816; 2018, № 1, ст. 54; № 49, ст. 7524)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16</w:t>
      </w:r>
    </w:p>
    <w:p>
      <w:r>
        <w:t>В части 7 статьи 3 Федерального закона от 1 декабря 2007 года № 317-ФЗ "О Государственной корпорации по атомной энергии "Росатом" (Собрание законодательства Российской Федерации, 2007, № 49, ст. 6078; 2011, № 1, ст. 49; 2013, № 27, ст. 3480; 2016, № 14, ст. 1904; 2017, № 31, ст. 4816; 2018, № 1, ст. 54; № 49, ст. 7524)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17</w:t>
      </w:r>
    </w:p>
    <w:p>
      <w:r>
        <w:t>В части 5 статьи 3 Федерального закона от 17 июля 2009 года № 145-ФЗ "О Государственной компании "Российские автомобильные дороги" и о внесении изменений в отдельные законодательные акты Российской Федерации" (Собрание законодательства Российской Федерации, 2009, № 29, ст. 3582; 2017, № 31, ст. 4816; 2018, № 1, ст. 54; № 49, ст. 7524)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18</w:t>
      </w:r>
    </w:p>
    <w:p>
      <w:r>
        <w:t>Внести в пункт 9 части 3 статьи 5 Федерального закона от 18 июля 2009 года № 190-ФЗ "О кредитной кооперации" (Собрание законодательства Российской Федерации, 2009, № 29, ст. 3627; 2011, № 49, ст. 7040; 2013, № 30, ст. 4084; № 44, ст. 5640; № 51, ст. 6695; 2015, № 27, ст. 4001; № 29, ст. 4357; 2016, № 27, ст. 4225) следующие изменения</w:t>
      </w:r>
    </w:p>
    <w:p>
      <w:r>
        <w:t>подпункт "в" дополнить словами "(кроме случаев, предусмотренных подпунктами "г" и "д" настоящего пункта)"</w:t>
      </w:r>
    </w:p>
    <w:p>
      <w:r>
        <w:t>дополнить подпунктом "д" следующего содержания: "д) неоднократного нарушения в течение одного года кредитным кооперативом требований, предусмотренных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неоднократного нарушения в течение одного года требований нормативных актов Банка России, изданных в соответствии с указанным Федеральным законом;"</w:t>
      </w:r>
    </w:p>
    <w:p>
      <w:r>
        <w:rPr>
          <w:b/>
        </w:rPr>
        <w:t>Статья 19</w:t>
      </w:r>
    </w:p>
    <w:p>
      <w:r>
        <w:t>Внести в Федеральный закон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3435; 2011, № 27, ст. 3880; № 49, ст. 7040; 2013, № 26, ст. 3207; № 30, ст. 4084; № 51, ст. 6695; 2015, № 27, ст. 4001; 2016, № 1, ст. 27; № 27, ст. 4225; 2017, № 18, ст. 2669; № 31, ст. 4830; 2018, № 18, ст. 2560; № 31, ст. 4430) следующие изменения</w:t>
      </w:r>
    </w:p>
    <w:p>
      <w:r>
        <w:t>в статье 41-1: а) в части 1: в абзаце первом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1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2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8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9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10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11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15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17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23 слова "и финансированию терроризма" заменить словами "финансированию терроризма и финансированию распространения оружия массового уничтожения"; б) в части 2: в абзаце первом слова "и финансированию терроризма" заменить словами "финансированию терроризма и финансированию распространения оружия массового уничтожения"; в пункте 3 слова "и финансированию терроризма" заменить словами "финансированию терроризма и финансированию распространения оружия массового уничтожения"; в) в части 8 слова "и финансированию терроризма" заменить словами "финансированию терроризма и финансированию распространения оружия массового уничтожения"; г) в абзаце первом части 10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пункт 10 части 4 статьи 5 изложить в следующей редакции: "10) копии правил внутреннего контроля, разработанных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(далее - правила внутреннего контроля по противодействию отмыванию доходов, финансированию терроризма и финансированию распространения оружия массового уничтожения);"</w:t>
      </w:r>
    </w:p>
    <w:p>
      <w:r>
        <w:t>в части 11 статьи 7: а) в пункте 1 слова "предусмотренных пунктом 2 настоящей части" заменить словами "предусмотренных пунктами 2 и 3 настоящей части"; б) пункт 3 изложить в следующей редакции: "3) неоднократного нарушения в течение одного года микрофинансовой организацией требований, установленных статьей 6, статьей 7 (за исключением пункта 3), статьями 73 и 75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(или) неоднократного нарушения в течение одного года требований нормативных актов Банка России, изданных в соответствии с указанным Федеральным законом;"</w:t>
      </w:r>
    </w:p>
    <w:p>
      <w:r>
        <w:rPr>
          <w:b/>
        </w:rPr>
        <w:t>Статья 20</w:t>
      </w:r>
    </w:p>
    <w:p>
      <w:r>
        <w:t>В пункте 3 части 1 статьи 9 Федерального закона от 7 декабря 2011 года № 414-ФЗ "О центральном депозитарии" (Собрание законодательства Российской Федерации, 2011, № 50, ст. 7356; 2013, № 30, ст. 4084; 2015, № 27, ст. 4001; 2018, № 17, ст. 2429; № 53, ст. 8440)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21</w:t>
      </w:r>
    </w:p>
    <w:p>
      <w:r>
        <w:t>Внести в статью 32 Федерального закона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 (Собрание законодательства Российской Федерации, 2012, № 53, ст. 7597; 2015, № 21, ст. 2981) следующие изменения</w:t>
      </w:r>
    </w:p>
    <w:p>
      <w:r>
        <w:t>в части 2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в части 3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rPr>
          <w:b/>
        </w:rPr>
        <w:t>Статья 22</w:t>
      </w:r>
    </w:p>
    <w:p>
      <w:r>
        <w:t>В пункте 12 статьи 3 Федерального закона от 29 декабря 2012 года № 275-ФЗ "О государственном оборонном заказе" (Собрание законодательства Российской Федерации, 2012, № 53, ст. 7600; 2015, № 27, ст. 3950; № 29, ст. 4342; 2016, № 27, ст. 4250; 2018, № 31, ст. 4852)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23</w:t>
      </w:r>
    </w:p>
    <w:p>
      <w:r>
        <w:t>Внести в Федеральный закон от 28 июня 2014 года № 173-ФЗ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 (Собрание законодательства Российской Федерации, 2014, № 26, ст. 3379) следующие изменения</w:t>
      </w:r>
    </w:p>
    <w:p>
      <w:r>
        <w:t>в части 6 статьи 2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t>в статье 3: а) в части 4 слова "и финансированию терроризма" заменить словами "финансированию терроризма и финансированию распространения оружия массового уничтожения"; б) в части 5 слова "и финансированию терроризма" заменить словами "финансированию терроризма и финансированию распространения оружия массового уничтожения"</w:t>
      </w:r>
    </w:p>
    <w:p>
      <w:r>
        <w:rPr>
          <w:b/>
        </w:rPr>
        <w:t>Статья 24</w:t>
      </w:r>
    </w:p>
    <w:p>
      <w:r>
        <w:t>В части 3 статьи 1 Федерального закона от 21 июля 2014 года № 213-ФЗ "Об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 (Собрание законодательства Российской Федерации, 2014, № 30, ст. 4214; 2015, № 1, ст. 37; 2016, № 1, ст. 11; 2017, № 31, ст. 4816; 2018, № 1, ст. 54; № 49, ст. 7524)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25</w:t>
      </w:r>
    </w:p>
    <w:p>
      <w:r>
        <w:t>В части 2 статьи 8 Федерального закона от 8 июня 2015 года №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 (Собрание законодательства Российской Федерации, 2015, № 24, ст. 3367) слова "и финансированию терроризма, а также" заменить словами ", финансированию терроризма и финансированию распространения оружия массового уничтожения, а также".</w:t>
      </w:r>
    </w:p>
    <w:p>
      <w:r>
        <w:rPr>
          <w:b/>
        </w:rPr>
        <w:t>Статья 26</w:t>
      </w:r>
    </w:p>
    <w:p>
      <w:r>
        <w:t>В части 8 статьи 3 Федерального закона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4341; 2017, № 31, ст. 4816; 2018, № 1, ст. 54; № 49, ст. 7524; 2019, № 16, ст. 1824)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27</w:t>
      </w:r>
    </w:p>
    <w:p>
      <w:r>
        <w:t>В части 31 статьи 5 Федерального закона от 3 июля 2016 года № 236-ФЗ "О публично-правовых компаниях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2016, № 27, ст. 4169; 2017, № 31, ст. 4816; 2018, № 1, ст. 54; № 49, ст. 7524)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p>
      <w:r>
        <w:rPr>
          <w:b/>
        </w:rPr>
        <w:t>Статья 28</w:t>
      </w:r>
    </w:p>
    <w:p>
      <w:r>
        <w:t>В абзаце втором подпункта "е" пункта 3 статьи 5 Федерального закона от 2 августа 2019 года № 271-ФЗ "О внесении изменений в отдельные законодательные акты Российской Федерации" (Собрание законодательства Российской Федерации, 2019, № 31, ст. 4430) слова "и финансированию терроризма" заменить словами "финансированию терроризма и финансированию распространения оружия массового уничтожения".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