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образовании в Российской Федерации" и отдельные законодательные акты Российской Федерации</w:t>
      </w:r>
    </w:p>
    <w:p>
      <w:r>
        <w:rPr>
          <w:b/>
        </w:rPr>
        <w:t>Статья 1</w:t>
      </w:r>
    </w:p>
    <w:p>
      <w:r>
        <w:t>Внести в Федеральный закон от 29 декабря 2012 года № 273-ФЗ "Об образовании в Российской Федерации" (Собрание законодательства Российской Федерации, 2012, № 53, ст. 7598; 2013, № 23, ст. 2878; 2014, № 22, ст. 2769; № 23, ст. 2933; № 30, ст. 4257; 2015, № 1, ст. 53; № 18, ст. 2625; № 27, ст. 3989; № 29, ст. 4364; 2016, № 27, ст. 4160, 4238, 4246; 2018, № 32, ст. 5110; № 53, ст. 8423; 2019, № 10, ст. 887; № 25, ст. 3160; № 30, ст. 4134) следующие изменения: 1) в статье 2: а) пункт 9 после слова "(модулей)," дополнить словом "практики,"; б) пункт 10 после слова "(модулей)," дополнить словом "практики,"; в) пункт 24 изложить в следующей редакции: "24) 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компетенции по профилю соответствующей образовательной программы;"; 2) в пункте 10 части 1 статьи 8 слово "рекомендованных" заменить словом "допущенных"; 3) в пункте 2 части 3 статьи 11 слова "и иным" исключить; 4) в статье 13: а) части 6 и 7 изложить в следующей редакции: "6. Освоение основных профессиональных образовательных программ предусматривает проведение практики обучающихся. Образовательная деятельность при освоении основных профессиональных образовательных программ или отдельных компонентов этих программ организуется в форме практической подготовки. Образовательная деятельность при освоении иных образовательных программ или отдельных компонентов этих программ может быть организована в форме практической подготовки.</w:t>
      </w:r>
    </w:p>
    <w:p>
      <w:r>
        <w:rPr>
          <w:b/>
        </w:rPr>
        <w:t xml:space="preserve">7. </w:t>
      </w:r>
      <w:r>
        <w:t>Практическая подготовка может быть организована</w:t>
      </w:r>
    </w:p>
    <w:p>
      <w:r>
        <w:rPr>
          <w:b/>
        </w:rPr>
        <w:t xml:space="preserve">2. </w:t>
      </w:r>
      <w:r>
        <w:t>Использование сетевой формы реализации образовательных программ осуществляется на основании договора, который заключается между организациями, указанными в части 1 настоящей статьи, и в котором указываются основные характеристики образовательной программы, реализуемой с использованием такой формы (в том числе вид, уровень и (или) направленность) (при реализации части образовательной программы определенных уровня, вида и (или) направленности указываются также характеристики отдельных учебных предметов, курсов, дисциплин (модулей), практики, иных компонентов, предусмотренных образовательными программами), выдаваемые документ или документы об образовании и (или) о квалификации, документ или документы об обучении, а также объем ресурсов, используемых каждой из указанных организаций, и распределение обязанностей между ними, срок действия этого договора</w:t>
      </w:r>
    </w:p>
    <w:p>
      <w:r>
        <w:rPr>
          <w:b/>
        </w:rPr>
        <w:t xml:space="preserve">3. </w:t>
      </w:r>
      <w:r>
        <w:t>Порядок организации и осуществления образовательной деятельности при сетевой форме реализации образовательных программ и примерная форма договора о сетевой форме реализации образовательных программ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Использование имущества государственных и муниципальных организаций организациями, осуществляющими образовательную деятельность, финансовое обеспечение которых осуществляется за счет бюджетных ассигнований федерального бюджета, бюджетов субъектов Российской Федерации и (или) местных бюджетов, при сетевой форме реализации образовательных программ осуществляется на безвозмездной основе, если иное не установлено договором о сетевой форме реализации образовательных программ.";</w:t>
      </w:r>
    </w:p>
    <w:p>
      <w:r>
        <w:rPr>
          <w:b/>
        </w:rPr>
        <w:t xml:space="preserve">7. </w:t>
      </w:r>
      <w:r>
        <w:t>непосредственно в организации, осуществляющей образовательную деятельность, в том числе в структурном подразделении указанной организации, предназначенном для проведения практической подготовки</w:t>
      </w:r>
    </w:p>
    <w:p>
      <w:r>
        <w:rPr>
          <w:b/>
        </w:rPr>
        <w:t xml:space="preserve">7. </w:t>
      </w:r>
      <w:r>
        <w:t>в организации, осуществляющей деятельность по профилю соответствующей образовательной программы, в том числе ее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w:t>
      </w:r>
    </w:p>
    <w:p>
      <w:r>
        <w:rPr>
          <w:b/>
        </w:rPr>
        <w:t xml:space="preserve">7. </w:t>
      </w:r>
      <w:r>
        <w:t>статью 15 изложить в следующей редакции: "Статья 15. Сетевая форма реализации образовательных программ 1. Сетевая форма реализации образовательных программ обеспечивает возможность освоения обучающимся образовательной программы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В реализации образовательных программ и (или) отдельных учебных предметов, курсов, дисциплин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 соответствующей образовательной программе</w:t>
      </w:r>
    </w:p>
    <w:p>
      <w:r>
        <w:rPr>
          <w:b/>
        </w:rPr>
        <w:t xml:space="preserve">7. </w:t>
      </w:r>
      <w:r>
        <w:t>часть 8 изложить в следующей редакции: "8. Положение о практической подготовке обучающихся и примерная форма договора о практической подготовке обучающихся, заключаемого между организацией, осуществляющей образовательную деятельность, и организацией, осуществляющей деятельность по профилю соответствующей образовательной программы,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если иное не установлено настоящим Федеральным законом."</w:t>
      </w:r>
    </w:p>
    <w:p>
      <w:r>
        <w:rPr>
          <w:b/>
        </w:rPr>
        <w:t xml:space="preserve">4. </w:t>
      </w:r>
      <w:r>
        <w:t>в статье 18:</w:t>
      </w:r>
    </w:p>
    <w:p>
      <w:r>
        <w:rPr>
          <w:b/>
        </w:rPr>
        <w:t xml:space="preserve">4. </w:t>
      </w:r>
      <w:r>
        <w:t>часть 3 статьи 27 признать утратившей силу</w:t>
      </w:r>
    </w:p>
    <w:p>
      <w:r>
        <w:rPr>
          <w:b/>
        </w:rPr>
        <w:t xml:space="preserve">4. </w:t>
      </w:r>
      <w:r>
        <w:t>в статье 28:</w:t>
      </w:r>
    </w:p>
    <w:p>
      <w:r>
        <w:rPr>
          <w:b/>
        </w:rPr>
        <w:t xml:space="preserve">4. </w:t>
      </w:r>
      <w:r>
        <w:t>в пункте 1 части 2 статьи 29:</w:t>
      </w:r>
    </w:p>
    <w:p>
      <w:r>
        <w:rPr>
          <w:b/>
        </w:rPr>
        <w:t xml:space="preserve">4. </w:t>
      </w:r>
      <w:r>
        <w:t>в пункте 7 части 1 статьи 34 слова "в установленном ею порядке" заменить словами "в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порядке"</w:t>
      </w:r>
    </w:p>
    <w:p>
      <w:r>
        <w:rPr>
          <w:b/>
        </w:rPr>
        <w:t xml:space="preserve">4. </w:t>
      </w:r>
      <w:r>
        <w:t>часть 5 статьи 51 изложить в следующей редакции: "5. Должностные обязанности руководителя государственной или муниципальной образовательной организации, филиала государственной или муниципальной образовательной организации, за исключением филиала, в котором организуется осуществление образовательной деятельности исключительно в форме практической подготовки обучающихся, не могут исполняться по совместительству. Должностные обязанности руководителя филиала государственной или муниципальной образовательной организации, в котором осуществляется образовательная деятельность исключительно в форме практической подготовки обучающихся, могут исполняться по совместительству лицами, являющимися работниками данных государственной или муниципальной образовательной организации или организации, осуществляющей деятельность по профилю соответствующей образовательной программы."</w:t>
      </w:r>
    </w:p>
    <w:p>
      <w:r>
        <w:rPr>
          <w:b/>
        </w:rPr>
        <w:t xml:space="preserve">4. </w:t>
      </w:r>
      <w:r>
        <w:t>в части 2 статьи 72:</w:t>
      </w:r>
    </w:p>
    <w:p>
      <w:r>
        <w:rPr>
          <w:b/>
        </w:rPr>
        <w:t xml:space="preserve">4. </w:t>
      </w:r>
      <w:r>
        <w:t>в статье 91:</w:t>
      </w:r>
    </w:p>
    <w:p>
      <w:r>
        <w:rPr>
          <w:b/>
        </w:rPr>
        <w:t xml:space="preserve">4. </w:t>
      </w:r>
      <w:r>
        <w:t>пункт 9 части 29 статьи 92 дополнить подпунктами "г" и "д" следующего содержания: "г) образовательной деятельности по образовательным программам, реализуемым посредством использования сетевой формы реализации образовательных программ;</w:t>
      </w:r>
    </w:p>
    <w:p>
      <w:r>
        <w:rPr>
          <w:b/>
        </w:rPr>
        <w:t xml:space="preserve">4. </w:t>
      </w:r>
      <w:r>
        <w:t>часть 3 статьи 97 после слов "и динамикой изменений его результатов," дополнить словами "в том числе в рамках оценки качества образования,"</w:t>
      </w:r>
    </w:p>
    <w:p>
      <w:r>
        <w:rPr>
          <w:b/>
        </w:rPr>
        <w:t xml:space="preserve">4. </w:t>
      </w:r>
      <w:r>
        <w:t>в пункте 1 части 4 слово "рекомендуемых" заменить словом "допущенных"</w:t>
      </w:r>
    </w:p>
    <w:p>
      <w:r>
        <w:rPr>
          <w:b/>
        </w:rPr>
        <w:t xml:space="preserve">4. </w:t>
      </w:r>
      <w:r>
        <w:t>часть 2 статьи 99 после слов "с учетом форм обучения," дополнить словами "включая практическую подготовку обучающихся,"</w:t>
      </w:r>
    </w:p>
    <w:p>
      <w:r>
        <w:rPr>
          <w:b/>
        </w:rPr>
        <w:t xml:space="preserve">4. </w:t>
      </w:r>
      <w:r>
        <w:t>в части 5 слово "рекомендуемых" заменить словом "допущенных", после слов "организациями, осуществляющими образовательную деятельность," дополнить словами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w:t>
      </w:r>
    </w:p>
    <w:p>
      <w:r>
        <w:rPr>
          <w:b/>
        </w:rPr>
        <w:t xml:space="preserve">4. </w:t>
      </w:r>
      <w:r>
        <w:t>в части 6 слово "рекомендуемых" заменить словом "допущенных", после слов "по результатам экспертизы" дополнить словами ", которая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часть 7 изложить в следующей редакции: "7. Порядок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(включая порядок и сроки проведения экспертизы учебников, критерии ее проведения и правила их оценивания, требования, предъявляемые к экспертам при проведении экспертизы учебников, права и обязанности экспертов, порядок отбора экспертов для проведения экспертизы учебников, формы и срок действия экспертных заключений, порядок и основания исключения учебников из указанного федерального перечня), а также предельный срок использования учебников, исключенных из указанного федерального перечня,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
        <w:rPr>
          <w:b/>
        </w:rPr>
        <w:t xml:space="preserve">4. </w:t>
      </w:r>
      <w:r>
        <w:t>в пункте 9 части 3 слово "рекомендованных" заменить словом "допущенных"</w:t>
      </w:r>
    </w:p>
    <w:p>
      <w:r>
        <w:rPr>
          <w:b/>
        </w:rPr>
        <w:t xml:space="preserve">4. </w:t>
      </w:r>
      <w:r>
        <w:t>пункт 2 части 6 после слов "безопасные условия обучения," дополнить словами "в том числе при проведении практической подготовки обучающихся, а также безопасные условия"</w:t>
      </w:r>
    </w:p>
    <w:p>
      <w:r>
        <w:rPr>
          <w:b/>
        </w:rPr>
        <w:t xml:space="preserve">4. </w:t>
      </w:r>
      <w:r>
        <w:t>в части 7 первое предложение изложить в следующей редакции: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отнесенных к ее компетенции, за жизнь и здоровье обучающихся при освоении образовательной программы, в том числе при проведении практической подготовки обучающихся, а также за жизнь и здоровье работников образовательной организации при реализации образовательной программы, в том числе при проведении практической подготовки обучающихся, за реализацию не в полном объеме образовательных программ в соответствии с учебным планом, качество образования своих выпускников."</w:t>
      </w:r>
    </w:p>
    <w:p>
      <w:r>
        <w:rPr>
          <w:b/>
        </w:rPr>
        <w:t xml:space="preserve">4. </w:t>
      </w:r>
      <w:r>
        <w:t>в подпункте "а" слова "об учредителе, учредителях образовательной организации, о месте нахождения образовательной организации и ее филиалов" заменить словами "об учредителе, учредителях образовательной организации, о представительствах и филиалах образовательной организации, о месте нахождения образовательной организации, ее представительств и филиалов"</w:t>
      </w:r>
    </w:p>
    <w:p>
      <w:r>
        <w:rPr>
          <w:b/>
        </w:rPr>
        <w:t xml:space="preserve">4. </w:t>
      </w:r>
      <w:r>
        <w:t>дополнить подпунктом "г1" следующего содержания: "г1) о численности обучающихся, являющихся иностранными гражданами;"</w:t>
      </w:r>
    </w:p>
    <w:p>
      <w:r>
        <w:rPr>
          <w:b/>
        </w:rPr>
        <w:t xml:space="preserve">4. </w:t>
      </w:r>
      <w:r>
        <w:t>дополнить подпунктом "з1" следующего содержания: "з1) о местах осуществления образовательной деятельности, в том числе не указываемых в соответствии с настоящим Федеральным законом в приложении к лицензии на осуществление образовательной деятельности;"</w:t>
      </w:r>
    </w:p>
    <w:p>
      <w:r>
        <w:rPr>
          <w:b/>
        </w:rPr>
        <w:t xml:space="preserve">4. </w:t>
      </w:r>
      <w:r>
        <w:t>в пункте 4 слова ",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исключить</w:t>
      </w:r>
    </w:p>
    <w:p>
      <w:r>
        <w:rPr>
          <w:b/>
        </w:rPr>
        <w:t xml:space="preserve">4. </w:t>
      </w:r>
      <w:r>
        <w:t>в пункте 5 слова ",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исключить</w:t>
      </w:r>
    </w:p>
    <w:p>
      <w:r>
        <w:rPr>
          <w:b/>
        </w:rPr>
        <w:t xml:space="preserve">4. </w:t>
      </w:r>
      <w:r>
        <w:t>в части 4 второе предложение дополнить словами ", мест осуществления образовательной деятельности при использовании сетевой формы реализации образовательных программ, мест проведения практики, практической подготовки обучающихся, государственной итоговой аттестации"</w:t>
      </w:r>
    </w:p>
    <w:p>
      <w:r>
        <w:rPr>
          <w:b/>
        </w:rPr>
        <w:t xml:space="preserve">4. </w:t>
      </w:r>
      <w:r>
        <w:t>часть 15 дополнить пунктом 5 следующего содержания: "5) требований к зданиям, строениям, сооружениям, помещениям, используемым при проведении практической подготовки обучающихся."</w:t>
      </w:r>
    </w:p>
    <w:p>
      <w:r>
        <w:rPr>
          <w:b/>
        </w:rPr>
        <w:t xml:space="preserve">4. </w:t>
      </w:r>
      <w:r>
        <w:t>образовательной деятельности, организуемой в форме практической подготовки обучающихся;"</w:t>
      </w:r>
    </w:p>
    <w:p>
      <w:r>
        <w:rPr>
          <w:b/>
        </w:rPr>
        <w:t>Статья 2</w:t>
      </w:r>
    </w:p>
    <w:p>
      <w:r>
        <w:t>Внести в статью 171 Федерального закона от 26 июля 2006 года № 135-ФЗ "О защите конкуренции" (Собрание законодательства Российской Федерации, 2006, № 31, ст. 3434; 2008, № 27, ст. 3126; № 45, ст. 5141; 2009, № 29, ст. 3610; 2010, № 15, ст. 1736; № 19, ст. 2291; 2011, № 10, ст. 1281; № 29, ст. 4291; № 50, ст. 7343; 2013, № 27, ст. 3477; № 52, ст. 6961; 2015, № 29, ст. 4350; 2017, № 31, ст. 4828; 2018, № 24, ст. 3402; № 53, ст. 8498) следующие изменения</w:t>
      </w:r>
    </w:p>
    <w:p>
      <w:r>
        <w:t>часть 32 дополнить пунктом 4 следующего содержания: "4) организациями в целях использования такого имущества для проведения научных исследований и разработок или практической подготовки обучающихся."</w:t>
      </w:r>
    </w:p>
    <w:p>
      <w:r>
        <w:t>дополнить частью 33 следующего содержания: "33. Заключение договоров безвозмездного пользования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унитарными предприятиями, осуществляется без проведения конкурсов или аукционов с научными организациями и организациями, осуществляющими образовательную деятельность, в целях использования такого имущества для проведения научных исследований и разработок или практической подготовки обучающихся."</w:t>
      </w:r>
    </w:p>
    <w:p>
      <w:r>
        <w:rPr>
          <w:b/>
        </w:rPr>
        <w:t>Статья 3</w:t>
      </w:r>
    </w:p>
    <w:p>
      <w:r>
        <w:t>В части 6 статьи 2 Федерального закона от 10 ноября 2009 года № 259-ФЗ "О Московском государственном университете имени М.В.Ломоносова и Санкт-Петербургском государственном университете" (Собрание законодательства Российской Федерации, 2009, № 46, ст. 5418; 2013, № 27, ст. 3477) слово "дважды" исключить.</w:t>
      </w:r>
    </w:p>
    <w:p>
      <w:r>
        <w:rPr>
          <w:b/>
        </w:rPr>
        <w:t>Статья 4</w:t>
      </w:r>
    </w:p>
    <w:p>
      <w:r>
        <w:rPr>
          <w:b/>
        </w:rPr>
        <w:t xml:space="preserve">1. </w:t>
      </w:r>
      <w:r>
        <w:t>Настоящий Федеральный закон вступает в силу с 1 июля 2020 года, за исключением положений, для которых настоящей статьей установлен иной срок вступления их в силу</w:t>
      </w:r>
    </w:p>
    <w:p>
      <w:r>
        <w:rPr>
          <w:b/>
        </w:rPr>
        <w:t xml:space="preserve">2. </w:t>
      </w:r>
      <w:r>
        <w:t>Пункты 2 и 6, подпункт "а" пункта 8 статьи 1, статья 3 настоящего Федерального закона вступают в силу со дня официального опубликования настоящего Федерального закона</w:t>
      </w:r>
    </w:p>
    <w:p>
      <w:r>
        <w:rPr>
          <w:b/>
        </w:rPr>
        <w:t xml:space="preserve">3. </w:t>
      </w:r>
      <w:r>
        <w:t>Установить, что учебники из числа учебников, входящих на день вступления в силу настоящего Федерального закона в федеральный перечень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включаются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без проведения экспертизы на срок, соответствующий сроку действия экспертных заключений, установленному порядком формирования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