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52, ст. 6961, 6980, 6986, 6994,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 67, 74, 83, 84,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18, ст. 2514; № 23, ст. 3285; № 26, ст. 3871, 3876, 3877, 3884, 3887, 3891; № 27, ст. 4160, 4164, 4183, 4197, 4205, 4206, 4223, 4238, 4251, 4259, 4286, 4291, 4305; № 28, ст. 4558; № 50, ст. 6975;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27, ст. 3938; № 30, ст. 4555;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4125, 4131; № 42, ст. 5803; № 44, ст. 6178, 6182) следующие изменения: 1) в абзаце первом части 1 статьи 3.5 слова "статьями 12.213, 13.35" заменить словами "статьей 12.213, частью 11 статьи 13.31, частью 1 статьи 13.35, частью 2 статьи 13.36, частью 2 статьи 13.39", после слов "частью 3 статьи 11.8," дополнить словами "частью 2 статьи 13.35,", после слов "частью 3 статьи 11.7," дополнить словами "частями 22 и 4 статьи 13.31,", слова "статьями 12.33, 14.12" заменить словами "статьей 12.33, частью 8 статьи 13.11, статьей 14.12", слова "статьями 6.33, 11.201, частью 9 статьи 13.15, статьями 13.37," заменить словами "статьями 6.33, 11.201, частью 9 статьи 13.11, частью 9 статьи 13.15, частью 1 статьи 13.37, частями 21 и 4 статьи 13.40, статьями", после слов "частью 2 статьи 7.15, частью 10 статьи 13.15," дополнить словами "частью 2 статьи 13.37,", слова "частью 2 статьи 13.193, статьями 13.35," заменить словами "частью 2 статьи 13.193, частью 11 статьи 13.31, частью 1 статьи 13.35, частью 2 статьи 13.36, частью 2 статьи 13.39, статьями", слова "частью 1 статьи 11.4, частью 9 статьи 13.15," заменить словами "частью 1 статьи 11.4, частью 8 статьи 13.11, частью 9 статьи 13.15, частью 2 статьи 13.35,", слова "в случаях, предусмотренных статьей 13.37" заменить словами "в случаях, предусмотренных частью 1 статьи 13.37", после слов "статьями 7.142, 7.15, 7.16, частью 10 статьи 13.15," дополнить словами "частями 22 и 4 статьи 13.31, частями 21 и 4 статьи 13.40,", после слов "статьями 7.5, 11.201" дополнить словами ", частью 9 статьи 13.11, частью 2 статьи 13.37", после слов "предусмотренных частью 11 статьи 13.15," дополнить словами "частью 2 статьи 13.39, частью 4 статьи 13.40,", после слов "частью 2 статьи 11.71, статьей 11.201," дополнить словами "частью 2 статьи 13.37, частью 21 статьи 13.40,", после слов "статьей 7.141, частью 2 статьи 7.15," дополнить словами "частями 8 и 9 статьи 13.11, частями 22 и 4 статьи 13.31,"; 2) статью 13.11: а) дополнить частями 8 и 9 следующего содержания: "8. Невыполнение оператором при сборе персональных данных, в том числе посредством информационно-телекоммуникационной сети "Интернет", предусмотренной законодательством Российской Федерации в области персональных данных обязанности по обеспечению записи, систематизации, накопления, хранения, уточнения (обновления, изменения) или извлечения персональных данных граждан Российской Федерации с использованием баз данных, находящихся на территории Российской Федерации, - влечет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одного миллиона до шести миллионов рублей.</w:t>
      </w:r>
    </w:p>
    <w:p>
      <w:r>
        <w:rPr>
          <w:b/>
        </w:rPr>
        <w:t xml:space="preserve">9. </w:t>
      </w:r>
      <w:r>
        <w:t>Повторное совершение административного правонарушения, предусмотренного частью 8 настоящей статьи, - влечет наложение административного штрафа на граждан в размере от пятидесяти тысяч до ста тысяч рублей; на должностных лиц - от пятисот тысяч до восьмисот тысяч рублей; на юридических лиц - от шести миллионов до восемнадцати миллионов рублей."; б) дополнить примечанием следующего содержания: "Примечание. За административные правонарушения, предусмотренные частями 8 и 9 настоящей статьи, статьями 13.31, 13.35 - 13.37, 13.39 и 13.40 настоящего Кодекса,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лица.";</w:t>
      </w:r>
    </w:p>
    <w:p>
      <w:r>
        <w:rPr>
          <w:b/>
        </w:rPr>
        <w:t xml:space="preserve">9. </w:t>
      </w:r>
      <w:r>
        <w:t>статью 13.31:</w:t>
      </w:r>
    </w:p>
    <w:p>
      <w:r>
        <w:rPr>
          <w:b/>
        </w:rPr>
        <w:t xml:space="preserve">9. </w:t>
      </w:r>
      <w:r>
        <w:t>в статье 13.35:</w:t>
      </w:r>
    </w:p>
    <w:p>
      <w:r>
        <w:rPr>
          <w:b/>
        </w:rPr>
        <w:t xml:space="preserve">9. </w:t>
      </w:r>
      <w:r>
        <w:t>в статье 13.36:</w:t>
      </w:r>
    </w:p>
    <w:p>
      <w:r>
        <w:rPr>
          <w:b/>
        </w:rPr>
        <w:t xml:space="preserve">9. </w:t>
      </w:r>
      <w:r>
        <w:t>в статье 13.37:</w:t>
      </w:r>
    </w:p>
    <w:p>
      <w:r>
        <w:rPr>
          <w:b/>
        </w:rPr>
        <w:t xml:space="preserve">9. </w:t>
      </w:r>
      <w:r>
        <w:t>в статье 13.39:</w:t>
      </w:r>
    </w:p>
    <w:p>
      <w:r>
        <w:rPr>
          <w:b/>
        </w:rPr>
        <w:t xml:space="preserve">9. </w:t>
      </w:r>
      <w:r>
        <w:t>статью 13.40:</w:t>
      </w:r>
    </w:p>
    <w:p>
      <w:r>
        <w:rPr>
          <w:b/>
        </w:rPr>
        <w:t xml:space="preserve">9. </w:t>
      </w:r>
      <w:r>
        <w:t>в части 1 статьи 23.1 слова "частями 2 - 3 статьи 13.31, статьями 13.33, 13.34, 13.38, 13.39" заменить словами "частями 11, 2 - 4 статьи 13.31, статьями 13.33, 13.34, частью 2 статьи 13.35, частью 2 статьи 13.36, частью 2 статьи 13.37, статьями 13.38, 13.39, частями 21 и 4 статьи 13.40"</w:t>
      </w:r>
    </w:p>
    <w:p>
      <w:r>
        <w:rPr>
          <w:b/>
        </w:rPr>
        <w:t xml:space="preserve">9. </w:t>
      </w:r>
      <w:r>
        <w:t>в части 1 статьи 23.44 слова "статьями 13.32, 13.35, 13.36, 13.37, 13.40" заменить словами "статьей 13.32, частью 1 статьи 13.35, частью 1 статьи 13.36, частью 1 статьи 13.37, частями 1 - 3 статьи 13.40"</w:t>
      </w:r>
    </w:p>
    <w:p>
      <w:r>
        <w:rPr>
          <w:b/>
        </w:rPr>
        <w:t xml:space="preserve">9. </w:t>
      </w:r>
      <w:r>
        <w:t>в части 2 статьи 28.3:</w:t>
      </w:r>
    </w:p>
    <w:p>
      <w:r>
        <w:rPr>
          <w:b/>
        </w:rPr>
        <w:t xml:space="preserve">9. </w:t>
      </w:r>
      <w:r>
        <w:t>дополнить частью 11 следующего содержания: "11. 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пятисот тысяч до одного миллиона рублей."</w:t>
      </w:r>
    </w:p>
    <w:p>
      <w:r>
        <w:rPr>
          <w:b/>
        </w:rPr>
        <w:t xml:space="preserve">9. </w:t>
      </w:r>
      <w:r>
        <w:t>дополнить частью 22 следующего содержания: "22. Повторное совершение административного правонарушения, предусмотренного частью 2 или 21 настоящей статьи, - 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двух миллионов до шести миллионов рублей."</w:t>
      </w:r>
    </w:p>
    <w:p>
      <w:r>
        <w:rPr>
          <w:b/>
        </w:rPr>
        <w:t xml:space="preserve">9. </w:t>
      </w:r>
      <w:r>
        <w:t>дополнить частью 4 следующего содержания: "4. Повторное совершение административного правонарушения, предусмотренного частью 3 настоящей статьи, - 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двух миллионов до шести миллионов рублей."</w:t>
      </w:r>
    </w:p>
    <w:p>
      <w:r>
        <w:rPr>
          <w:b/>
        </w:rPr>
        <w:t xml:space="preserve">9. </w:t>
      </w:r>
      <w:r>
        <w:t>примечание признать утратившим силу</w:t>
      </w:r>
    </w:p>
    <w:p>
      <w:r>
        <w:rPr>
          <w:b/>
        </w:rPr>
        <w:t xml:space="preserve">9. </w:t>
      </w:r>
      <w:r>
        <w:t>в абзаце первом слово "Распространение" заменить словами "1. Распространение"</w:t>
      </w:r>
    </w:p>
    <w:p>
      <w:r>
        <w:rPr>
          <w:b/>
        </w:rPr>
        <w:t xml:space="preserve">9. </w:t>
      </w:r>
      <w:r>
        <w:t>дополнить частью 2 следующего содержания: "2. 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десяти тысяч до двадцати тысяч рублей; на должностных лиц - от ста тысяч до двухсот тысяч рублей; на юридических лиц - от семисот тысяч до одного миллиона рублей."</w:t>
      </w:r>
    </w:p>
    <w:p>
      <w:r>
        <w:rPr>
          <w:b/>
        </w:rPr>
        <w:t xml:space="preserve">9. </w:t>
      </w:r>
      <w:r>
        <w:t>в абзаце первом слово "Нарушение" заменить словами "1. Нарушение"</w:t>
      </w:r>
    </w:p>
    <w:p>
      <w:r>
        <w:rPr>
          <w:b/>
        </w:rPr>
        <w:t xml:space="preserve">9. </w:t>
      </w:r>
      <w:r>
        <w:t>дополнить частью 2 следующего содержания: "2. 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пятисот тысяч до одного миллиона рублей."</w:t>
      </w:r>
    </w:p>
    <w:p>
      <w:r>
        <w:rPr>
          <w:b/>
        </w:rPr>
        <w:t xml:space="preserve">9. </w:t>
      </w:r>
      <w:r>
        <w:t>в абзаце первом слово "Распространение" заменить словами "1. Распространение"</w:t>
      </w:r>
    </w:p>
    <w:p>
      <w:r>
        <w:rPr>
          <w:b/>
        </w:rPr>
        <w:t xml:space="preserve">9. </w:t>
      </w:r>
      <w:r>
        <w:t>дополнить частью 2 следующего содержания: "2. 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ста пятидесяти тысяч до трехсот тысяч рублей; на должностных лиц - от шестисот тысяч до восьмисот тысяч рублей; на юридических лиц - от одного миллиона пятисот тысяч до пяти миллионов рублей."</w:t>
      </w:r>
    </w:p>
    <w:p>
      <w:r>
        <w:rPr>
          <w:b/>
        </w:rPr>
        <w:t xml:space="preserve">9. </w:t>
      </w:r>
      <w:r>
        <w:t>в абзаце первом слово "Неисполнение" заменить словами "1. Неисполнение"</w:t>
      </w:r>
    </w:p>
    <w:p>
      <w:r>
        <w:rPr>
          <w:b/>
        </w:rPr>
        <w:t xml:space="preserve">9. </w:t>
      </w:r>
      <w:r>
        <w:t>дополнить частью 2 следующего содержания: "2. 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пяти тысяч до десяти тысяч рублей; на должностных лиц - от пятидесяти тысяч до семидесяти тысяч рублей; на юридических лиц - от одного миллиона до двух миллионов рублей."</w:t>
      </w:r>
    </w:p>
    <w:p>
      <w:r>
        <w:rPr>
          <w:b/>
        </w:rPr>
        <w:t xml:space="preserve">9. </w:t>
      </w:r>
      <w:r>
        <w:t>примечание признать утратившим силу</w:t>
      </w:r>
    </w:p>
    <w:p>
      <w:r>
        <w:rPr>
          <w:b/>
        </w:rPr>
        <w:t xml:space="preserve">9. </w:t>
      </w:r>
      <w:r>
        <w:t>дополнить частью 21 следующего содержания: "21. Повторное совершение административного правонарушения, предусмотренного частью 1 или 2 настоящей статьи, - влечет наложение административного штрафа на граждан в размере от тридцати тысяч до ста тысяч рублей; на должностных лиц - от ста тысяч до пятисот тысяч рублей; на юридических лиц - от одного миллиона пятисот тысяч до пяти миллионов рублей."</w:t>
      </w:r>
    </w:p>
    <w:p>
      <w:r>
        <w:rPr>
          <w:b/>
        </w:rPr>
        <w:t xml:space="preserve">9. </w:t>
      </w:r>
      <w:r>
        <w:t>дополнить частью 4 следующего содержания: "4. Повторное совершение административного правонарушения, предусмотренного частью 3 настоящей статьи, - влечет наложение административного штрафа на граждан в размере от тридцати тысяч до ста тысяч рублей; на должностных лиц - от ста тысяч до пятисот тысяч рублей; на юридических лиц - от одного миллиона пятисот тысяч до трех миллионов рублей."</w:t>
      </w:r>
    </w:p>
    <w:p>
      <w:r>
        <w:rPr>
          <w:b/>
        </w:rPr>
        <w:t xml:space="preserve">9. </w:t>
      </w:r>
      <w:r>
        <w:t>в пункте 1 слова "частью 2 статьи 13.31" заменить словами "частью 2 и частью 22 (в части, касающейся повторного совершения административных правонарушений, предусмотренных частью 2 статьи 13.31 настоящего Кодекса) статьи 13.31"</w:t>
      </w:r>
    </w:p>
    <w:p>
      <w:r>
        <w:rPr>
          <w:b/>
        </w:rPr>
        <w:t xml:space="preserve">9. </w:t>
      </w:r>
      <w:r>
        <w:t>в пункте 56 слова "частями 2 - 3 статьи 13.31" заменить словами "частями 2 - 4 статьи 13.31"</w:t>
      </w:r>
    </w:p>
    <w:p>
      <w:r>
        <w:rPr>
          <w:b/>
        </w:rPr>
        <w:t xml:space="preserve">9. </w:t>
      </w:r>
      <w:r>
        <w:t>пункт 58 после цифр "13.23," дополнить словами "частью 11 статьи 13.31, статьями"</w:t>
      </w:r>
    </w:p>
    <w:p>
      <w:r>
        <w:rPr>
          <w:b/>
        </w:rPr>
        <w:t>Статья 2</w:t>
      </w:r>
    </w:p>
    <w:p>
      <w:r>
        <w:t>В пункте 1 статьи 2 Федерального закона от 29 декабря 2017 года № 451-ФЗ "О внесении изменений в Федеральный закон "Об электроэнергетике" и отдельные законодательные акты Российской Федерации, связанных с лицензированием энергосбытовой деятельности" (Собрание законодательства Российской Федерации, 2018, № 1, ст. 35) слова "частью 4 статьи 8.8" заменить словами "частью 9 статьи 13.15, частью 2 статьи 13.35".</w:t>
      </w:r>
    </w:p>
    <w:p>
      <w:r>
        <w:rPr>
          <w:b/>
        </w:rPr>
        <w:t>Статья 3</w:t>
      </w:r>
    </w:p>
    <w:p>
      <w:r>
        <w:t>Пункт 1 статьи 1 Федерального закона от 26 июля 2019 года № 219-ФЗ "О внесении изменений в Кодекс Российской Федерации об административных правонарушениях" (Собрание законодательства Российской Федерации, 2019, № 30, ст. 4121) изложить в следующей редакции: "1) в абзаце первом части 1 статьи 3.5 слова "частью 2 статьи 13.39, частью 64 статьи 15.25" заменить словами "частью 2 статьи 13.39, частями 3 и 4 статьи 14.41, частью 64 статьи 15.25", после слов "частью 3 статьи 11.8, частью 2 статьи 13.35," дополнить словами "частью 7 статьи 14.41,";".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