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"Об увековечении Победы советского народа в Великой Отечественной войне 1941 - 1945 годов" и статью 1 Федерального закона "О противодействии экстремистской деятельности"</w:t>
      </w:r>
    </w:p>
    <w:p>
      <w:r>
        <w:rPr>
          <w:b/>
        </w:rPr>
        <w:t>Статья 1</w:t>
      </w:r>
    </w:p>
    <w:p>
      <w:r>
        <w:t>Внести в статью 6 Федерального закона от 19 мая 1995 года № 80-ФЗ "Об увековечении Победы советского народа в Великой Отечественной войне 1941 - 1945 годов" (Собрание законодательства Российской Федерации, 1995, № 21, ст. 1928; 2014, № 45, ст. 6142) следующие изменения</w:t>
      </w:r>
    </w:p>
    <w:p>
      <w:r>
        <w:t>часть вторую изложить в следующей редакции: "В Российской Федерации запрещается использование нацистской атрибутики или символики либо атрибутики или символики, сходных с нацистской атрибутикой или символикой до степени смешения, как оскорбляющих многонациональный народ и память о понесенных в Великой Отечественной войне жертвах, за исключением случаев использования нацистской атрибутики или символики либо атрибутики или символики, сходных с нацистской атрибутикой или символикой до степени смешения, при которых формируется негативное отношение к идеологии нацизма и отсутствуют признаки пропаганды или оправдания нацизма."</w:t>
      </w:r>
    </w:p>
    <w:p>
      <w:r>
        <w:t>дополнить новой частью пятой следующего содержания: "Положения частей третьей и четвертой настоящей статьи не распространяются на случаи использования атрибутики или символики организаций, названных в указанных частях, при которых формируется негативное отношение к идеологии нацизма и отсутствуют признаки пропаганды или оправдания нацизма."</w:t>
      </w:r>
    </w:p>
    <w:p>
      <w:r>
        <w:t>часть пятую считать частью шестой</w:t>
      </w:r>
    </w:p>
    <w:p>
      <w:r>
        <w:rPr>
          <w:b/>
        </w:rPr>
        <w:t>Статья 2</w:t>
      </w:r>
    </w:p>
    <w:p>
      <w:r>
        <w:t>Абзац десятый пункта 1 статьи 1 Федерального закона от 25 июля 2002 года № 114-ФЗ "О противодействии экстремистской деятельности" (Собрание законодательства Российской Федерации, 2002, № 30, ст. 3031; 2006, № 31, ст. 3447, 3452; 2007, № 31, ст. 4008; 2012, № 53, ст. 7580; 2014, № 30, ст. 4237) изложить в следующей редакции: "использование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за исключением случаев использования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идеологии;".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