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федеральном бюджете на 2019 год и на плановый период 2020 и 2021 годов"</w:t>
      </w:r>
    </w:p>
    <w:p>
      <w:r>
        <w:rPr>
          <w:b/>
        </w:rPr>
        <w:t>Статья 1</w:t>
      </w:r>
    </w:p>
    <w:p>
      <w:r>
        <w:t>Внести в Федеральный закон от 29 ноября 2018 года № 459-ФЗ "О федеральном бюджете на 2019 год и на плановый период 2020 и 2021 годов" (Собрание законодательства Российской Федерации, 2018, № 49, ст. 7531; 2019, № 29, ст. 3842) следующие изменения</w:t>
      </w:r>
    </w:p>
    <w:p>
      <w:r>
        <w:t>в части 1 статьи 1: а) в абзаце первом слова "в размере 109 086,0 млрд. рублей" заменить словами "в размере 108 414,0 млрд. рублей", слова "4,3 процента" заменить словами "3,8 процента"; б) в пункте 1 слова "в сумме 20 174 949 682,5 тыс. рублей" заменить словами "в сумме 19 970 279 674,2 тыс. рублей", слова "в сумме 3 176 984 819,0 тыс. рублей" заменить словами "в сумме 2 864 545 946,1 тыс. рублей"; в) в пункте 2 слова "в сумме 18 293 710 871,8 тыс. рублей" заменить словами "в сумме 18 489 460 896,3 тыс. рублей"; г) в пункте 3 слова "в сумме 11 329 480 816,7 тыс. рублей" заменить словами "в сумме 11 142 163 268,8 тыс. рублей"; д) в пункте 4 слова "в сумме 64,3 млрд. долларов США, или 55,4 млрд. евро" заменить словами "в сумме 65,3 млрд. долларов США, или 57,8 млрд. евро"; е) в пункте 5 слова "в сумме 1 881 238 810,7 тыс. рублей" заменить словами "в сумме 1 480 818 777,9 тыс. рублей"</w:t>
      </w:r>
    </w:p>
    <w:p>
      <w:r>
        <w:t>статью 5 дополнить частью 91 (секретно)</w:t>
      </w:r>
    </w:p>
    <w:p>
      <w:r>
        <w:t>в статье 6: а) в части 1 слова "в сумме 794 085 987,0 тыс. рублей" заменить словами "в сумме 793 782 267,1 тыс. рублей"; б) в части 2 слова "приложениям 8, 81, 9 (совершенно секретно) и 91 (совершенно секретно)" заменить словами "приложениям 8, 81, 82, 9 (совершенно секретно), 91 (совершенно секретно) и 92 (совершенно секретно)"; в) в части 3 слова "приложениям 10, 101, 11 (секретно), 111 (секретно), 12 (совершенно секретно) и 121 (совершенно секретно)" заменить словами "приложениям 10, 101, 102, 11 (секретно), 111 (секретно), 112 (секретно), 12 (совершенно секретно), 121 (совершенно секретно) и 122 (совершенно секретно)"; г) в части 4 слова "приложениям 13, 131, 14 (секретно) и 141 (секретно)" заменить словами "приложениям 13, 131, 132, 14 (секретно), 141 (секретно) и 142 (секретно)"; д) в части 5 слова "приложениям 15, 151, 16 (секретно) и 161 (секретно)" заменить словами "приложениям 15, 151, 152, 16 (секретно), 161 (секретно) и 162 (секретно)"; е) в части 8 слова "приложениям 18, 181, 19 (секретно) и 191 (секретно)" заменить словами "приложениям 18, 181, 182, 19 (секретно), 191 (секретно) и 192 (секретно)"; ж) в части 9 слова "приложениям 20, 201, 21 (секретно) и 211 (секретно)" заменить словами "приложениям 20, 201, 202, 21 (секретно), 211 (секретно) и 212 (секретно)"; з) в части 10 слова "приложениям 22, 221, 23, 24 (секретно), 241 (секретно) и 25 (совершенно секретно)" заменить словами "приложениям 22, 221, 222, 23, 24 (секретно), 241 (секретно), 242 (секретно), 25 (совершенно секретно) и 251 (совершенно секретно)"; и) в части 13 слова "в объеме до 2 602 610,0 тыс. рублей" заменить словами "в объеме до 2 411 925,4 тыс. рублей"</w:t>
      </w:r>
    </w:p>
    <w:p>
      <w:r>
        <w:t>статью 8 дополнить частью 7 следующего содержания: "7. Установить с 1 октября 2019 года размер индексации должностного оклада (оклада по должности), доплаты за классный чин (оклада по воинскому званию, доплаты за специальное звание), доплаты за выслугу лет (процентной надбавки за выслугу лет) и ежемесячной надбавки к пенсии, из которых исчисляются пенсии в соответствии с пунктом 2 статьи 44, пунктами 1 и 2 статьи 49 Федерального закона "О прокуратуре Российской Федерации", частями 13 - 133 статьи 35, частями 1, 2 и 11 статьи 40 Федерального закона от 28 декабря 2010 года № 403-ФЗ "О Следственном комитете Российской Федерации", 1,02."</w:t>
      </w:r>
    </w:p>
    <w:p>
      <w:r>
        <w:t>в статье 9: а) в части 1 слова "приложениям 27, 271, 28 (секретно) и 281 (секретно)" заменить словами "приложениям 27, 271, 272, 28 (секретно), 281 (секретно) и 282 (секретно)"; б) в части 3 слова "в объеме до 332 888 644,7 тыс. рублей" заменить словами "в объеме до 331 001 293,7 тыс. рублей"</w:t>
      </w:r>
    </w:p>
    <w:p>
      <w:r>
        <w:t>в статье 10: а) в части 1 слова "приложениям 31 и 311" заменить словами "приложениям 31, 311 и 312"; б) в части 2 слова "приложениям 32 и 321" заменить словами "приложениям 32, 321 и 322"; в) часть 5 после слов "бюджетных ассигнований Федерального дорожного фонда на начало текущего финансового года" дополнить словами ", иных межбюджетных трансфертов, предоставляемых на финансовое обеспечение мероприятий федерального проекта "Европа - Западный Китай" комплексного плана модернизации и расширения магистральной инфраструктуры"</w:t>
      </w:r>
    </w:p>
    <w:p>
      <w:r>
        <w:t>в части 1 статьи 11 слова "в сумме до 1 439 123,9 тыс. рублей" заменить словами "в сумме до 13 080,0 тыс. рублей"</w:t>
      </w:r>
    </w:p>
    <w:p>
      <w:r>
        <w:t>в части 3 статьи 13 слова "в сумме 1 926 726 288,9 тыс. рублей" заменить словами "в сумме 1 793 168 699,8 тыс. рублей"</w:t>
      </w:r>
    </w:p>
    <w:p>
      <w:r>
        <w:t>в части 2 статьи 14 слова "в сумме 25,0 млрд. долларов США, или 21,6 млрд. евро" заменить словами "в сумме 23,7 млрд. долларов США, или 21,0 млрд. евро"</w:t>
      </w:r>
    </w:p>
    <w:p>
      <w:r>
        <w:t>в части 4 статьи 17: а) в пункте 2 слова "в сумме 403 218 653,0 тыс. рублей" заменить словами "в сумме 409 003 439,4 тыс. рублей"; б) в пункте 3 слова "в сумме 15 010 243,7 тыс. рублей" заменить словами "в сумме 15 038 716,1 тыс. рублей"</w:t>
      </w:r>
    </w:p>
    <w:p>
      <w:r>
        <w:t>в статье 21: а) в части 1: в пункте 1 слова "в объеме 3 714 625,3 тыс. рублей" заменить словами "в объеме 3 565 826,5 тыс. рублей"; пункт 2 признать утратившим силу; в пункте 3 слова "в объеме 36 270 401,1 тыс. рублей" заменить словами "в объеме 27 371 888,6 тыс. рублей"; в пункте 4 слова "в объеме 143 646 430,5 тыс. рублей" заменить словами "в объеме 143 644 211,2 тыс. рублей"; в пункте 5 слова "в объеме 3 426 570,8 тыс. рублей" заменить словами "в объеме 967 412,1 тыс. рублей"; в пункте 6 слова "на 2019 год в объеме 600 000,0 тыс. рублей" заменить словами "на 2019 год в объеме 1 700 000,0 тыс. рублей"; в пункте 7 слова "в объеме 27 278 067,2 тыс. рублей" заменить словами "в объеме 12 636 361,0 тыс. рублей"; в пункте 9 слова "в объеме 65 064 750,0 тыс. рублей" заменить словами "в объеме 68 573 097,6 тыс. рублей"; в пункте 11 слова "на 2019 год в объеме 962 507,0 тыс. рублей," исключить; в пункте 16 слова "на 2019 год в объеме 1 000 000,0 тыс. рублей," исключить; в пункте 161 слова "в объеме 5 000 000,0 тыс. рублей" заменить словами "в объеме 1 000 000,0 тыс. рублей"; в пункте 19 слова "на 2019 год в объеме 3 157 673,0 тыс. рублей" заменить словами "на 2019 год в объеме 3 439 480,2 тыс. рублей"; б) в части 3 слова "долгосрочных прямых инвестиций" исключить; в) в части 12 (совершенно секретно); г) дополнить частью 13 следующего содержания: "13. Установить, что Правительство Российской Федерации вправе в 2019 году принимать решения о передаче воздушных судов, приобретенных в целях пополнения парка воздушных судов российских авиакомпаний за счет средств взносов в уставный капитал публичного акционерного общества "Государственная транспортная лизинговая компания", предусмотренных приложением 33 к Федеральному закону от 19 декабря 2016 года № 415-ФЗ "О федеральном бюджете на 2017 год и на плановый период 2018 и 2019 годов" и частью 11 статьи 21 Федерального закона от 5 декабря 2017 года № 362-ФЗ "О федеральном бюджете на 2018 год и на плановый период 2019 и 2020 годов", а также за счет средств субсидий указанному публичному акционерному обществу, предусмотренных приложением 10 к Федеральному закону от 5 декабря 2017 года № 362-ФЗ "О федеральном бюджете на 2018 год и на плановый период 2019 и 2020 годов", государственным унитарным предприятиям субъектов Российской Федерации, не являющимся российскими авиакомпаниями, по договорам лизинга (аренды)."; д) дополнить частью 14 следующего содержания: "14. Установить, что в 2019 году открытое акционерное общество "Российские железные дороги" по решению Правительства Российской Федерации вправе использовать средства неиспользованных взносов в уставный капитал открытого акционерного общества "Российские железные дороги", осуществленных в соответствии с пунктом 3 части 8 статьи 21 Федерального закона от 5 декабря 2017 года № 362-ФЗ "О федеральном бюджете на 2018 год и на плановый период 2019 и 2020 годов" на выполнение работ по реконструкции путепровода Смоленского направления Московской железной дороги через улицу Минская, в целях реализации проекта "III и IV главные пути Москва-Пассажирская-Курская (искл.) - Москва-Каланчевская" в размере до 723 300,0 тыс. рублей и проекта "III и IV главные пути Москва-Пассажирская-Курская - Люблино" в размере до 451 700,0 тыс. рублей."</w:t>
      </w:r>
    </w:p>
    <w:p>
      <w:r>
        <w:t>дополнить приложением 82 следующего содержания: Изменение распределения бюджетных ассигнований на исполнение публичных нормативных обязательств Российской Федерации на 2019 год и на плановый период 2020 и 2021 годов, предусмотренного приложением 8 к Федеральному закону "О федеральном бюджете на 2019 год и на плановый период 2020 и 2021 годов" (тыс. рублей) Наименование ЦСР Рз ПР Мин 2019 год -381 517,0 Государственная программа Российской Федерации "Развитие образования" -14 000,0 Премии Правительства Российской Федерации в области образования -14 000,0 Государственная программа Российской Федерации "Социальная поддержка граждан" -5 091 124,3 Меры социальной поддержки граждан, подвергшихся воздействию радиации вследствие радиационных аварий и ядерных испытаний,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-5 420,0 Компенсация в возмещение вреда гражданам, подвергшимся воздействию радиации вследствие радиационных аварий,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-790 357,3 Компенсация в возмещение вреда гражданам, подвергшимся воздействию радиации вследствие радиационных аварий,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-1 232,2 Компенсация в возмещение вреда гражданам, подвергшимся воздействию радиации вследствие радиационных аварий,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-30 000,0 Компенсация в возмещение вреда гражданам, подвергшимся воздействию радиации вследствие радиационных аварий,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-26 600,0 Меры социальной поддержки граждан, подвергшихся воздействию радиации вследствие радиационных аварий и ядерных испытаний, в соответствии с Федеральным законом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-131,2 Меры социальной поддержки граждан, подвергшихся воздействию радиации вследствие радиационных аварий и ядерных испытаний, в соответствии с Федеральным законом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-850,7 Меры социальной поддержки граждан, подвергшихся воздействию радиации вследствие радиационных аварий и ядерных испытаний, в соответствии с Федеральным законом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-647,3 Компенсация в возмещение вреда гражданам, подвергшимся воздействию радиации вследствие радиационных аварий, в соответствии с Федеральным законом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-26 693,6 Социальная поддержка Героев Советского Союза, Героев Российской Федерации и полных кавалеров ордена Славы -95,0 Дополнительное пожизненное ежемесячное материальное обеспечение Героям Советского Союза, Героям Российской Федерации и полным кавалерам ордена Славы - участникам Великой Отечественной войны 1941 - 1945 годов -184,2 Дополнительное ежемесячное материальное обеспечение некоторых категорий граждан Российской Федерации в связи с 60-летием Победы в Великой Отечественной войне 1941 - 1945 годов -20 350,0 Дополнительное ежемесячное материальное обеспечение некоторых категорий граждан Российской Федерации в связи с 60-летием Победы в Великой Отечественной войне 1941 - 1945 годов -10 659,0 Ежегодная денежная выплата некоторым категориям граждан Российской Федерации к Дню Победы в Великой Отечественной войне 1941 - 1945 годов -220,0 Дополнительное ежемесячное материальное обеспечение инвалидов вследствие военной травмы в соответствии с Указом Президента Российской Федерации от 1 августа 2005 года № 887 "О мерах по улучшению материального положения инвалидов вследствие военной травмы" -77 550,0 Дополнительное ежемесячное материальное обеспечение инвалидов вследствие военной травмы в соответствии с Указом Президента Российской Федерации от 1 августа 2005 года № 887 "О мерах по улучшению материального положения инвалидов вследствие военной травмы" -6 362,6 Пособие лицам, ходатайствующим о признании их беженцами на территории Российской Федерации, и прибывшим с ними членам их семей -38,5 Пособие лицам, ходатайствующим о признании их вынужденными переселенцами, и прибывшим с ними членам их семей -2,8 Компенсация за утраченное имущество гражданам, пострадавшим в результате разрешения кризиса в Чеченской Республике и покинувшим ее безвозвратно -1 073,6 Возмещение федеральными органами исполнительной власти расходов на погребение -115,0 Возмещение федеральными органами исполнительной власти расходов на погребение +4 726,5 Возмещение федеральными органами исполнительной власти расходов на погребение -7 400,0 Возмещение федеральными органами исполнительной власти расходов на погребение -415 650,0 Возмещение федеральными органами исполнительной власти расходов на погребение +7 400,0 Возмещение федеральными органами исполнительной власти расходов на погребение +23,2 Пособия, выплаты и компенсации членам семей военнослужащих, а также лицам, уволенным с военной службы без права на пенсию -12 300,0 Пособия, выплаты и компенсации лицам, уволенным с военной службы с правом на пенсию, а также членам их семей -895 350,0 Пособия, выплаты и компенсации лицам, уволенным с военной службы с правом на пенсию, а также членам их семей -9 348,9 Пособия, выплаты и компенсации лицам, уволенным с военной службы с правом на пенсию, а также членам их семей +17 500,0 Пособия лицам, являвшимся сотрудниками федеральной фельдъегерской связи, получившим телесные повреждения, исключающие для них возможность дальнейшего осуществления служебной деятельности, а также семьям и иждивенцам погибших (умерших) сотрудников федеральной фельдъегерской связи -17 300,0 Пособия лицам, являвшимся сотрудниками учреждений и органов уголовно-исполнительной системы, федеральной противопожарной службы Государственной противопожарной службы, органов по контролю за оборотом наркотических средств и психотропных веществ, таможенных органов Российской Федерации, получившим увечье или иное повреждение здоровья, исключающие возможность дальнейшего прохождения службы, а также семьям и иждивенцам сотрудников учреждений и органов уголовно-исполнительной системы, федеральной противопожарной службы Государственной противопожарной службы, органов по контролю за оборотом наркотических средств и психотропных веществ, таможенных органов Российской Федерации, погибших (умерших) в связи с выполнением служебных обязанностей либо вследствие заболевания, полученного в период прохождения службы в указанных органах +3 258,9 Компенсации лицам, являвшимся сотрудниками Следственного комитета Российской Федерации, утратившим возможность заниматься профессиональной деятельностью, и членам семей погибших (умерших) сотрудников Следственного комитета Российской Федерации +5 650,2 Пособия и компенсации членам семей погибших (умерших) военнослужащих (граждан, проходивших военные сборы, инвалидов вследствие военной травмы), а также лицам, которым установлена инвалидность вследствие военной травмы после увольнения с военной службы, и лицам, уволенным с военной службы в связи с признанием их негодными к военной службе вследствие военной травмы -984 159,8 Пособия и компенсации членам семей погибших (умерших) военнослужащих (граждан, проходивших военные сборы, инвалидов вследствие военной травмы), а также лицам, которым установлена инвалидность вследствие военной травмы после увольнения с военной службы, и лицам, уволенным с военной службы в связи с признанием их негодными к военной службе вследствие военной травмы -68 500,0 Пособия и компенсации членам семей погибших (умерших) военнослужащих (граждан, проходивших военные сборы, инвалидов вследствие военной травмы), а также лицам, которым установлена инвалидность вследствие военной травмы после увольнения с военной службы, и лицам, уволенным с военной службы в связи с признанием их негодными к военной службе вследствие военной травмы -820 900,0 Пособия и компенсации членам семей погибших (умерших) военнослужащих (граждан, проходивших военные сборы, инвалидов вследствие военной травмы), а также лицам, которым установлена инвалидность вследствие военной травмы после увольнения с военной службы, и лицам, уволенным с военной службы в связи с признанием их негодными к военной службе вследствие военной травмы -9 492,7 Пособия и компенсации членам семей погибших (умерших) военнослужащих (граждан, проходивших военные сборы, инвалидов вследствие военной травмы), а также лицам, которым установлена инвалидность вследствие военной травмы после увольнения с военной службы, и лицам, уволенным с военной службы в связи с признанием их негодными к военной службе вследствие военной травмы +52 000,0 Пособия лицам, являвшимся сотрудниками органов внутренних дел, получившим телесные повреждения, исключающие возможность дальнейшего прохождения службы, а также семьям и иждивенцам сотрудников органов внутренних дел, погибших (умерших) в связи с осуществлением служебной деятельности -236 776,3 Пособия лицам, являвшимся сотрудниками органов внутренних дел, получившим телесные повреждения, исключающие возможность дальнейшего прохождения службы, а также семьям и иждивенцам сотрудников органов внутренних дел, погибших (умерших) в связи с осуществлением служебной деятельности -471 438,6 Пособия и компенсации членам семей, а также родителям погибших (умерших) сотрудников органов внутренних дел -866,7 Единовременное пособие членам семей (лицам, находившимся на их иждивении) лиц, погибших при осуществлении мероприятий по борьбе с терроризмом, а также лицам, получившим увечья при осуществлении мероприятий по борьбе с терроризмом, повлекшие наступление инвалидности -6 600,0 Единовременное пособие членам семей (лицам, находившимся на их иждивении) лиц, погибших при осуществлении мероприятий по борьбе с терроризмом, а также лицам, получившим увечья при осуществлении мероприятий по борьбе с терроризмом, повлекшие наступление инвалидности -300,0 Компенсационные выплаты лицам, осуществляющим уход за нетрудоспособными гражданами -73 150,0 Выплата дополнительного материального обеспечения, доплат к пенсиям, пособий и компенсаций -36 200,0 Выплата дополнительного материального обеспечения, доплат к пенсиям, пособий и компенсаций -866,5 Пособие по уходу за ребенком гражданам, подвергшимся воздействию радиации вследствие радиационных аварий,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-3 000,0 Пособие по уходу за ребенком гражданам, подвергшимся воздействию радиации вследствие радиационных аварий,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-9 950,0 Пособие по уходу за ребенком гражданам, подвергшимся воздействию радиации вследствие радиационных аварий,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-62 000,0 Ежемесячное пособие детям военнослужащих и сотрудников некоторых федеральных органов исполнительной власти, погибших (умерших, объявленных умершими, признанных безвестно отсутствующими) при исполнении обязанностей военной службы (служебных обязанностей), и детям лиц, умерших вследствие военной травмы после увольнения с военной службы (службы в органах и учреждениях) -15 133,0 Ежемесячное пособие детям военнослужащих и сотрудников некоторых федеральных органов исполнительной власти, погибших (умерших, объявленных умершими, признанных безвестно отсутствующими) при исполнении обязанностей военной службы (служебных обязанностей), и детям лиц, умерших вследствие военной травмы после увольнения с военной службы (службы в органах и учреждениях) -25 840,0 Пособие на проведение летнего оздоровительного отдыха детей отдельных категорий военнослужащих и сотрудников некоторых федеральных органов исполнительной власти, погибших (умерших), пропавших без вести, ставших инвалидами в связи с выполнением задач в условиях вооруженного конфликта немеждународного характера, а также в связи с выполнением задач в ходе контртеррористических операций -577,6 Государственная программа Российской Федерации "Обеспечение общественного порядка и противодействие преступности" -124 000,0 Ежемесячная выплата гражданам, уволенным со службы в органах внутренних дел без права на пенсию, имеющим общую продолжительность службы в органах внутренних дел менее 20 лет -124 000,0 Государственная программа Российской Федерации "Защита населения и территорий от чрезвычайных ситуаций, обеспечение пожарной безопасности и безопасности людей на водных объектах" -12 000,0 Ежемесячная выплата оклада по специальному званию в течение одного года после увольнения гражданам, уволенным со службы в учреждениях и органах уголовно-исполнительной системы, федеральной противопожарной службы Государственной противопожарной службы, органах по контролю за оборотом наркотических средств и психотропных веществ, таможенных органах Российской Федерации без права на пенсию, имеющим общую продолжительность службы менее 20 лет -5 000,0 Ежемесячная выплата оклада по специальному званию в течение одного года после увольнения гражданам, уволенным со службы в учреждениях и органах уголовно-исполнительной системы, федеральной противопожарной службы Государственной противопожарной службы, органах по контролю за оборотом наркотических средств и психотропных веществ, таможенных органах Российской Федерации без права на пенсию, имеющим общую продолжительность службы менее 20 лет -7 000,0 Государственная программа Российской Федерации "Развитие культуры и туризма" +10 000,0 Премии Правительства Российской Федерации в области туризма +10 000,0 Государственная программа Российской Федерации "Научно-технологическое развитие Российской Федерации" -23 400,0 Стипендия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-24 000,0 Премии Правительства Российской Федерации в области науки и техники ученым и специалистам +600,0 Развитие пенсионной системы +4 891 007,3 Пенсии военнослужащим, членам их семей и лицам, приравненным к ним по пенсионному обеспечению, а также пособия и иные выплаты в рамках пенсионного обеспечения +152 174,4 Пенсии военнослужащим, членам их семей и лицам, приравненным к ним по пенсионному обеспечению, а также пособия и иные выплаты в рамках пенсионного обеспечения -5 184 000,0 Пенсии военнослужащим, членам их семей и лицам, приравненным к ним по пенсионному обеспечению, а также пособия и иные выплаты в рамках пенсионного обеспечения +5 735 831,2 Пенсии военнослужащим, членам их семей и лицам, приравненным к ним по пенсионному обеспечению, а также пособия и иные выплаты в рамках пенсионного обеспечения +1 205 100,0 Пенсии военнослужащим, членам их семей и лицам, приравненным к ним по пенсионному обеспечению, а также пособия и иные выплаты в рамках пенсионного обеспечения +2 294 000,0 Пенсии военнослужащим, членам их семей и лицам, приравненным к ним по пенсионному обеспечению, а также пособия и иные выплаты в рамках пенсионного обеспечения +416 300,0 Пенсии военнослужащим, членам их семей и лицам, приравненным к ним по пенсионному обеспечению, а также пособия и иные выплаты в рамках пенсионного обеспечения +271 601,7 Реализация функций иных федеральных органов государственной власти -18 000,0 Ежемесячная выплата гражданам, уволенным со службы в органах внутренних дел без права на пенсию, имеющим общую продолжительность службы в органах внутренних дел менее 20 лет -18 000,0"</w:t>
      </w:r>
    </w:p>
    <w:p>
      <w:r>
        <w:t>дополнить приложением 92 (совершенно секретно) следующего содержания</w:t>
      </w:r>
    </w:p>
    <w:p>
      <w:r>
        <w:t>в приложении 10: а) строку "Взнос в уставный капитал публичного акционерного общества "Объединенная авиастроительная корпорация", г. Москва, на финансирование затрат по доработке самолета Ил-114 (Капитальные вложения в объекты государственной (муниципальной) собственности) изложить в следующей редакции: "Взнос в уставный капитал публичного акционерного общества "Объединенная авиастроительная корпорация", г. Москва, в том числе для осуществления последующих взносов в уставные капиталы (вкладов в имущество, не увеличивающих уставные капиталы) дочерних обществ, на финансирование затрат по доработке самолета Ил-114 (Капитальные вложения в объекты государственной (муниципальной) собственности) б) строку "Основное мероприятие "Реализация инвестиционных проектов на территории Дальнего Востока с участием акционерного общества "Фонд развития Дальнего Востока и Байкальского региона" 34 2 04 изложить в следующей редакции: "Основное мероприятие "Реализация инвестиционных проектов на территории Дальнего Востока с участием акционерного общества "Фонд развития Дальнего Востока и Арктики" 34 2 04 15) в приложении 101 строку "Субсидии на обустройство и восстановление воинских захоронений, находящихся в государственной собственности (Межбюджетные трансферты) изложить в следующей редакции: "Субсидии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 при защите Отечества на 2019 - 2024 годы" (Межбюджетные трансферты) 16) дополнить приложением 102 следующего содержания: Изменения ведомственной структуры расходов федерального бюджета на2019 год и на плановый период 2020 и 2021 годов, предусмотренной приложением 10 к Федеральному закону "О федеральном бюджете на 2019 год и на плановый период 2020 и 2021 годов" (тыс. рублей) Наименование Мин Рз ПР ЦСР ВР 2019 год +247 923 296,4 МИНИСТЕРСТВО ПРОМЫШЛЕННОСТИ И ТОРГОВЛИ РОССИЙСКОЙ ФЕДЕРАЦИИ +5 446 450,1 Общегосударственные вопросы -234 105,4 Международные отношения и международное сотрудничество -240 357,0 Государственная программа Российской Федерации "Развитие внешнеэкономической деятельности" -241 256,0 Подпрограмма "Создание национальной системы поддержки развития внешнеэкономической деятельности" -241 256,0 Основное мероприятие "Развитие деятельности торговых представительств Российской Федерации в иностранных государствах по продвижению экономических интересов в глобальной экономике" -241 256,0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-248 856,5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+7 600,5 Реализация функций иных федеральных органов государственной власти +899,0 Иные непрограммные мероприятия +899,0 Финансовое обеспечение выполнения функций федеральных государственных органов, оказания услуг и выполнения работ (Иные бюджетные ассигнования) +899,0 Другие общегосударственные вопросы +6 251,6 Государственная программа Российской Федерации "Развитие внешнеэкономической деятельности" +6 251,6 Подпрограмма "Создание национальной системы поддержки развития внешнеэкономической деятельности" +6 251,6 Основное мероприятие "Промоутерская поддержка экспорта и инвестиционного сотрудничества" +6 251,6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+6 251,6 Национальная оборона +177 936,7 Другие вопросы в области национальной обороны +177 936,7 Государственная программа Российской Федерации "Развитие оборонно-промышленного комплекса" +177 936,7 Подпрограмма "Стимулирование развития оборонно-промышленного комплекса" +177 936,7 Основное мероприятие "Государственная поддержка в целях обеспечения финансово-экономической устойчивости организаций оборонно-промышленного комплекса" +177 936,7 Субсидии на возмещение отдельных затрат казенных предприятий оборонно-промышленного комплекса (Иные бюджетные ассигнования) +343 286,8 Субсидии стратегическим организациям оборонно-промышленного комплекса в целях предупреждения банкротства (Иные бюджетные ассигнования) -26 389,0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-138 961,1 Национальная экономика -15 456 481,2 Общеэкономические вопросы -107 472,3 Реализация функций иных федеральных органов государственной власти -107 472,3 Иные непрограммные мероприятия -107 472,3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+7 797,4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-115 269,7 Прикладные научные исследования в области национальной экономики -6 882 523,8 Государственная программа Российской Федерации "Развитие авиационной промышленности" -4 000 393,8 Подпрограмма "Самолетостроение" -4 000 200,0 Основное мероприятие "Государственная поддержка российских организаций самолетостроения" -4 000 000,0 Взнос в уставный капитал публичного акционерного общества "Объединенная авиастроительная корпорация", г. Москва, в том числе для осуществления последующих взносов в уставные капиталы дочерних обществ, на финансовое обеспечение затрат в рамках реализации проекта по созданию широкофюзеляжного дальнемагистрального самолета (Капитальные вложения в объекты государственной (муниципальной) собственности) -4 000 000,0 Основное мероприятие "Выполнение научно-исследовательских и опытно-конструкторских работ в области самолетостроения" -200,0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-200,0 Подпрограмма "Вертолетостроение" -193,8 Основное мероприятие "Выполнение научно-исследовательских и опытно-конструкторских работ в области вертолетостроения" -193,8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-193,8 Государственная программа Российской Федерации "Развитие судостроения и техники для освоения шельфовых месторождений" -667 144,0 Подпрограмма "Развитие судостроительной науки" -824 044,0 Основное мероприятие "Создание научно-технического задела для развития морской и речной техники гражданского назначения" -824 044,0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-824 044,0 Подпрограмма "Развитие технологического потенциала гражданского судостроения и техники для освоения шельфовых месторождений" +156 900,0 Основное мероприятие "Разработка новых технологий и создание инновационных проектов для производства гражданской морской и речной техники" +156 900,0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+156 900,0 Государственная программа Российской Федерации "Развитие электронной и радиоэлектронной промышленности" +572 000,0 Подпрограмма "Развитие производства телекоммуникационного оборудования" +285 000,0 Основное мероприятие "Государственная поддержка создания научно-технического задела" +285 000,0 Субсидии российским организациям на финансовое обеспечение части затрат на создание научно-технического задела по разработке базовых технологий производства приоритетных электронных компонентов и радиоэлектронной аппаратуры (Иные бюджетные ассигнования) +285 000,0 Подпрограмма "Развитие производства специального технологического оборудования" -493 000,0 Основное мероприятие "Государственная поддержка создания научно-технического задела" -493 000,0 Субсидии российским организациям на финансовое обеспечение части затрат на создание научно-технического задела по разработке базовых технологий производства приоритетных электронных компонентов и радиоэлектронной аппаратуры (Иные бюджетные ассигнования) -493 000,0 Подпрограмма "Развитие производства систем интеллектуального управления" +780 000,0 Основное мероприятие "Государственная поддержка создания научно-технического задела" +780 000,0 Субсидии российским организациям на финансовое обеспечение части затрат на создание научно-технического задела по разработке базовых технологий производства приоритетных электронных компонентов и радиоэлектронной аппаратуры (Иные бюджетные ассигнования) +212 000,0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+568 000,0 Государственная программа Российской Федерации "Развитие фармацевтической и медицинской промышленности" -2 786 971,0 Подпрограмма "Развитие производства лекарственных средств" -2 758 971,0 Основное мероприятие "Реализация иных проектов в области фармацевтической промышленности" -2 758 971,0 Субсидии российским организациям на возмещение части затрат на реализацию проектов по разработке схожих по фармакотерапевтическому действию и улучшенных аналогов инновационных лекарственных препаратов (Иные бюджетные ассигнования) -1 351 900,0 Субсидии российским организациям на возмещение части затрат на реализацию проектов по организации и проведению клинических исследований лекарственных препаратов (Иные бюджетные ассигнования) -830 100,0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-576 971,0 Подпрограмма "Развитие производства медицинских изделий" -28 000,0 Основное мероприятие "Реализация иных проектов в области медицинской промышленности" -28 000,0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-28 000,0 Государственная программа Российской Федерации "Космическая деятельность России" -15,0 Федеральная целевая программа "Поддержание, развитие и использование системы ГЛОНАСС на 2012 - 2020 годы" -15,0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-15,0 Другие вопросы в области национальной экономики -8 466 485,1 Государственная программа Российской Федерации "Развитие промышленности и повышение ее конкурентоспособности" -16 090 198,6 Подпрограмма "Развитие транспортного и специального машиностроения" -16 315 287,7 Основное мероприятие "Развитие автомобилестроения" -11 936 940,3 Субсидии организациям автомобилестроения на перевозку автомобилей, произведенных на территории Дальневосточного федерального округа, в другие регионы страны (Иные бюджетные ассигнования) +1 000 000,0 Субсидии российским производителям колесных транспортных средств на компенсацию части затрат на содержание рабочих мест (Иные бюджетные ассигнования) -18 000 000,0 Субсидии российским кредитным организациям на возмещение выпадающих доходов по кредитам, выданным российскими кредитными организациями в 2015 - 2017 годах физическим лицам на приобретение автомобилей, и возмещение части затрат по кредитам, выданным в 2018 - 2020 годах физическим лицам на приобретение автомобилей (Иные бюджетные ассигнования) +4 000 000,0 Субсидии на возмещение потерь в доходах российских лизинговых организаций при предоставлении лизингополучателю скидки по уплате авансового платежа по договорам лизинга колесных транспортных средств, заключенным в 2018 - 2020 годах (Иные бюджетные ассигнования) +3 000 000,0 Субсидии российским организациям автомобилестроения на компенсацию части затрат в связи с производством колесных транспортных средств, а также узлов и агрегатов к ним (Иные бюджетные ассигнования) -3 117 756,2 Субсидии российским производителям грузовых колесных транспортных средств на возмещение части затрат на выплату купонного дохода по облигациям размещенным и (или) уплату процентов по кредитам, привлеченным на цели развития заготовительных производств, обновления модельного ряда, модернизации производственных мощностей (Иные бюджетные ассигнования) +399 372,7 Субсидии российским организациям автомобилестроения, в том числе их дочерним организациям, на возмещение части затрат на уплату процентов по кредитам, привлеченным российскими организациями автомобилестроения в 2015 году на цели рефинансирования и (или) приобретения прав требований по кредитам и займам, ранее привлеченным их дочерними и зависимыми обществами (Иные бюджетные ассигнования) -1 152 965,0 Субсидии российским организациям автомобилестроения, в том числе их дочерним организациям, которые в 2015 году привлекали кредиты на цели рефинансирования и (или) приобретения прав требований по кредитам и займам, ранее привлеченным их дочерними и зависимыми обществами, и (или) их аффилированным лицам на возмещение части затрат на уплату процентов по кредитам, привлеченным указанными организациями автомобилестроения, в том числе их дочерними организациями, и (или) их аффилированными лицами на цели рефинансирования кредитов и иные цели (Иные бюджетные ассигнования) +1 954 178,2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-19 770,0 Основное мероприятие "Развитие сельскохозяйственного машиностроения, машиностроения для пищевой и перерабатывающей промышленности" -2 440 080,4 Субсидии российским производителям на компенсацию части затрат, связанных с выпуском и поддержкой гарантийных обязательств в отношении высокопроизводительной сельскохозяйственной самоходной и прицепной техники (Иные бюджетные ассигнования) -2 440 080,4 Основное мероприятие "Развитие машиностроения специализированных производств (строительно-дорожная и коммунальная техника, пожарная, аэродромная, лесная техника)" -760 367,0 Субсидии на возмещение потерь в доходах российских лизинговых организаций при предоставлении лизингополучателю скидки по уплате авансового платежа по договорам лизинга специализированной техники и (или) оборудования (Иные бюджетные ассигнования) -89 905,2 Субсидии российским производителям на компенсацию части затрат, связанных с выпуском и поддержкой гарантийных обязательств в отношении высокопроизводительной самоходной и прицепной техники (Иные бюджетные ассигнования) -670 461,8 Основное мероприятие "Государственная поддержка организаций транспортного и специального машиностроения" -1 177 900,0 Субсидии российским кредитным организациям на возмещение выпадающих доходов по кредитам, выданным на приобретение сельскохозяйственной, строительно-дорожной и коммунальной техники, а также оборудования для пищевой и перерабатывающей промышленности (Иные бюджетные ассигнования) -1 667 900,0 Субсидии производителям городского наземного электрического транспорта в целях предоставления покупателям скидки при приобретении наземного электрического транспорта (Иные бюджетные ассигнования) +490 000,0 Подпрограмма "Развитие производства средств производства" -3 146 100,0 Основное мероприятие "Развитие тяжелого машиностроения" -946 100,0 Субсидии российским организациям на финансовое обеспечение части затрат на проведение опытно-конструкторских и технологических работ в рамках реализации проектов по созданию производств оборудования, необходимого для производства сжиженного природного газа (Иные бюджетные ассигнования) -946 100,0 Основное мероприятие "Развитие промышленности силовой электротехники и энергетического машиностроения" -2 200 000,0 Субсидии российским организациям на финансовое обеспечение части затрат на проведение научно-исследовательских, опытно-конструкторских и технологических работ в рамках создания производства газовых турбин большой мощности (Иные бюджетные ассигнования) -2 200 000,0 Подпрограмма "Развитие легкой и текстильной промышленности, народных художественных промыслов, индустрии детских товаров" -101 706,2 Основное мероприятие "Развитие легкой и текстильной промышленности" -101 706,2 Субсидии организациям легкой промышленности на возмещение части затрат на обслуживание кредитов, привлеченных в 2015 - 2019 годах на цели реализации проектов по увеличению объемов производства продукции (Иные бюджетные ассигнования) -100 000,0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-1 706,2 Подпрограмма "Развитие производства традиционных и новых материалов" -444 895,4 Основное мероприятие "Развитие металлургии и промышленности редких и редкоземельных металлов" -44 895,4 Субсидии российским организациям на компенсацию процентных ставок по инвестиционным кредитам в сфере производства редких и редкоземельных металлов (Иные бюджетные ассигнования) -44 895,4 Основное мероприятие "Развитие предприятий лесопромышленного комплекса" -400 000,0 Субсидии российским кредитным организациям на возмещение выпадающих доходов по кредитам, выданным российскими кредитными организациями в 2018 - 2020 годах физическим лицам на приобретение деревянных домов заводского изготовления (Иные бюджетные ассигнования) -400 000,0 Подпрограмма "Содействие в реализации инвестиционных проектов и поддержка производителей высокотехнологической продукции в гражданских отраслях промышленности" +4 453 690,4 Основное мероприятие "Реализация приоритетных инвестиционных проектов" -248 283,4 Субсидии российским организациям реабилитационной индустрии на компенсацию части затрат, понесенных в 2017 - 2019 годах в рамках реализации комплексных инвестиционных проектов по организации производства средств реабилитации (Иные бюджетные ассигнования) +7 000,0 Субсидии российским организациям на возмещение части затрат на уплату процентов по кредитам, полученным в 2014 - 2019 годах в российских кредитных организациях и государственной корпорации "Банк развития и внешнеэкономической деятельности (Внешэкономбанк)", а также в международных финансовых организациях, созданных в соответствии с международными договорами, в которых участвует Российская Федерация, на реализацию комплексных инвестиционных проектов по приоритетным направлениям гражданской промышленности и (или) выплату купонного дохода по облигациям, выпущенным в 2014 - 2019 годах в рамках реализации комплексных инвестиционных проектов по приоритетным направлениям гражданской промышленности (Иные бюджетные ассигнования) -255 283,4 Основное мероприятие "Обеспечение деятельности Фонда развития промышленности в целях поддержки реализации инвестиционных проектов" +4 705 288,0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+4 705 288,0 Основное мероприятие "Поддержка проектов по производству конкурентоспособной на внешних рынках высокотехнологичной промышленной продукции" -3 314,2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-3 314,2 Подпрограмма "Содействие проведению научных исследований и опытных разработок в гражданских отраслях промышленности" -99 403,2 Основное мероприятие "Поддержка научно-исследовательских и опытно-конструкторских работ в гражданских отраслях промышленности" -99 251,6 Субсидии российским организациям на компенсацию части затрат на проведение научно-исследовательских и опытно-конструкторских работ, понесенных в 2017 - 2019 годах в рамках реализации комплексных инвестиционных проектов по организации производства средств реабилитации (Иные бюджетные ассигнования) -93 000,0 Субсидии российским операторам услуг на возмещение части затрат на приобретение специализированного инжинирингового программного обеспечения с целью повышения доступности специализированного инжинирингового программного обеспечения для конечных пользователей индустрии инжиниринга и промышленного дизайна (Иные бюджетные ассигнования) -6 251,6 Основное мероприятие "Развитие научно-технологической инфраструктуры" -151,6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-151,6 Подпрограмма "Развитие промышленной инфраструктуры и инфраструктуры поддержки деятельности в сфере промышленности" -160 631,6 Основное мероприятие "Стимулирование создания и выведения на проектную мощность индустриальных (промышленных) парков, технопарков, промышленных кластеров" -190 684,6 Иные межбюджетные трансферты на возмещение затрат по созданию, модернизации и (или) реконструкции объектов инфраструктуры индустриальных парков или промышленных технопарков (Межбюджетные трансферты) -190 684,6 Основное мероприятие "Сопровождение развития инфраструктуры поддержки деятельности в сфере промышленности и промышленной инфраструктуры" +30 053,0 Субсидии автономной некоммерческой организации "Российская система качества" (Предоставление субсидий бюджетным, автономным учреждениям и иным некоммерческим организациям) +30 053,0 Подпрограмма "Ликвидация последствий деятельности объектов по хранению и объектов по уничтожению химического оружия в Российской Федерации" -275 864,9 Основное мероприятие "Создание объектов обезвреживания и размещения отходов, включая создание установок термического обезвреживания и полигона захоронения отходов" -275 864,3 Финансовое обеспечение выполнения функций федеральных государственных органов, оказания услуг и выполнения работ (Капитальные вложения в объекты государственной (муниципальной) собственности) -275 864,3 Основное мероприятие "Выполнение комплекса мероприятий по ликвидации последствий деятельности объектов по хранению и объектов по уничтожению химического оружия в Российской Федерации" -0,6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-0,6 Государственная программа Российской Федерации "Развитие авиационной промышленности" +10 545 487,1 Подпрограмма "Самолетостроение" +256 890,3 Основное мероприятие "Государственная поддержка российских организаций самолетостроения" +256 890,3 Взнос в уставный капитал публичного акционерного общества "Объединенная авиастроительная корпорация", г. Москва, в целях последующих взносов в уставные капиталы дочерних обществ на финансирование объектов производственной инфраструктуры и объектов послепродажного обслуживания самолета Ил-114-300 (Капитальные вложения в объекты государственной (муниципальной) собственности) -1 729 160,0 Субсидии российским лизинговым компаниям на возмещение части затрат на уплату процентов по кредитам, полученным в российских кредитных организациях и в государственной корпорации "Банк развития и внешнеэкономической деятельности (Внешэкономбанк)" в 2008 - 2018 годах на закупку воздушных судов с последующей их передачей российским авиакомпаниям по договорам лизинга (аренды), а также указанным компаниям и производителям воздушных судов по кредитам, полученным в российских кредитных организациях и в государственной корпорации "Банк развития и внешнеэкономической деятельности (Внешэкономбанк)" в 2008 - 2018 годах на приобретение тренажеров для российских воздушных судов (Иные бюджетные ассигнования) +542 595,7 Взнос в уставный капитал публичного акционерного общества "Объединенная авиастроительная корпорация", г. Москва, в целях последующего взноса в уставный капитал специализированной компании - дочернего общества в целях реализации механизма гарантии остаточной стоимости воздушных судов (Капитальные вложения в объекты государственной (муниципальной) собственности) -185 705,4 Субсидии компаниям - производителям воздушных судов для местных и региональных воздушных линий на компенсацию части затрат на сертификацию таких воздушных судов, а также на компенсацию части затрат на реализацию проектов по подготовке и сертификации производства воздушных судов для местных и региональных воздушных линий (Иные бюджетные ассигнования) -100 000,0 Взнос в уставный капитал публичного акционерного общества "Объединенная авиастроительная корпорация", г. Москва, в том числе для осуществления последующих взносов в уставные капиталы (вкладов в имущество, не увеличивающих уставные капиталы) дочерних обществ, на финансирование затрат по доработке самолета Ил-114 (Капитальные вложения в объекты государственной (муниципальной) собственности) +1 729 160,0 Подпрограмма "Вертолетостроение" +375 000,0 Основное мероприятие "Государственная поддержка российских организаций вертолетостроения" +375 000,0 Субсидии российским лизинговым компаниям на возмещение части затрат на уплату процентов по кредитам, полученным в российских кредитных организациях и в государственной корпорации "Банк развития и внешнеэкономической деятельности (Внешэкономбанк)" в 2016 - 2018 годах на закупку воздушных судов и тренажеров для российских воздушных судов с последующей передачей их российским авиакомпаниям по договорам лизинга (аренды) (Иные бюджетные ассигнования) +230 000,0 Субсидии российским лизинговым компаниям на возмещение части затрат на уплату процентов по кредитам, полученным в российских кредитных организациях и в государственной корпорации развития "ВЭБ.РФ" в 2019 году на закупку воздушных судов и тренажеров для российских воздушных судов с последующей передачей их российским авиакомпаниям по договорам лизинга (аренды) (Иные бюджетные ассигнования) +145 000,0 Подпрограмма "Авиационное двигателестроение" +10 545 487,1 Основное мероприятие "Государственная поддержка российских организаций отрасли авиационного двигателестроения" +10 545 487,1 Взнос в уставный капитал акционерного общества "Объединенная двигателестроительная корпорация", г. Москва, на финансирование затрат по разработке и созданию перспективного двигателя ПД-35 (Капитальные вложения в объекты государственной (муниципальной) собственности) +10 545 487,1 Подпрограмма "Авиационные агрегаты и приборы" -49 200,0 Основное мероприятие "Государственная поддержка российских организаций в сфере создания и производства современного авиационного бортового электронного оборудования и агрегатов" -49 200,0 Субсидии российским компаниям отрасли авиационного приборостроения и агрегатостроения на компенсацию части затрат на реализацию проектов по выходу предприятий отрасли на мировой рынок в качестве поставщиков компонентов и агрегатов 2 - 4 уровней (Иные бюджетные ассигнования) -49 200,0 Подпрограмма "Авиационная наука и технологии" -1 146,3 Основное мероприятие "Государственная поддержка российских научных организаций, осуществляющих исследования в области развития авиации и авиационной деятельности" -1 146,3 Субсидии российским организациям на возмещение части затрат на выполнение научно-исследовательских и опытно-конструкторских работ по приоритетным направлениям развития авиационной промышленности (Иные бюджетные ассигнования) -1 146,3 Подпрограмма "Комплексное развитие отрасли" -581 544,0 Основное мероприятие "Государственная поддержка авиационной промышленности" -581 544,0 Субсидии российским производителям самолетов, вертолетов и авиационных двигателей на возмещение части затрат на уплату процентов по кредитам, полученным в российских кредитных организациях и в государственной корпорации "Банк развития и внешнеэкономической деятельности (Внешэкономбанк)" в 2008 - 2011 годах на техническое перевооружение, а также части затрат на уплату лизинговых платежей за технологическое оборудование, поставляемое российскими лизинговыми компаниями по договорам лизинга, заключенным с 2006 года (Иные бюджетные ассигнования) -581 544,0 Государственная программа Российской Федерации "Развитие судостроения и техники для освоения шельфовых месторождений" +309 750,0 Подпрограмма "Государственная поддержка" +309 750,0 Основное мероприятие "Предоставление государственной поддержки российским транспортным компаниям, пароходствам, организациям рыбохозяйственного комплекса в целях приобретения гражданских судов и (или) утилизации отдельных групп судов" +309 750,0 Субсидии российским организациям на возмещение части затрат на уплату процентов по кредитам, полученным в российских кредитных организациях и в государственной корпорации "Банк развития и внешнеэкономической деятельности (Внешэкономбанк)" в 2009 - 2021 годах, а также на уплату лизинговых платежей по договорам лизинга, заключенным в 2009 - 2021 годах с российскими лизинговыми компаниями, на приобретение гражданских судов (Иные бюджетные ассигнования) +565 537,3 Субсидии российским организациям на возмещение части затрат на приобретение (строительство) новых гражданских судов взамен судов, сданных на утилизацию (Иные бюджетные ассигнования) -255 787,3 Государственная программа Российской Федерации "Развитие электронной и радиоэлектронной промышленности" -572 000,0 Подпрограмма "Развитие производства телекоммуникационного оборудования" -28 000,0 Основное мероприятие "Государственная поддержка создания производственной базы" -28 000,0 Субсидии российским предприятиям радиоэлектронной промышленности на компенсацию части затрат на уплату процентов по кредитам, полученным в российских кредитных организациях на цели реализации проектов по созданию инфраструктуры отрасли, в том числе кластеров в сфере радиоэлектроники (Иные бюджетные ассигнования) -28 000,0 Подпрограмма "Развитие производства вычислительной техники" -50 000,0 Основное мероприятие "Государственная поддержка создания производственной базы" -50 000,0 Субсидии российским предприятиям радиоэлектронной промышленности на компенсацию части затрат на уплату процентов по кредитам, полученным в российских кредитных организациях на цели реализации проектов по созданию инфраструктуры отрасли, в том числе кластеров в сфере радиоэлектроники (Иные бюджетные ассигнования) -50 000,0 Подпрограмма "Развитие производства специального технологического оборудования" -50 000,0 Основное мероприятие "Государственная поддержка создания производственной базы" -50 000,0 Субсидии российским предприятиям радиоэлектронной промышленности на компенсацию части затрат на уплату процентов по кредитам, полученным в российских кредитных организациях на цели реализации проектов по созданию инфраструктуры отрасли, в том числе кластеров в сфере радиоэлектроники (Иные бюджетные ассигнования) -50 000,0 Подпрограмма "Развитие производства систем интеллектуального управления" -444 000,0 Основное мероприятие "Государственная поддержка создания производственной базы" -50 000,0 Субсидии российским предприятиям радиоэлектронной промышленности на компенсацию части затрат на уплату процентов по кредитам, полученным в российских кредитных организациях на цели реализации проектов по созданию инфраструктуры отрасли, в том числе кластеров в сфере радиоэлектроники (Иные бюджетные ассигнования) -50 000,0 Основное мероприятие "Государственная поддержка организаций микроэлектронной промышленности" -394 000,0 Субсидии российским организациям на компенсацию потерь в доходах, возникших в результате производства микроэлектронной продукции, предназначенной для производства платежных карт (Иные бюджетные ассигнования) -394 000,0 Государственная программа Российской Федерации "Развитие фармацевтической и медицинской промышленности" -1 864 932,0 Подпрограмма "Развитие производства лекарственных средств" -1 536 900,0 Основное мероприятие "Реализация иных проектов в области фармацевтической промышленности" -1 536 900,0 Имущественный взнос Российской Федерации в Государственную корпорацию по содействию разработке, производству и экспорту высокотехнологичной промышленной продукции "Ростех" на реализацию проекта по организации производства иммунобиологических препаратов (Иные бюджетные ассигнования) -1 536 900,0 Подпрограмма "Развитие производства медицинских изделий" -322 032,0 Основное мероприятие "Реализация иных проектов в области медицинской промышленности" -322 032,0 Субсидии российским организациям на возмещение части затрат на реализацию проектов по организации производства медицинских изделий (Иные бюджетные ассигнования) -214 000,0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-108 032,0 Подпрограмма "Комплексное развитие фармацевтической и медицинской промышленности" -6 000,0 Основное мероприятие "Научно-методическое, аналитическое и организационно-техническое обеспечение перехода фармацевтической и медицинской промышленности на инновационную модель развития" -6 000,0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-6 000,0 Государственная программа Российской Федерации "Развитие оборонно-промышленного комплекса" -794 591,6 Подпрограмма "Стимулирование развития оборонно-промышленного комплекса" -794 591,6 Основное мероприятие "Стимулирование промышленной деятельности организаций оборонно-промышленного комплекса" -794 591,6 Субсидии организациям оборонно-промышленного комплекса на возмещение части затрат на уплату процентов по кредитам, полученным в российских кредитных организациях и государственной корпорации "Банк развития и внешнеэкономической деятельности (Внешэкономбанк)" на осуществление инновационных и инвестиционных проектов по выпуску высокотехнологичной продукции (Иные бюджетные ассигнования) -605 891,6 Имущественный взнос Российской Федерации в государственную корпорацию "Банк развития и внешнеэкономической деятельности (Внешэкономбанк)" в целях компенсации недополученных доходов по кредитам, выдаваемым в рамках поддержки производства высокотехнологичной продукции гражданского и двойного назначения организациями оборонно-промышленного комплекса (Иные бюджетные ассигнования) -188 700,0 Охрана окружающей среды +20 809 100,0 Другие вопросы в области охраны окружающей среды +20 809 100,0 Государственная программа Российской Федерации "Развитие промышленности и повышение ее конкурентоспособности" +20 809 100,0 Подпрограмма "Развитие транспортного и специального машиностроения" +20 809 100,0 Основное мероприятие "Развитие автомобилестроения" +20 809 100,0 Субсидии российским производителям колесных транспортных средств на компенсацию части затрат, связанных с выпуском и поддержкой гарантийных обязательств по колесным транспортным средствам, соответствующим нормам Евро-4, Евро-5 (Иные бюджетные ассигнования) +20 809 100,0 Образование +150 000,0 Дополнительное образование детей +150 000,0 Государственная программа Российской Федерации "Развитие образования" +150 000,0 Подпрограмма "Развитие дополнительного образования детей и реализация мероприятий молодежной политики" +150 000,0 Ведомственная целевая программа "Развитие дополнительного образования детей, выявление и поддержка лиц, проявивших выдающиеся способности" +150 000,0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+150 000,0 МИНИСТЕРСТВО ЭНЕРГЕТИКИ РОССИЙСКОЙ ФЕДЕРАЦИИ -8 578,2 Общегосударственные вопросы -2 000,0 Международные отношения и международное сотрудничество -2 000,0 Государственная программа Российской Федерации "Развитие энергетики" -2 000,0 Подпрограмма "Обеспечение реализации государственной программы Российской Федерации "Развитие энергетики" -2 000,0 Основное мероприятие "Развитие международного сотрудничества" -2 000,0 Финансовое обеспечение выполнения функций федеральных государственных органов, оказания услуг и выполнения работ (Иные бюджетные ассигнования) -2 000,0 Национальная экономика -42 531,9 Топливно-энергетический комплекс -41 329,6 Государственная программа Российской Федерации "Развитие энергетики" -41 329,6 Подпрограмма "Реструктуризация и развитие угольной и торфяной промышленности" +38 387,6 Основное мероприятие "Реструктуризация угольной промышленности" +38 387,6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-612,4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+39 000,0 Подпрограмма "Обеспечение реализации государственной программы Российской Федерации "Развитие энергетики" -79 717,2 Основное мероприятие "Реализация функций аппарата ответственного исполнителя государственной программы" -79 717,2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-54 773,5 Финансовое обеспечение выполнения функций федеральных государственных органов, оказания услуг и выполнения работ (Иные бюджетные ассигнования) -24 943,7 Прикладные научные исследования в области национальной экономики -1 202,3 Государственная программа Российской Федерации "Развитие энергетики" -1 202,3 Подпрограмма "Обеспечение реализации государственной программы Российской Федерации "Развитие энергетики" -1 202,3 Основное мероприятие "Реализация функций аппарата ответственного исполнителя государственной программы" -1 202,3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-1 156,3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-46,0 Межбюджетные трансферты общего характера бюджетам бюджетной системы Российской Федерации +35 953,7 Прочие межбюджетные трансферты общего характера +35 953,7 Государственная программа Российской Федерации "Развитие энергетики" +35 953,7 Подпрограмма "Реструктуризация и развитие угольной и торфяной промышленности" +35 953,7 Основное мероприятие "Реструктуризация угольной промышленности" +35 953,7 Иные межбюджетные трансферты на реализацию программ местного развития и обеспечение занятости для шахтерских городов и поселков (Межбюджетные трансферты) +35 953,7 ФЕДЕРАЛЬНАЯ СЛУЖБА ПО НАДЗОРУ В СФЕРЕ ПРИРОДОПОЛЬЗОВАНИЯ -130 671,1 Охрана окружающей среды -130 666,9 Другие вопросы в области охраны окружающей среды -130 666,9 Государственная программа Российской Федерации "Охрана окружающей среды" -130 666,9 Подпрограмма "Регулирование качества окружающей среды" -130 666,9 Основное мероприятие "Организация и проведение комплексного государственного экологического надзора, разрешительной и лицензионной деятельности в части ограничения негативного техногенного воздействия на окружающую среду и экологической экспертизы" -130 666,9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-130 666,9 Образование -4,2 Профессиональная подготовка, переподготовка и повышение квалификации -4,2 Государственная программа Российской Федерации "Охрана окружающей среды" -4,2 Подпрограмма "Регулирование качества окружающей среды" -4,2 Основное мероприятие "Организация и проведение комплексного государственного экологического надзора, разрешительной и лицензионной деятельности в части ограничения негативного техногенного воздействия на окружающую среду и экологической экспертизы" -4,2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-4,2 ФЕДЕРАЛЬНОЕ АГЕНТСТВО ПО НЕДРОПОЛЬЗОВАНИЮ -94 274,6 Национальная экономика -94 208,7 Воспроизводство минерально-сырьевой базы -94 208,7 Государственная программа Российской Федерации "Воспроизводство и использование природных ресурсов" -94 208,7 Подпрограмма "Воспроизводство минерально-сырьевой базы, геологическое изучение недр" -94 208,7 Основное мероприятие "Государственное геологическое информационное обеспечение" +19 408,0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-4 137,2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+23 545,2 Основное мероприятие "Воспроизводство минерально-сырьевой базы углеводородного сырья" -33 467,7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-33 467,7 Основное мероприятие "Воспроизводство минерально-сырьевой базы твердых полезных ископаемых" -69 846,9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-69 846,9 Основное мероприятие "Воспроизводство минерально-сырьевой базы подземных вод (питьевых и минеральных)" -22 545,2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-22 545,2 Основное мероприятие "Воспроизводство минерально-сырьевой базы и геологическое изучение недр в Республике Крым и городе федерального значения Севастополе" -5 000,0 Субвенции бюджетам Республики Крым и города федерального значения Севастополя на осуществление части полномочий Российской Федерации в сфере недропользования (Межбюджетные трансферты) -5 000,0 Основное мероприятие "Обеспечение эффективной реализации государственных функций в сфере недропользования" +17 243,1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-756,9 Финансовое обеспечение выполнения функций федеральных государственных органов, оказания услуг и выполнения работ (Социальное обеспечение и иные выплаты населению) +18 000,0 Образование -65,9 Профессиональная подготовка, переподготовка и повышение квалификации -65,9 Государственная программа Российской Федерации "Воспроизводство и использование природных ресурсов" -65,9 Подпрограмма "Воспроизводство минерально-сырьевой базы, геологическое изучение недр" -65,9 Основное мероприятие "Государственное геологическое информационное обеспечение" -61,3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-61,3 Основное мероприятие "Обеспечение эффективной реализации государственных функций в сфере недропользования" -4,6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-4,6 МИНИСТЕРСТВО ПРИРОДНЫХ РЕСУРСОВ И ЭКОЛОГИИ РОССИЙСКОЙ ФЕДЕРАЦИИ -273 409,1 Общегосударственные вопросы +518 263,0 Международные отношения и международное сотрудничество +518 263,0 Государственная программа Российской Федерации "Охрана окружающей среды" +517 407,4 Подпрограмма "Регулирование качества окружающей среды" +517 727,8 Основное мероприятие "Выполнение международных обязательств в области охраны окружающей среды" +517 727,8 Финансовое обеспечение выполнения функций федеральных государственных органов, оказания услуг и выполнения работ (Иные бюджетные ассигнования) +517 727,8 Подпрограмма "Биологическое разнообразие России" -320,4 Основное мероприятие "Выполнение международных обязательств в сфере сохранения и восстановления биологического разнообразия" -320,4 Финансовое обеспечение выполнения функций федеральных государственных органов, оказания услуг и выполнения работ (Иные бюджетные ассигнования) -320,4 Государственная программа Российской Федерации "Воспроизводство и использование природных ресурсов" +855,6 Подпрограмма "Воспроизводство минерально-сырьевой базы, геологическое изучение недр" +855,6 Основное мероприятие "Обеспечение участия Российской Федерации в международных организациях (соглашениях) в сфере геологического изучения недр и воспроизводства минерально-сырьевой базы" +855,6 Финансовое обеспечение выполнения функций федеральных государственных органов, оказания услуг и выполнения работ (Иные бюджетные ассигнования) +855,6 Национальная экономика -791 530,6 Общеэкономические вопросы +12 883,4 Реализация функций иных федеральных органов государственной власти +12 883,4 Иные непрограммные мероприятия +12 883,4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+924,9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+11 958,5 Водное хозяйство -110 000,0 Государственная программа Российской Федерации "Воспроизводство и использование природных ресурсов" -110 000,0 Федеральная целевая программа "Развитие водохозяйственного комплекса Российской Федерации в 2012 - 2020 годах" -110 000,0 Иные мероприятия федеральной целевой программы -110 000,0 Финансовое обеспечение выполнения функций федеральных государственных органов, оказания услуг и выполнения работ (Иные бюджетные ассигнования) -110 000,0 Лесное хозяйство -681 739,5 Государственная программа Российской Федерации "Охрана окружающей среды" -681 739,5 Подпрограмма "Биологическое разнообразие России" -681 739,5 Основное мероприятие "Функционирование и развитие системы особо охраняемых природных территорий федерального значения, сохранение биоразнообразия и регулирование использования объектов животного мира" -681 739,5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-681 739,5 Прикладные научные исследования в области национальной экономики -7 182,9 Государственная программа Российской Федерации "Охрана окружающей среды" -2 021,7 Подпрограмма "Регулирование качества окружающей среды" -2 021,7 Основное мероприятие "Нормативно-правовое, методическое и информационно-аналитическое обеспечение регулирования в области охраны окружающей среды" -2 021,7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-2 021,7 Государственная программа Российской Федерации "Воспроизводство и использование природных ресурсов" -4 974,2 Подпрограмма "Воспроизводство минерально-сырьевой базы, геологическое изучение недр" -4 974,2 Основное мероприятие "Научно-аналитическое и инновационное обеспечение государственной политики в сфере развития и использования минерально-сырьевой базы" -4 974,2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-4 974,2 Государственная программа Российской Федерации "Развитие лесного хозяйства" -187,0 Подпрограмма "Стратегическое управление лесным хозяйством" -187,0 Основное мероприятие "Научно-аналитическое обеспечение в сфере реализации государственной программы, направленное на повышение научно-технического потенциала лесного сектора экономики" -187,0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-187,0 Другие вопросы в области национальной экономики -5 491,6 Государственная программа Российской Федерации "Воспроизводство и использование природных ресурсов" -5 491,6 Подпрограмма "Воспроизводство минерально-сырьевой базы, геологическое изучение недр" -5 491,6 Основное мероприятие "Научно-аналитическое и инновационное обеспечение государственной политики в сфере развития и использования минерально-сырьевой базы" -5 491,6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-5 491,6 Охрана окружающей среды -141,5 Другие вопросы в области охраны окружающей среды -141,5 Государственная программа Российской Федерации "Охрана окружающей среды" -141,5 Подпрограмма "Регулирование качества окружающей среды" -141,5 Основное мероприятие "Нормативно-правовое, методическое и информационно-аналитическое обеспечение регулирования в области охраны окружающей среды" -141,5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-141,5 ФЕДЕРАЛЬНОЕ АГЕНТСТВО ВОДНЫХ РЕСУРСОВ -169 250,8 Национальная экономика -169 211,0 Водное хозяйство -169 211,0 Государственная программа Российской Федерации "Воспроизводство и использование природных ресурсов" -168 239,6 Подпрограмма "Использование водных ресурсов" +11 278,3 Основное мероприятие "Осуществление водохозяйственных и водоохранных мероприятий, обеспечение безопасной эксплуатации гидротехнических сооружений и информационно-техническое обеспечение отрасли" +94 474,5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-10 054,9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+104 529,4 Основное мероприятие "Обеспечение исполнения субъектами Российской Федерации переданных полномочий Российской Федерации в области водных отношений" -63 606,4 Осуществление отдельных полномочий в области водных отношений (Межбюджетные трансферты) -63 606,4 Основное мероприятие "Обеспечение эффективной реализации государственных функций в сфере водных отношений" -19 589,8 Субвенции бюджетам Республики Крым и города федерального значения Севастополя на осуществление части полномочий Российской Федерации в области водных отношений (Межбюджетные трансферты) -12 593,7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+7 000,0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+982,8 Финансовое обеспечение выполнения функций федеральных государственных органов, оказания услуг и выполнения работ (Иные бюджетные ассигнования) -14 978,9 Федеральная целевая программа "Развитие водохозяйственного комплекса Российской Федерации в 2012 - 2020 годах" -179 517,9 Иные мероприятия федеральной целевой программы -179 517,9 Финансовое обеспечение выполнения функций федеральных государственных органов, оказания услуг и выполнения работ (Капитальные вложения в объекты государственной (муниципальной) собственности) -179 517,9 Реализация функций иных федеральных органов государственной власти -971,4 Мобилизационная подготовка органов государственной власти -971,4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-971,4 Образование -39,8 Профессиональная подготовка, переподготовка и повышение квалификации -39,8 Государственная программа Российской Федерации "Воспроизводство и использование природных ресурсов" -39,8 Подпрограмма "Использование водных ресурсов" -39,8 Основное мероприятие "Обеспечение эффективной реализации государственных функций в сфере водных отношений" -39,8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-39,8 ФЕДЕРАЛЬНОЕ АГЕНТСТВО ЛЕСНОГО ХОЗЯЙСТВА 0,0 Общегосударственные вопросы +4 376,7 Международные отношения и международное сотрудничество +4 376,7 Государственная программа Российской Федерации "Развитие лесного хозяйства" +4 376,7 Подпрограмма "Стратегическое управление лесным хозяйством" +4 376,7 Основное мероприятие "Обеспечение исполнения государственных функций Рослесхозом, формирование условий для участия граждан в принятии решений в области лесных отношений, развитие международного сотрудничества" +4 376,7 Финансовое обеспечение выполнения функций федеральных государственных органов, оказания услуг и выполнения работ (Иные бюджетные ассигнования) +4 376,7 Национальная экономика -4 274,8 Лесное хозяйство -4 274,8 Государственная программа Российской Федерации "Развитие лесного хозяйства" -4 375,2 Подпрограмма "Стратегическое управление лесным хозяйством" -4 375,2 Основное мероприятие "Обеспечение исполнения государственных функций Рослесхозом, формирование условий для участия граждан в принятии решений в области лесных отношений, развитие международного сотрудничества" -4 375,2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-3 882,0 Финансовое обеспечение выполнения функций федеральных государственных органов, оказания услуг и выполнения работ (Иные бюджетные ассигнования) -493,2 Реализация функций иных федеральных органов государственной власти +100,4 Мобилизационная подготовка органов государственной власти +100,4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+107,4 Финансовое обеспечение выполнения функций федеральных государственных органов, оказания услуг и выполнения работ (Иные бюджетные ассигнования) -7,0 Образование -100,4 Профессиональная подготовка, переподготовка и повышение квалификации -100,4 Реализация функций иных федеральных органов государственной власти -100,4 Мобилизационная подготовка органов государственной власти -100,4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-100,4 Социальная политика -1,5 Охрана семьи и детства -1,5 Государственная программа Российской Федерации "Развитие лесного хозяйства" -1,5 Подпрограмма "Стратегическое управление лесным хозяйством" -1,5 Основное мероприятие "Обеспечение исполнения государственных функций Рослесхозом, формирование условий для участия граждан в принятии решений в области лесных отношений, развитие международного сотрудничества" -1,5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-1,5 МИНИСТЕРСТВО КУЛЬТУРЫ РОССИЙСКОЙ ФЕДЕРАЦИИ -693 436,0 Образование -356 490,5 Высшее образование -356 329,9 Государственная программа Российской Федерации "Научно-технологическое развитие Российской Федерации" -356 329,9 Подпрограмма "Обеспечение глобальной конкурентоспособности российского высшего образования" -356 329,9 Основное мероприятие "Развитие инфраструктуры высшего образования" -356 329,9 Финансовое обеспечение выполнения функций федеральных государственных органов, оказания услуг и выполнения работ (Капитальные вложения в объекты государственной (муниципальной) собственности) -356 329,9 Другие вопросы в области образования -160,6 Государственная программа Российской Федерации "Развитие образования" -160,6 Подпрограмма "Развитие дополнительного образования детей и реализация мероприятий молодежной политики" -160,6 Ведомственная целевая программа "Развитие дополнительного образования детей, выявление и поддержка лиц, проявивших выдающиеся способности" -160,6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-160,6 Культура, кинематография -336 945,5 Культура -4 168 215,5 Государственная программа Российской Федерации "Развитие культуры и туризма" -4 121 125,2 Подпрограмма "Наследие" -1 060 167,0 Основное мероприятие "Развитие библиотечного дела" +41 815,8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+41 815,8 Основное мероприятие "Развитие музейного дела" -1 101 982,8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-6 193,9 Финансовое обеспечение выполнения функций федеральных государственных органов, оказания услуг и выполнения работ (Капитальные вложения в объекты государственной (муниципальной) собственности) -1 563 148,4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+467 359,5 Подпрограмма "Искусство" -3 065 934,0 Основное мероприятие "Сохранение и развитие исполнительских искусств" -252 719,2 Субсидии на реализацию творческих проектов в сфере музыкального, театрального, изобразительного искусства и народного творчества (Предоставление субсидий бюджетным, автономным учреждениям и иным некоммерческим организациям) -472 800,0 Финансовое обеспечение выполнения функций федеральных государственных органов, оказания услуг и выполнения работ (Капитальные вложения в объекты государственной (муниципальной) собственности) -7 168,5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+227 249,3 Основное мероприятие "Поддержка творческих инициатив населения, а также выдающихся деятелей, организаций в сфере культуры, творческих союзов" -5 000,0 Гранты Президента Российской Федерации для поддержки творческих проектов общенационального значения в области культуры и искусства (Социальное обеспечение и иные выплаты населению) -5 000,0 Основное мероприятие "Организация и проведение мероприятий, а также работ по строительству, реконструкции, реставрации, посвященных значимым событиям российской культуры" -2 808 214,8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-2 808 214,8 Подпрограмма "Обеспечение условий реализации государственной программы Российской Федерации "Развитие культуры и туризма" +4 975,8 Основное мероприятие "Развитие инфраструктуры и системы управления в сфере культуры и туризма" +4 975,8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+4 975,8 Государственная программа Российской Федерации "Социально-экономическое развитие Республики Крым и г. Севастополя" -46 281,0 Федеральная целевая программа "Социально-экономическое развитие Республики Крым и г. Севастополя до 2022 года" -46 281,0 Финансовое обеспечение выполнения функций федеральных государственных органов, оказания услуг и выполнения работ (Капитальные вложения в объекты государственной (муниципальной) собственности) -46 281,0 Государственная программа Российской Федерации "Реализация государственной национальной политики" -809,3 Подпрограмма "Общероссийская гражданская идентичность и этнокультурное развитие народов России" -578,5 Основное мероприятие "Содействие этнокультурному многообразию народов России" -578,5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-578,5 Подпрограмма "Коренные малочисленные народы Российской Федерации" -11,0 Основное мероприятие "Сохранение культур и традиционного образа жизни коренных малочисленных народов Российской Федерации" -11,0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-11,0 Подпрограмма "Российское казачество" -219,8 Основное мероприятие "Сохранение самобытной казачьей культуры и обеспечение участия российского казачества в воспитании подрастающего поколения в духе патриотизма" -219,8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-219,8 Кинематография +4 757 439,9 Государственная программа Российской Федерации "Развитие культуры и туризма" +4 757 439,9 Подпрограмма "Искусство" +4 757 439,9 Основное мероприятие "Сохранение и развитие кинематографии" +4 757 439,9 Финансовое обеспечение выполнения функций федеральных государственных органов, оказания услуг и выполнения работ (Капитальные вложения в объекты государственной (муниципальной) собственности) -100 000,0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+3 300 000,0 Финансовое обеспечение выполнения функций федеральных государственных органов, оказания услуг и выполнения работ (Иные бюджетные ассигнования) +1 557 439,9 Другие вопросы в области культуры, кинематографии -926 169,9 Государственная программа Российской Федерации "Развитие культуры и туризма" -926 169,9 Подпрограмма "Наследие" -918 660,9 Основное мероприятие "Сохранение, использование, популяризация исторического и культурного наследия" -918 660,9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-918 660,9 Подпрограмма "Обеспечение условий реализации государственной программы Российской Федерации "Развитие культуры и туризма" -7 509,0 Основное мероприятие "Развитие инфраструктуры и системы управления в сфере культуры и туризма" -7 509,0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-22 095,0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+14 586,0 МИНИСТЕРСТВО ЗДРАВООХРАНЕНИЯ РОССИЙСКОЙ ФЕДЕРАЦИИ +200 502,2 Общегосударственные вопросы -352 927,5 Международные отношения и международное сотрудничество +32 739,0 Государственная программа Российской Федерации "Развитие здравоохранения" +32 739,0 Подпрограмма "Развитие международных отношений в сфере охраны здоровья" +32 739,0 Ведомственная целевая программа "Содействие международному сотрудничеству в сфере охраны здоровья" +32 739,0 Финансовое обеспечение выполнения функций федеральных государственных органов, оказания услуг и выполнения работ (Иные бюджетные ассигнования) +32 739,0 Фундаментальные исследования -385 666,5 Государственная программа Российской Федерации "Развитие здравоохранения" -385 666,5 Подпрограмма "Развитие и внедрение инновационных методов диагностики, профилактики и лечения, а также основ персонализированной медицины" -385 666,5 Ведомственная целевая программа "Развитие фундаментальной, трансляционной и персонализированной медицины" -385 666,5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-385 666,5 Образование -82 670,1 Профессиональная подготовка, переподготовка и повышение квалификации -34 690,1 Государственная программа Российской Федерации "Развитие здравоохранения" -34 690,1 Подпрограмма "Развитие кадровых ресурсов в здравоохранении" -34 690,1 Ведомственная целевая программа "Управление кадровыми ресурсами здравоохранения" -34 690,1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-34 690,1 Высшее образование -47 980,0 Государственная программа Российской Федерации "Научно-технологическое развитие Российской Федерации" -47 980,0 Подпрограмма "Обеспечение глобальной конкурентоспособности российского высшего образования" -47 980,0 Основное мероприятие "Развитие инфраструктуры высшего образования" -47 980,0 Финансовое обеспечение выполнения функций федеральных государственных органов, оказания услуг и выполнения работ (Капитальные вложения в объекты государственной (муниципальной) собственности) -47 980,0 Здравоохранение +636 099,8 Стационарная медицинская помощь -157 807,4 Государственная программа Российской Федерации "Развитие здравоохранения" -157 807,4 Подпрограмма "Развитие медицинской реабилитации и санаторно-курортного лечения, в том числе детей" -907,2 Ведомственная целевая программа "Медицинская реабилитация" -907,2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-907,2 Подпрограмма "Совершенствование оказания медицинской помощи, включая профилактику заболеваний и формирование здорового образа жизни" -156 900,2 Ведомственная целевая программа "Совершенствование оказания скорой медицинской помощи и деятельности Всероссийской службы медицины катастроф" +22 444,6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+22 444,6 Ведомственная целевая программа "Совершенствование системы оказания медицинской помощи наркологическим больным и больным с психическими расстройствами и расстройствами поведения" -87 736,2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-3 848,2 Финансовое обеспечение выполнения функций федеральных государственных органов, оказания услуг и выполнения работ (Капитальные вложения в объекты государственной (муниципальной) собственности) -83 888,0 Ведомственная целевая программа "Предупреждение и борьба с социально значимыми инфекционными заболеваниями" -91 608,6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-13 955,6 Финансовое обеспечение выполнения функций федеральных государственных органов, оказания услуг и выполнения работ (Капитальные вложения в объекты государственной (муниципальной) собственности) -77 372,0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-281,0 Амбулаторная помощь +2 000 000,0 Государственная программа Российской Федерации "Развитие здравоохранения" +2 000 000,0 Подпрограмма "Совершенствование оказания медицинской помощи, включая профилактику заболеваний и формирование здорового образа жизни" +2 000 000,0 Ведомственная целевая программа "Обеспечение отдельных категорий граждан лекарственными препаратами в амбулаторных условиях" +2 000 000,0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+2 000 000,0 Санаторно-оздоровительная помощь -27 647,6 Государственная программа Российской Федерации "Развитие здравоохранения" -27 647,6 Подпрограмма "Развитие медицинской реабилитации и санаторно-курортного лечения, в том числе детей" -27 647,6 Ведомственная целевая программа "Санаторно-курортное лечение" -27 647,6 Финансовое обеспечение выполнения функций федеральных государственных органов, оказания услуг и выполнения работ (Капитальные вложения в объекты государственной (муниципальной) собственности) -20 000,0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-7 647,6 Прикладные научные исследования в области здравоохранения -1 385 518,7 Государственная программа Российской Федерации "Развитие здравоохранения" -1 385 518,7 Подпрограмма "Развитие и внедрение инновационных методов диагностики, профилактики и лечения, а также основ персонализированной медицины" -195 903,7 Ведомственная целевая программа "Развитие фундаментальной, трансляционной и персонализированной медицины" -195 903,7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-195 903,7 Подпрограмма "Информационные технологии и управление развитием отрасли" -115,0 Основное мероприятие "Реализация функций ответственного исполнителя государственной программы" -115,0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-115,0 Подпрограмма "Совершенствование оказания медицинской помощи, включая профилактику заболеваний и формирование здорового образа жизни" -1 189 500,0 Ведомственная целевая программа "Высокотехнологичная медицинская помощь и медицинская помощь, оказываемая в рамках клинической апробации методов профилактики, диагностики, лечения и реабилитации" -1 189 500,0 Финансовое обеспечение выполнения функций федеральных государственных органов, оказания услуг и выполнения работ (Капитальные вложения в объекты государственной (муниципальной) собственности) -1 189 500,0 Другие вопросы в области здравоохранения +207 073,5 Государственная программа Российской Федерации "Развитие здравоохранения" +207 073,5 Подпрограмма "Экспертиза и контрольно-надзорные функции в сфере охраны здоровья" -6 541,3 Ведомственная целевая программа "Развитие государственной экспертной деятельности в сфере здравоохранения" -678,8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-678,8 Ведомственная целевая программа "Контроль, экспертиза, мониторинг и предоставление государственных услуг в сфере охраны здоровья" -5 862,5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-5 862,5 Подпрограмма "Информационные технологии и управление развитием отрасли" +2 663,3 Основное мероприятие "Реализация функций ответственного исполнителя государственной программы" +2 958,8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+10 000,0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-7 041,2 Ведомственная целевая программа "Анализ и мониторинг системы здравоохранения" -0,2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-0,2 Ведомственная целевая программа "Информационно-технологическая поддержка реализации государственной программы" -295,3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-295,3 Подпрограмма "Совершенствование оказания медицинской помощи, включая профилактику заболеваний и формирование здорового образа жизни" +210 951,5 Ведомственная целевая программа "Совершенствование оказания скорой медицинской помощи и деятельности Всероссийской службы медицины катастроф" -39 258,3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-39 258,3 Ведомственная целевая программа "Высокотехнологичная медицинская помощь и медицинская помощь, оказываемая в рамках клинической апробации методов профилактики, диагностики, лечения и реабилитации" -126 045,3 Финансовое обеспечение выполнения функций федеральных государственных органов, оказания услуг и выполнения работ (Социальное обеспечение и иные выплаты населению) +25 000,0 Финансовое обеспечение выполнения функций федеральных государственных органов, оказания услуг и выполнения работ (Капитальные вложения в объекты государственной (муниципальной) собственности) -3 030,0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-148 015,3 Ведомственная целевая программа "Предупреждение и борьба с социально значимыми инфекционными заболеваниями" -161,7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-161,7 Ведомственная целевая программа "Укрепление материально-технической базы учреждений" +376 416,8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-418,2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+376 835,0 ФЕДЕРАЛЬНАЯ СЛУЖБА ПО НАДЗОРУ В СФЕРЕ ЗДРАВООХРАНЕНИЯ -13 625,1 Национальная экономика -310,9 Другие вопросы в области национальной экономики -310,9 Государственная программа Российской Федерации "Развитие фармацевтической и медицинской промышленности" -310,9 Подпрограмма "Развитие производства лекарственных средств" -310,9 Основное мероприятие "Реализация иных проектов в области фармацевтической промышленности" -310,9 Финансовое обеспечение выполнения функций федеральных государственных органов, оказания услуг и выполнения работ (Капитальные вложения в объекты государственной (муниципальной) собственности) -310,9 Образование -0,3 Профессиональная подготовка, переподготовка и повышение квалификации -0,3 Государственная программа Российской Федерации "Развитие здравоохранения" -0,3 Подпрограмма "Экспертиза и контрольно-надзорные функции в сфере охраны здоровья" -0,3 Ведомственная целевая программа "Контроль, экспертиза, мониторинг и предоставление государственных услуг в сфере охраны здоровья" -0,3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-0,3 Здравоохранение -13 313,9 Другие вопросы в области здравоохранения -13 313,9 Государственная программа Российской Федерации "Развитие здравоохранения" -13 313,9 Подпрограмма "Экспертиза и контрольно-надзорные функции в сфере охраны здоровья" -13 313,9 Ведомственная целевая программа "Контроль, экспертиза, мониторинг и предоставление государственных услуг в сфере охраны здоровья" -13 313,9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+2 000,0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-25 966,9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+10 653,0 МИНИСТЕРСТВО СТРОИТЕЛЬСТВА И ЖИЛИЩНО-КОММУНАЛЬНОГО ХОЗЯЙСТВА РОССИЙСКОЙ ФЕДЕРАЦИИ +22 567 495,5 Общегосударственные вопросы -32 581,6 Международные отношения и международное сотрудничество +743,0 Государственная программа Российской Федерации "Обеспечение доступным и комфортным жильем и коммунальными услугами граждан Российской Федерации" +743,0 Подпрограмма "Обеспечение реализации государственной программы" +743,0 Основное мероприятие "Обеспечение устойчивого развития жилищного сектора и инфраструктуры населенных пунктов (Программа ООН "ХАБИТАТ")" +743,0 Финансовое обеспечение выполнения функций федеральных государственных органов, оказания услуг и выполнения работ (Иные бюджетные ассигнования) +743,0 Фундаментальные исследования -1 440,0 Государственная программа Российской Федерации "Научно-технологическое развитие Российской Федерации" -1 440,0 Подпрограмма "Фундаментальные научные исследования для долгосрочного развития и обеспечения конкурентоспособности общества и государства" -1 440,0 Основное мероприятие "Обеспечение реализации программы фундаментальных научных исследований" -1 440,0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-1 440,0 Другие общегосударственные вопросы -31 884,6 Государственная программа Российской Федерации "Обеспечение доступным и комфортным жильем и коммунальными услугами граждан Российской Федерации" -31 884,6 Подпрограмма "Обеспечение реализации государственной программы" -31 884,6 Основное мероприятие "Обеспечение функций центрального аппарата Минстроя России" -31 884,6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+7 375,6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-39 260,2 Жилищно-коммунальное хозяйство +23 781 062,1 Жилищное хозяйство +19 523 437,5 Государственная программа Российской Федерации "Обеспечение доступным и комфортным жильем и коммунальными услугами граждан Российской Федерации" +923 437,5 Подпрограмма "Создание условий для обеспечения доступным и комфортным жильем граждан России" -76 562,5 Ведомственная целевая программа "Оказание государственной поддержки гражданам в обеспечении жильем и оплате жилищно-коммунальных услуг" -76 562,5 Субсидии на мероприятия по приведению объектов города Волгодонска в состояние, обеспечивающее безопасное проживание его жителей (Межбюджетные трансферты) -76 562,5 Подпрограмма "Создание условий для обеспечения качественными услугами жилищно-коммунального хозяйства граждан России" +1 000 000,0 Ведомственная целевая программа "Поддержка модернизации коммунальной и инженерной инфраструктуры субъектов Российской Федерации (муниципальных образований)" +1 000 000,0 Иные межбюджетные трансферты на реализацию мероприятий по содействию развитию инфраструктуры субъектов Российской Федерации (Межбюджетные трансферты) +1 000 000,0 Реализация функций иных федеральных органов государственной власти +18 600 000,0 Иные непрограммные мероприятия +18 600 000,0 Имущественный взнос Российской Федерации в публично-правовую компанию "Фонд защиты прав граждан - участников долевого строительства" для осуществления мероприятий по финансированию завершения строительства объектов незавершенного строительства - многоквартирных домов (Иные бюджетные ассигнования) +16 500 000,0 Имущественный взнос Российской Федерации в публично-правовую компанию "Фонд защиты прав граждан - участников долевого строительства" в целях предоставления поручительств по кредитным договорам, предусматривающим предоставление целевого кредита на строительство (создание) многоквартирного дома и (или) иного объекта недвижимости или предоставление кредита в целях рефинансирования (перекредитования) застройщика (Иные бюджетные ассигнования) -1 900 000,0 Взнос в уставный капитал акционерного общества "ДОМ.РФ", г. Москва, для осуществления мероприятий по финансированию завершения строительства объектов незавершенного строительства - многоквартирных домов группы компаний "СУ-155" (Капитальные вложения в объекты государственной (муниципальной) собственности) +4 000 000,0 Другие вопросы в области жилищно-коммунального хозяйства +4 257 624,6 Государственная программа Российской Федерации "Обеспечение доступным и комфортным жильем и коммунальными услугами граждан Российской Федерации" -1 153 098,7 Подпрограмма "Создание условий для обеспечения качественными услугами жилищно-коммунального хозяйства граждан России" -1 145 717,2 Ведомственная целевая программа "Поддержка модернизации коммунальной и инженерной инфраструктуры субъектов Российской Федерации (муниципальных образований)" -1 145 717,2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-1 145 717,2 Подпрограмма "Обеспечение реализации государственной программы" -7 381,5 Основное мероприятие "Обеспечение государственных функций по текущему управлению реализацией государственной программы" -7 381,5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-3 000,0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-4 381,5 Реализация функций иных федеральных органов государственной власти +5 410 723,3 Иные непрограммные мероприятия +5 410 723,3 Взнос в уставный капитал акционерного общества "ДОМ.РФ", г. Москва, в целях докапитализации акционерного общества "Банк ДОМ.РФ", г. Москва (Капитальные вложения в объекты государственной (муниципальной) собственности) +5 410 723,3 Охрана окружающей среды -1 275 656,8 Сбор, удаление отходов и очистка сточных вод -1 275 656,8 Государственная программа Российской Федерации "Обеспечение доступным и комфортным жильем и коммунальными услугами граждан Российской Федерации" -1 275 656,8 Подпрограмма "Создание условий для обеспечения качественными услугами жилищно-коммунального хозяйства граждан России" -1 275 656,8 Федеральный проект "Оздоровление Волги" -1 275 656,8 Сокращение доли загрязненных сточных вод (Межбюджетные трансферты) -1 275 656,8 Образование -42,4 Профессиональная подготовка, переподготовка и повышение квалификации -42,4 Государственная программа Российской Федерации "Обеспечение доступным и комфортным жильем и коммунальными услугами граждан Российской Федерации" -42,4 Подпрограмма "Обеспечение реализации государственной программы" -42,4 Основное мероприятие "Обеспечение функций центрального аппарата Минстроя России" -42,4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-42,4 Культура, кинематография -725,5 Культура -725,5 Государственная программа Российской Федерации "Развитие культуры и туризма" -725,5 Подпрограмма "Наследие" -725,5 Основное мероприятие "Сохранение, использование, популяризация исторического и культурного наследия" -725,5 Финансовое обеспечение выполнения функций федеральных государственных органов, оказания услуг и выполнения работ (Капитальные вложения в объекты государственной (муниципальной) собственности) -725,5 Социальная политика +95 439,7 Охрана семьи и детства +95 439,7 Государственная программа Российской Федерации "Обеспечение доступным и комфортным жильем и коммунальными услугами граждан Российской Федерации" +95 439,7 Подпрограмма "Создание условий для обеспечения доступным и комфортным жильем граждан России" +95 439,7 Ведомственная целевая программа "Оказание государственной поддержки гражданам в обеспечении жильем и оплате жилищно-коммунальных услуг" +95 439,7 Субсидии на реализацию мероприятий по обеспечению жильем молодых семей (Межбюджетные трансферты) +95 439,7 МИНИСТЕРСТВО ЦИФРОВОГО РАЗВИТИЯ, СВЯЗИ И МАССОВЫХ КОММУНИКАЦИЙ РОССИЙСКОЙ ФЕДЕРАЦИИ -5 713 596,2 Национальная экономика -5 713 596,2 Связь и информатика -5 713 596,2 Государственная программа Российской Федерации "Информационное общество" -5 632 197,5 Подпрограмма "Информационно-телекоммуникационная инфраструктура информационного общества и услуги, оказываемые на ее основе" -3 163 163,9 Основное мероприятие "Расширение использования радиочастотного спектра в гражданских целях" -10 871,8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-10 871,8 Федеральный проект "Информационная инфраструктура" -2 577 713,1 Реализация национальной программы "Цифровая экономика Российской Федерации" (Закупка товаров, работ и услуг для обеспечения государственных (муниципальных) нужд) -2 577 713,1 Федеральный проект "Кадры для цифровой экономики" -574 579,0 Реализация национальной программы "Цифровая экономика Российской Федерации" (Закупка товаров, работ и услуг для обеспечения государственных (муниципальных) нужд) -574 579,0 Подпрограмма "Безопасность в информационном обществе" -26,5 Основное мероприятие "Информационно-техническое сопровождение, модернизация, развитие программно-технических средств подсистемы мониторинга средств массовой информации в специальных целях" -26,5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-26,5 Подпрограмма "Информационное государство" -2 469 007,1 Основное мероприятие "Управление развитием информационного общества" -13 030,5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+6 897,7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-19 928,2 Основное мероприятие "Развитие и эксплуатация электронного правительства" +5 998,0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+5 998,0 Основное мероприятие "Создание, развитие и функционирование государственной системы миграционного и регистрационного учета, а также изготовления, оформления и контроля обращения документов, удостоверяющих личность" -2,9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-2,9 Федеральный проект "Цифровые технологии" -1 725 950,5 Поддержка проектов по преобразованию приоритетных отраслей экономики и социальной сферы на основе внедрения отечественных продуктов, сервисов и платформенных решений, созданных на базе "сквозных" цифровых технологий, с применением льготного кредитования (Иные бюджетные ассигнования) -1 710 000,0 Реализация национальной программы "Цифровая экономика Российской Федерации" (Закупка товаров, работ и услуг для обеспечения государственных (муниципальных) нужд) -15 950,5 Федеральный проект "Цифровое государственное управление" -736 021,2 Реализация национальной программы "Цифровая экономика Российской Федерации" (Закупка товаров, работ и услуг для обеспечения государственных (муниципальных) нужд) -457 721,2 Реализация национальной программы "Цифровая экономика Российской Федерации" (Предоставление субсидий бюджетным, автономным учреждениям и иным некоммерческим организациям) -278 300,0 Реализация функций иных федеральных органов государственной власти -81 398,7 Иные непрограммные мероприятия -81 398,7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-81 398,7 МИНИСТЕРСТВО ПРОСВЕЩЕНИЯ РОССИЙСКОЙ ФЕДЕРАЦИИ +708 226,4 Образование +846 681,3 Общее образование -892,8 Государственная программа Российской Федерации "Развитие образования" -892,8 Подпрограмма "Развитие дошкольного и общего образования" -892,8 Ведомственная целевая программа "Развитие современных механизмов и технологий дошкольного и общего образования" -892,8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-892,8 Дополнительное образование детей +12 673,5 Государственная программа Российской Федерации "Развитие образования" +12 673,5 Подпрограмма "Развитие дополнительного образования детей и реализация мероприятий молодежной политики" +12 673,5 Ведомственная целевая программа "Развитие дополнительного образования детей, выявление и поддержка лиц, проявивших выдающиеся способности" +38 673,5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+38 673,5 Ведомственная целевая программа "Развитие сферы отдыха и оздоровления детей" -26 000,0 Субсидии на мероприятия по содействию развитию дополнительного образования детей и по организации отдыха детей и их оздоровления (Предоставление субсидий бюджетным, автономным учреждениям и иным некоммерческим организациям) -26 000,0 Среднее профессиональное образование +5 096,6 Государственная программа Российской Федерации "Развитие образования" +5 096,6 Подпрограмма "Развитие среднего профессионального и дополнительного профессионального образования" +5 096,6 Ведомственная целевая программа "Содействие развитию среднего профессионального образования и дополнительного профессионального образования" +5 096,6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(Социальное обеспечение и иные выплаты населению) +4 575,8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+520,8 Профессиональная подготовка, переподготовка и повышение квалификации -5 515,9 Государственная программа Российской Федерации "Развитие образования" -4 165,9 Подпрограмма "Совершенствование управления системой образования" -4 165,9 Ведомственная целевая программа "Научно-методическое, методическое и кадровое обеспечение обучения русскому языку и языкам народов Российской Федерации" -4 165,9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-4 165,9 Государственная программа Российской Федерации "Доступная среда" -1 350,0 Подпрограмма "Совершенствование системы комплексной реабилитации и абилитации инвалидов" -1 350,0 Основное мероприятие "Повышение квалификации специалистов в сфере реабилитации и абилитации инвалидов" -1 350,0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-1 350,0 Высшее образование 0,0 Государственная программа Российской Федерации "Научно-технологическое развитие Российской Федерации" 0,0 Подпрограмма "Обеспечение глобальной конкурентоспособности российского высшего образования" 0,0 Основное мероприятие "Обеспечение реализации образовательных программ и научной деятельности в системе высшего образования" -667,9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-667,9 Основное мероприятие "Стимулирование и социальная поддержка обучающихся и работников образовательных организаций высшего образования" +667,9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+667,9 Молодежная политика -462,5 Государственная программа Российской Федерации "Развитие образования" -462,5 Подпрограмма "Развитие дополнительного образования детей и реализация мероприятий молодежной политики" -462,5 Ведомственная целевая программа "Поддержка молодежных инициатив и патриотического воспитания" -462,5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-462,5 Прикладные научные исследования в области образования -15 181,6 Государственная программа Российской Федерации "Развитие образования" -15 181,6 Подпрограмма "Развитие дошкольного и общего образования" -25,6 Ведомственная целевая программа "Развитие современных механизмов и технологий дошкольного и общего образования" -25,6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-25,6 Подпрограмма "Развитие дополнительного образования детей и реализация мероприятий молодежной политики" -12 301,5 Ведомственная целевая программа "Развитие дополнительного образования детей, выявление и поддержка лиц, проявивших выдающиеся способности" -12 301,5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-12 301,5 Подпрограмма "Совершенствование управления системой образования" -2 854,5 Ведомственная целевая программа "Поддержка инноваций в области развития и мониторинга системы образования, обеспечение эффективности конкурсных механизмов реализации программных мероприятий в сфере образования" -2 854,5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-2 854,5 Другие вопросы в области образования +850 964,0 Государственная программа Российской Федерации "Развитие образования" +855 004,0 Подпрограмма "Развитие среднего профессионального и дополнительного профессионального образования" +875 661,9 Ведомственная целевая программа "Содействие развитию среднего профессионального образования и дополнительного профессионального образования" -1 252,1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-1 252,1 Федеральный проект "Молодые профессионалы (Повышение конкурентоспособности профессионального образования)" +876 914,0 Подготовка мирового чемпионата по профессиональному мастерству по стандартам "Ворлдскиллс" в г. Казани в 2019 году (Межбюджетные трансферты) +876 914,0 Подпрограмма "Развитие дошкольного и общего образования" -3 527,6 Ведомственная целевая программа "Развитие современных механизмов и технологий дошкольного и общего образования" -3 527,6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-3 527,6 Подпрограмма "Развитие дополнительного образования детей и реализация мероприятий молодежной политики" -953,2 Ведомственная целевая программа "Развитие дополнительного образования детей, выявление и поддержка лиц, проявивших выдающиеся способности" -953,2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-953,2 Подпрограмма "Совершенствование управления системой образования" -16 177,1 Ведомственная целевая программа "Поддержка инноваций в области развития и мониторинга системы образования, обеспечение эффективности конкурсных механизмов реализации программных мероприятий в сфере образования" -12 788,8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-12 788,8 Основное мероприятие "Реализация функций ответственного исполнителя государственной программы" -1 947,9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-1 947,9 Ведомственная целевая программа "Научно-методическое, методическое и кадровое обеспечение обучения русскому языку и языкам народов Российской Федерации" -1 440,4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-1 440,4 Государственная программа Российской Федерации "Доступная среда" -236,0 Подпрограмма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-200,0 Основное мероприятие "Нормативно-правовое и организационно-методическое обеспечение реализации мероприятий в области формирования доступной среды" -200,0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-200,0 Подпрограмма "Совершенствование системы комплексной реабилитации и абилитации инвалидов" -36,0 Основное мероприятие "Оказание государственной поддержки общественным организациям инвалидов и иным некоммерческим организациям" -36,0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-36,0 Государственная программа Российской Федерации "Информационное общество" -3 804,0 Подпрограмма "Информационное государство" -3 804,0 Основное мероприятие "Развитие сервисов на основе информационных технологий в области медицины, здравоохранения, социального обеспечения, образования, науки и культуры" -3 804,0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-3 804,0 Социальная политика -138 454,9 Охрана семьи и детства -138 454,9 Государственная программа Российской Федерации "Социальная поддержка граждан" -138 454,9 Подпрограмма "Обеспечение государственной поддержки семей, имеющих детей" -138 454,9 Основное мероприятие "Оказание мер социальной поддержки детям-сиротам, детям, оставшимся без попечения родителей, лицам из числа указанной категории детей, а также гражданам, желающим взять детей на воспитание в семью" -138 454,9 Субвенции на выплату единовременного пособия при всех формах устройства детей, лишенных родительского попечения, в семью (Межбюджетные трансферты) -138 454,9 МИНИСТЕРСТВО НАУКИ И ВЫСШЕГО ОБРАЗОВАНИЯ РОССИЙСКОЙ ФЕДЕРАЦИИ +7 623 298,4 Общегосударственные вопросы +11 266 813,0 Международные отношения и международное сотрудничество +3 790 993,4 Государственная программа Российской Федерации "Научно-технологическое развитие Российской Федерации" +3 790 993,4 Подпрограмма "Инфраструктура научной, научно-технической и инновационной деятельности" +3 790 993,4 Основное мероприятие "Реализация международных обязательств Российской Федерации в сфере научно-технической и инновационной деятельности" +3 790 993,4 Финансовое обеспечение выполнения функций федеральных государственных органов, оказания услуг и выполнения работ (Иные бюджетные ассигнования) +3 790 993,4 Фундаментальные исследования +8 359 851,7 Государственная программа Российской Федерации "Развитие культуры и туризма" -135 353,5 Подпрограмма "Наследие" -135 353,5 Основное мероприятие "Развитие музейного дела" -135 353,5 Финансовое обеспечение выполнения функций федеральных государственных органов, оказания услуг и выполнения работ (Капитальные вложения в объекты государственной (муниципальной) собственности) -135 353,5 Государственная программа Российской Федерации "Научно-технологическое развитие Российской Федерации" +8 495 205,2 Подпрограмма "Фундаментальные научные исследования для долгосрочного развития и обеспечения конкурентоспособности общества и государства" +8 495 205,2 Основное мероприятие "Обеспечение реализации программы фундаментальных научных исследований" +8 495 205,2 Гранты в области науки (Предоставление субсидий бюджетным, автономным учреждениям и иным некоммерческим организациям) -17 870,0 Имущественный взнос Российской Федерации в Российский научный фонд (Предоставление субсидий бюджетным, автономным учреждениям и иным некоммерческим организациям) +9 380 527,1 Финансовое обеспечение выполнения функций федеральных государственных органов, оказания услуг и выполнения работ (Капитальные вложения в объекты государственной (муниципальной) собственности) -892 551,3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+25 099,4 Прикладные научные исследования в области общегосударственных вопросов -531 662,1 Государственная программа Российской Федерации "Научно-технологическое развитие Российской Федерации" -531 662,1 Подпрограмма "Развитие национального интеллектуального капитала" -26 002,1 Основное мероприятие "Выявление талантов и их развитие в области науки и техники" -26 002,1 Стипендия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(Социальное обеспечение и иные выплаты населению) -24 000,0 Премии Правительства Российской Федерации в области науки и техники ученым и специалистам (Закупка товаров, работ и услуг для обеспечения государственных (муниципальных) нужд) -2 602,1 Премии Правительства Российской Федерации в области науки и техники ученым и специалистам (Социальное обеспечение и иные выплаты населению) +600,0 Подпрограмма "Формирование и реализация комплексных научно-технических программ по приоритетам Стратегии научно-технологического развития Российской Федерации, а также научное, технологическое и инновационное развитие по широкому спектру направлений" -505 660,0 Основное мероприятие "Обеспечение реализации комплексных программ поддержки прикладных научных исследований и технологического трансфера" -505 660,0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-505 660,0 Другие общегосударственные вопросы -352 370,0 Государственная программа Российской Федерации "Научно-технологическое развитие Российской Федерации" -352 370,0 Подпрограмма "Формирование и реализация комплексных научно-технических программ по приоритетам Стратегии научно-технологического развития Российской Федерации, а также научное, технологическое и инновационное развитие по широкому спектру направлений" -1 424,0 Основное мероприятие "Обеспечение реализации комплексных программ поддержки прикладных научных исследований и технологического трансфера" -1 424,0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-1 424,0 Подпрограмма "Инфраструктура научной, научно-технической и инновационной деятельности" -350 946,0 Основное мероприятие "Реализация государственных функций в сфере научной деятельности и высшего образования" -350 946,0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-350 946,0 Национальная экономика -196 396,8 Прикладные научные исследования в области национальной экономики -24 856,5 Государственная программа Российской Федерации "Развитие фармацевтической и медицинской промышленности" -24 856,5 Подпрограмма "Развитие производства лекарственных средств" -24 856,5 Основное мероприятие "Реализация прикладных научных исследований и экспериментальных разработок, выполняемых по государственным контрактам и договорам на проведение научно-исследовательских, опытно-конструкторских и технологических работ" -24 856,5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-24 856,5 Другие вопросы в области национальной экономики -171 540,3 Государственная программа Российской Федерации "Развитие атомного энергопромышленного комплекса" -1 266,0 Федеральная целевая программа "Обеспечение ядерной и радиационной безопасности на 2016 - 2020 годы и на период до 2030 года" -1 266,0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-1 266,0 Государственная программа Российской Федерации "Научно-технологическое развитие Российской Федерации" -170 274,3 Федеральная целевая программа "Исследования и разработки по приоритетным направлениям развития научно-технологического комплекса России на 2014 - 2020 годы" -170 274,3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-170 274,3 Жилищно-коммунальное хозяйство -43 613,8 Жилищное хозяйство -43 613,8 Государственная программа Российской Федерации "Научно-технологическое развитие Российской Федерации" -43 613,8 Подпрограмма "Развитие национального интеллектуального капитала" -43 613,8 Основное мероприятие "Создание института временных и постоянных позиций для исследователей" -43 613,8 Финансовое обеспечение выполнения функций федеральных государственных органов, оказания услуг и выполнения работ (Капитальные вложения в объекты государственной (муниципальной) собственности) -43 613,8 Образование -3 453 331,2 Среднее профессиональное образование -150,3 Государственная программа Российской Федерации "Развитие образования" -150,3 Подпрограмма "Развитие среднего профессионального и дополнительного профессионального образования" -150,3 Ведомственная целевая программа "Содействие развитию среднего профессионального образования и дополнительного профессионального образования" -150,3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(Предоставление субсидий бюджетным, автономным учреждениям и иным некоммерческим организациям) +7 400,4 Субсидии негосударственным образовательным организациям, имеющим аккредитацию, на оказание государственных услуг по реализации образовательных программ среднего профессионального образования и образовательных программ высшего образования (Предоставление субсидий бюджетным, автономным учреждениям и иным некоммерческим организациям) -150,3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-7 400,4 Профессиональная подготовка, переподготовка и повышение квалификации -58 787,2 Государственная программа Российской Федерации "Научно-технологическое развитие Российской Федерации" -58 787,2 Подпрограмма "Обеспечение глобальной конкурентоспособности российского высшего образования" -58 750,0 Федеральный проект "Кадры для цифровой экономики" -58 750,0 Реализация национальной программы "Цифровая экономика Российской Федерации" (Закупка товаров, работ и услуг для обеспечения государственных (муниципальных) нужд) -58 750,0 Подпрограмма "Инфраструктура научной, научно-технической и инновационной деятельности" -37,2 Основное мероприятие "Реализация государственных функций в сфере научной деятельности и высшего образования" -37,2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-37,2 Высшее образование -3 273 413,2 Государственная программа Российской Федерации "Социально-экономическое развитие Республики Крым и г. Севастополя" -1 555 117,1 Федеральная целевая программа "Социально-экономическое развитие Республики Крым и г. Севастополя до 2022 года" -1 555 117,1 Финансовое обеспечение выполнения функций федеральных государственных органов, оказания услуг и выполнения работ (Капитальные вложения в объекты государственной (муниципальной) собственности) -1 555 117,1 Государственная программа Российской Федерации "Научно-технологическое развитие Российской Федерации" -1 718 296,1 Подпрограмма "Обеспечение глобальной конкурентоспособности российского высшего образования" -1 718 296,1 Основное мероприятие "Развитие инфраструктуры высшего образования" -607 572,3 Финансовое обеспечение выполнения функций федеральных государственных органов, оказания услуг и выполнения работ (Капитальные вложения в объекты государственной (муниципальной) собственности) -607 572,3 Основное мероприятие "Обеспечение реализации образовательных программ и научной деятельности в системе высшего образования" +234 852,0 Субсидии юридическим лицам, не являющимся некоммерческими организациями, на государственную поддержку развития образования и науки, и имеющим аккредитацию на оказание государственных услуг по реализации образовательных программ высшего образования (Иные бюджетные ассигнования) +811,5 Субсидии негосударственным образовательным организациям, имеющим аккредитацию, на оказание государственных услуг по реализации образовательных программ среднего профессионального образования и образовательных программ высшего образования (Предоставление субсидий бюджетным, автономным учреждениям и иным некоммерческим организациям) -811,5 Субсидии на возмещение части затрат на уплату процентов по образовательным кредитам, предоставляемым студентам образовательных организаций высшего образования (Иные бюджетные ассигнования) +104 615,6 Субсидии банкам на возмещение части затрат по невозвращенным образовательным кредитам (Иные бюджетные ассигнования) +1 698,3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+128 538,1 Основное мероприятие "Стимулирование и социальная поддержка обучающихся и работников образовательных организаций высшего образования" -4 575,8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(Социальное обеспечение и иные выплаты населению) -4 575,8 Федеральный проект "Кадры для цифровой экономики" -1 341 000,0 Реализация национальной программы "Цифровая экономика Российской Федерации" (Предоставление субсидий бюджетным, автономным учреждениям и иным некоммерческим организациям) -1 341 000,0 Прикладные научные исследования в области образования -31 203,8 Государственная программа Российской Федерации "Научно-технологическое развитие Российской Федерации" -31 203,8 Подпрограмма "Развитие национального интеллектуального капитала" -31 203,8 Основное мероприятие "Привлечение отечественных и зарубежных ученых мирового класса к формированию в Российской Федерации новых научных коллективов" -31 203,8 Предоставление грантов Правительства Российской Федерации, выделяемых для государственной поддержки научных исследований, проводимых под руководством ведущих ученых в российских образовательных организациях высшего образования, научных учреждениях и государственных научных центрах Российской Федерации (Предоставление субсидий бюджетным, автономным учреждениям и иным некоммерческим организациям) -31 203,8 Другие вопросы в области образования -89 776,7 Государственная программа Российской Федерации "Развитие образования" -14 413,0 Подпрограмма "Развитие дошкольного и общего образования" -14 413,0 Ведомственная целевая программа "Развитие современных механизмов и технологий дошкольного и общего образования" -14 413,0 Премии Правительства Российской Федерации в области образования (Закупка товаров, работ и услуг для обеспечения государственных (муниципальных) нужд) -413,0 Премии Правительства Российской Федерации в области образования (Социальное обеспечение и иные выплаты населению) -14 000,0 Государственная программа Российской Федерации "Научно-технологическое развитие Российской Федерации" -75 363,7 Подпрограмма "Обеспечение глобальной конкурентоспособности российского высшего образования" -75 363,7 Основное мероприятие "Обеспечение реализации образовательных программ и научной деятельности в системе высшего образования" -75 363,7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-75 304,5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-59,2 Здравоохранение +49 827,2 Стационарная медицинская помощь -172,8 Государственная программа Российской Федерации "Развитие здравоохранения" -172,8 Подпрограмма "Совершенствование оказания медицинской помощи, включая профилактику заболеваний и формирование здорового образа жизни" -172,8 Ведомственная целевая программа "Предупреждение и борьба с социально значимыми инфекционными заболеваниями" -172,8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-172,8 Амбулаторная помощь +50 000,0 Государственная программа Российской Федерации "Развитие здравоохранения" +50 000,0 Подпрограмма "Совершенствование оказания медицинской помощи, включая профилактику заболеваний и формирование здорового образа жизни" +50 000,0 Ведомственная целевая программа "Высокотехнологичная медицинская помощь и медицинская помощь, оказываемая в рамках клинической апробации методов профилактики, диагностики, лечения и реабилитации" +50 000,0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+50 000,0 ФЕДЕРАЛЬНОЕ АГЕНТСТВО ПО РЫБОЛОВСТВУ -514 061,3 Общегосударственные вопросы +1 829,1 Международные отношения и международное сотрудничество +1 829,1 Государственная программа Российской Федерации "Развитие рыбохозяйственного комплекса" +1 829,1 Подпрограмма "Организация рыболовства" +1 829,1 Основное мероприятие "Развитие рыболовства в районах действия международных договоров Российской Федерации в области рыболовства и сохранения водных биологических ресурсов и открытой части Мирового океана" +1 829,1 Финансовое обеспечение выполнения функций федеральных государственных органов, оказания услуг и выполнения работ (Иные бюджетные ассигнования) +1 829,1 Национальная экономика -515 830,7 Сельское хозяйство и рыболовство -408 231,0 Государственная программа Российской Федерации "Развитие рыбохозяйственного комплекса" -408 231,0 Подпрограмма "Обеспечение реализации государственной программы" +291,4 Основное мероприятие "Руководство и управление в сфере установленных функций" +291,4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+289,9 Финансовое обеспечение выполнения функций федеральных государственных органов, оказания услуг и выполнения работ (Иные бюджетные ассигнования) +1,5 Подпрограмма "Повышение эффективности использования и развитие ресурсного потенциала рыбохозяйственного комплекса" -408 522,4 Основное мероприятие "Реконструкция объектов федеральной собственности портовых сооружений рыбных терминалов морских портов" -408 522,4 Финансовое обеспечение выполнения функций федеральных государственных органов, оказания услуг и выполнения работ (Капитальные вложения в объекты государственной (муниципальной) собственности) -408 522,4 Прикладные научные исследования в области национальной экономики -98 078,0 Государственная программа Российской Федерации "Развитие судостроения и техники для освоения шельфовых месторождений" -98 078,0 Подпрограмма "Развитие технологического потенциала гражданского судостроения и техники для освоения шельфовых месторождений" -98 078,0 Основное мероприятие "Разработка новых технологий и создание инновационных проектов для производства гражданской морской и речной техники" -98 078,0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-98 078,0 Другие вопросы в области национальной экономики -9 521,7 Государственная программа Российской Федерации "Развитие рыбохозяйственного комплекса" -9 521,7 Подпрограмма "Обеспечение реализации государственной программы" -9 485,7 Основное мероприятие "Руководство и управление в сфере установленных функций" -9 485,7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+6 000,0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-15 485,7 Подпрограмма "Развитие осетрового хозяйства" -36,0 Основное мероприятие "Межведомственное взаимодействие и контроль, направленные на борьбу с незаконной добычей (выловом) осетровых видов рыб" -36,0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-36,0 Образование -59,7 Профессиональная подготовка, переподготовка и повышение квалификации -59,7 Государственная программа Российской Федерации "Развитие рыбохозяйственного комплекса" -59,7 Подпрограмма "Обеспечение реализации государственной программы" -59,7 Основное мероприятие "Руководство и управление в сфере установленных функций" -59,7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-59,7 ФЕДЕРАЛЬНАЯ СЛУЖБА ПО НАДЗОРУ В СФЕРЕ ОБРАЗОВАНИЯ И НАУКИ -1 052,6 Образование -1 052,6 Другие вопросы в области образования -1 052,6 Государственная программа Российской Федерации "Развитие образования" +3 185,9 Подпрограмма "Совершенствование управления системой образования" +3 185,9 Ведомственная целевая программа "Качество образования" +3 185,9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-2 435,4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-3 259,3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+8 880,6 Государственная программа Российской Федерации "Научно-технологическое развитие Российской Федерации" -4 238,5 Подпрограмма "Обеспечение глобальной конкурентоспособности российского высшего образования" -4 238,5 Основное мероприятие "Оценка и контроль качества высшего образования" -4 238,5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-4 238,5 ФЕДЕРАЛЬНАЯ СЛУЖБА ПО ВЕТЕРИНАРНОМУ И ФИТОСАНИТАРНОМУ НАДЗОРУ +64 019,1 Национальная экономика +64 094,3 Сельское хозяйство и рыболовство +86 569,8 Государственная программа Российской Федерации "Защита населения и территорий от чрезвычайных ситуаций, обеспечение пожарной безопасности и безопасности людей на водных объектах" -70,9 Федеральная целевая программа "Национальная система химической и биологической безопасности Российской Федерации (2015 - 2020 годы)" -70,9 Финансовое обеспечение выполнения функций федеральных государственных органов, оказания услуг и выполнения работ (Капитальные вложения в объекты государственной (муниципальной) собственности) -70,9 Государственная программа развития сельского хозяйства и регулирования рынков сельскохозяйственной продукции, сырья и продовольствия +86 640,7 Подпрограмма "Обеспечение условий развития агропромышленного комплекса" +86 640,7 Ведомственная целевая программа "Организация ветеринарного и фитосанитарного надзора" +86 640,7 Финансовое обеспечение выполнения функций федеральных государственных органов, оказания услуг и выполнения работ (Капитальные вложения в объекты государственной (муниципальной) собственности) -122 460,1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+209 100,8 Прикладные научные исследования в области национальной экономики -35 284,4 Государственная программа развития сельского хозяйства и регулирования рынков сельскохозяйственной продукции, сырья и продовольствия -35 284,4 Подпрограмма "Обеспечение условий развития агропромышленного комплекса" -35 284,4 Ведомственная целевая программа "Организация ветеринарного и фитосанитарного надзора" -35 284,4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-35 284,4 Другие вопросы в области национальной экономики +12 808,9 Государственная программа развития сельского хозяйства и регулирования рынков сельскохозяйственной продукции, сырья и продовольствия +12 808,9 Подпрограмма "Обеспечение условий развития агропромышленного комплекса" +12 808,9 Ведомственная целевая программа "Организация ветеринарного и фитосанитарного надзора" +12 808,9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+12 853,2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+2 673,8 Финансовое обеспечение выполнения функций федеральных государственных органов, оказания услуг и выполнения работ (Капитальные вложения в объекты государственной (муниципальной) собственности) -2 718,1 Образование -75,2 Профессиональная подготовка, переподготовка и повышение квалификации -75,2 Государственная программа развития сельского хозяйства и регулирования рынков сельскохозяйственной продукции, сырья и продовольствия -75,2 Подпрограмма "Обеспечение условий развития агропромышленного комплекса" -75,2 Ведомственная целевая программа "Организация ветеринарного и фитосанитарного надзора" -75,2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-75,2 МИНИСТЕРСТВО СЕЛЬСКОГО ХОЗЯЙСТВА РОССИЙСКОЙ ФЕДЕРАЦИИ +4 159 051,1 Общегосударственные вопросы +5 901,8 Международные отношения и международное сотрудничество +5 901,8 Государственная программа развития сельского хозяйства и регулирования рынков сельскохозяйственной продукции, сырья и продовольствия +5 901,8 Подпрограмма "Обеспечение условий развития агропромышленного комплекса" +5 901,8 Ведомственная целевая программа "Обеспечение общих условий функционирования отраслей агропромышленного комплекса" +5 901,8 Финансовое обеспечение выполнения функций федеральных государственных органов, оказания услуг и выполнения работ (Иные бюджетные ассигнования) +5 901,8 Национальная экономика +2 441 615,2 Сельское хозяйство и рыболовство +2 439 062,0 Государственная программа развития сельского хозяйства и регулирования рынков сельскохозяйственной продукции, сырья и продовольствия +2 439 062,0 Подпрограмма "Развитие отраслей агропромышленного комплекса" +4 219 991,0 Ведомственный проект "Техническая модернизация агропромышленного комплекса" +5 382 490,6 Субсидии производителям сельскохозяйственной техники (Иные бюджетные ассигнования) +3 507 917,4 Взнос в уставный капитал акционерного общества "Росагролизинг", г. Москва (Капитальные вложения в объекты государственной (муниципальной) собственности) +1 973 573,2 Субсидии акционерному обществу "Росагролизинг", г. Москва, на возмещение недополученных доходов при уплате лизингополучателем лизинговых платежей по договорам финансовой аренды (лизинга), заключенным на льготных (специальных) условиях (Иные бюджетные ассигнования) -99 000,0 Ведомственный проект "Стимулирование инвестиционной деятельности в агропромышленном комплексе" -1 162 499,6 Иные межбюджетные трансферты на возмещение части затрат на уплату процентов по инвестиционным кредитам (займам) в агропромышленном комплексе (Межбюджетные трансферты) -3 021 499,6 Возмещение части прямых понесенных затрат на создание и (или) модернизацию объектов агропромышленного комплекса (Межбюджетные трансферты) +1 023 814,9 Взнос в уставный капитал акционерного общества "Россельхозбанк", г. Москва (Капитальные вложения в объекты государственной (муниципальной) собственности) +4 635 000,0 Возмещение недополученных российскими кредитными организациями, международными финансовыми организациями и государственной корпорацией "Банк развития и внешнеэкономической деятельности (Внешэкономбанк)" доходов по кредитам, выданным сельскохозяйственным товаропроизводителям (за исключением сельскохозяйственных кредитных потребительских кооперативов), организациям и индивидуальным предпринимателям, осуществляющим производство, первичную и (или) последующую (промышленную) переработку сельскохозяйственной продукции и ее реализацию, по льготной ставке (Иные бюджетные ассигнования) -3 799 814,9 Подпрограмма "Обеспечение условий развития агропромышленного комплекса" -1 780 929,0 Основное мероприятие "Реализация функций аппарата ответственного исполнителя государственной программы" -26,0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-26,0 Ведомственная целевая программа "Устойчивое развитие сельских территорий" -1 841,3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-1 841,3 Ведомственная целевая программа "Обеспечение общих условий функционирования отраслей агропромышленного комплекса" -1 777 371,0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-74 412,4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-2 958,6 Финансовое обеспечение выполнения функций федеральных государственных органов, оказания услуг и выполнения работ (Иные бюджетные ассигнования) -1 700 000,0 Ведомственная программа "Развитие мелиоративного комплекса России" -1 690,7 Финансовое обеспечение выполнения функций федеральных государственных органов, оказания услуг и выполнения работ (Капитальные вложения в объекты государственной (муниципальной) собственности) -1 690,7 Прикладные научные исследования в области национальной экономики -397,2 Государственная программа развития сельского хозяйства и регулирования рынков сельскохозяйственной продукции, сырья и продовольствия -397,2 Подпрограмма "Обеспечение условий развития агропромышленного комплекса" -397,2 Ведомственная целевая программа "Устойчивое развитие сельских территорий" -397,2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-397,2 Другие вопросы в области национальной экономики +2 950,4 Государственная программа развития сельского хозяйства и регулирования рынков сельскохозяйственной продукции, сырья и продовольствия +2 950,4 Подпрограмма "Обеспечение условий развития агропромышленного комплекса" +2 950,4 Основное мероприятие "Реализация функций аппарата ответственного исполнителя государственной программы" +2 950,4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+2 958,6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-8,2 Образование +45 367,1 Профессиональная подготовка, переподготовка и повышение квалификации +109,4 Государственная программа развития сельского хозяйства и регулирования рынков сельскохозяйственной продукции, сырья и продовольствия +109,4 Подпрограмма "Обеспечение условий развития агропромышленного комплекса" +109,4 Ведомственная целевая программа "Обеспечение общих условий функционирования отраслей агропромышленного комплекса" +109,4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+109,4 Высшее образование +45 257,7 Государственная программа Российской Федерации "Научно-технологическое развитие Российской Федерации" +45 257,7 Подпрограмма "Обеспечение глобальной конкурентоспособности российского высшего образования" +45 257,7 Основное мероприятие "Развитие инфраструктуры высшего образования" -126 610,0 Финансовое обеспечение выполнения функций федеральных государственных органов, оказания услуг и выполнения работ (Капитальные вложения в объекты государственной (муниципальной) собственности) -126 610,0 Основное мероприятие "Обеспечение реализации образовательных программ и научной деятельности в системе высшего образования" +172 412,7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+172 412,7 Основное мероприятие "Стимулирование и социальная поддержка обучающихся и работников образовательных организаций высшего образования" -545,0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-545,0 Социальная политика +1 666 167,0 Социальное обеспечение населения +1 277 967,0 Государственная программа развития сельского хозяйства и регулирования рынков сельскохозяйственной продукции, сырья и продовольствия +1 277 967,0 Подпрограмма "Обеспечение условий развития агропромышленного комплекса" +1 277 967,0 Ведомственная целевая программа "Устойчивое развитие сельских территорий" +1 277 967,0 Обеспечение устойчивого развития сельских территорий (Межбюджетные трансферты) +1 277 967,0 Охрана семьи и детства +388 200,0 Государственная программа Российской Федерации "Социальная поддержка граждан" +388 200,0 Подпрограмма "Обеспечение государственной поддержки семей, имеющих детей" +388 200,0 Основное мероприятие "Оказание мер социальной поддержки детям-сиротам, детям, оставшимся без попечения родителей, лицам из числа указанной категории детей, а также гражданам, желающим взять детей на воспитание в семью" +388 200,0 Финансовое обеспечение выполнения функций федеральных государственных органов, оказания услуг и выполнения работ (Социальное обеспечение и иные выплаты населению) +388 200,0 ФЕДЕРАЛЬНОЕ АГЕНТСТВО СВЯЗИ -760 375,3 Национальная экономика -760 471,3 Связь и информатика -760 471,3 Государственная программа Российской Федерации "Информационное общество" -760 471,3 Подпрограмма "Информационно-телекоммуникационная инфраструктура информационного общества и услуги, оказываемые на ее основе" -760 471,3 Основное мероприятие "Обеспечение доступности услуг электросвязи на территории Российской Федерации" -760 375,3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-760 375,3 Основное мероприятие "Управление развитием информационно-коммуникационной инфраструктуры информационного общества" -96,0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-40,0 Финансовое обеспечение выполнения функций федеральных государственных органов, оказания услуг и выполнения работ (Иные бюджетные ассигнования) -56,0 Образование +96,0 Профессиональная подготовка, переподготовка и повышение квалификации +96,0 Государственная программа Российской Федерации "Информационное общество" +96,0 Подпрограмма "Информационно-телекоммуникационная инфраструктура информационного общества и услуги, оказываемые на ее основе" +96,0 Основное мероприятие "Управление развитием информационно-коммуникационной инфраструктуры информационного общества" +96,0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+96,0 ГОСУДАРСТВЕННАЯ ФЕЛЬДЪЕГЕРСКАЯ СЛУЖБА РОССИЙСКОЙ ФЕДЕРАЦИИ +84 721,7 Национальная безопасность и правоохранительная деятельность +21 029,5 Другие вопросы в области национальной безопасности и правоохранительной деятельности +21 029,5 Государственная корреспонденция +21 090,9 Обеспечение доставки +21 090,9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+21 110,3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-19,4 Реализация функций иных федеральных органов государственной власти -61,4 Мобилизационная подготовка органов государственной власти -61,4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-61,4 Образование -3,9 Профессиональная подготовка, переподготовка и повышение квалификации -3,9 Государственная корреспонденция -3,9 Обеспечение доставки -3,9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-3,9 Социальная политика +63 696,1 Социальное обеспечение населения +63 696,1 Государственная программа Российской Федерации "Социальная поддержка граждан" -17 415,0 Подпрограмма "Обеспечение мер социальной поддержки отдельных категорий граждан" -17 415,0 Основное мероприятие "Оказание поддержки в связи с погребением умерших" -115,0 Возмещение федеральными органами исполнительной власти расходов на погребение (Социальное обеспечение и иные выплаты населению) -115,0 Основное мероприятие "Оказание мер государственной поддержки отдельным категориям государственных служащих, гражданам в связи с исполнением обязанностей военной службы по призыву, получившим увечье или иное повреждение здоровья, а также членам их семей" -17 300,0 Пособия лицам, являвшимся сотрудниками федеральной фельдъегерской связи, получившим телесные повреждения, исключающие для них возможность дальнейшего осуществления служебной деятельности, а также семьям и иждивенцам погибших (умерших) сотрудников федеральной фельдъегерской связи (Социальное обеспечение и иные выплаты населению) -17 300,0 Государственная корреспонденция +81 111,1 Обеспечение доставки +81 111,1 Финансовое обеспечение выполнения функций федеральных государственных органов, оказания услуг и выполнения работ (Социальное обеспечение и иные выплаты населению) +81 111,1 ФЕДЕРАЛЬНОЕ АГЕНТСТВО ПО ДЕЛАМ МОЛОДЕЖИ -372 373,4 Общегосударственные вопросы -372 373,4 Другие общегосударственные вопросы -372 373,4 Государственная программа Российской Федерации "Развитие образования" -372 373,4 Подпрограмма "Развитие дополнительного образования детей и реализация мероприятий молодежной политики" -372 373,4 Ведомственная целевая программа "Поддержка молодежных инициатив и патриотического воспитания" -372 373,4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-372 373,4 МИНИСТЕРСТВО ФИНАНСОВ РОССИЙСКОЙ ФЕДЕРАЦИИ +158 532 138,1 Общегосударственные вопросы -13 756 824,8 Обеспечение деятельности финансовых, налоговых и таможенных органов и органов финансового (финансово-бюджетного) надзора -24 412,2 Государственная программа Российской Федерации "Управление государственными финансами и регулирование финансовых рынков" -6 800,0 Подпрограмма "Повышение качества управления бюджетным процессом" -6 800,0 Основное мероприятие "Совершенствование информационного обеспечения бюджетных правоотношений" -6 800,0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-6 800,0 Реализация функций иных федеральных органов государственной власти -17 612,2 Мобилизационная подготовка органов государственной власти -79,5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-79,5 Иные непрограммные мероприятия -17 532,7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-1 088,7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-16 310,1 Финансовое обеспечение выполнения функций федеральных государственных органов, оказания услуг и выполнения работ (Социальное обеспечение и иные выплаты населению) -133,9 Международные отношения и международное сотрудничество -2 272 595,0 Государственная программа Российской Федерации "Управление государственными финансами и регулирование финансовых рынков" -2 860 983,5 Подпрограмма "Повышение качества управления бюджетным процессом" -229 623,2 Основное мероприятие "Оптимизация бюджетного процесса" -229 623,2 Финансовое обеспечение выполнения функций федеральных государственных органов, оказания услуг и выполнения работ (Иные бюджетные ассигнования) -229 623,2 Подпрограмма "Управление государственным долгом и государственными финансовыми активами, повышение результативности от участия в международных финансовых и экономических отношениях" -2 631 360,3 Основное мероприятие "Обеспечение интересов Российской Федерации как акционера или участника (донора) международных финансовых институтов, фондов и программ" -3 034 831,5 Финансовое обеспечение выполнения функций федеральных государственных органов, оказания услуг и выполнения работ (Иные бюджетные ассигнования) -3 034 831,5 Основное мероприятие "Формирование и проведение государственной политики в сфере содействия международному развитию" +403 471,2 Финансовое обеспечение выполнения функций федеральных государственных органов, оказания услуг и выполнения работ (Иные бюджетные ассигнования) +403 471,2 Реализация функций иных федеральных органов государственной власти +588 388,5 Иные непрограммные мероприятия +588 388,5 Финансовое обеспечение выполнения функций федеральных государственных органов, оказания услуг и выполнения работ (Иные бюджетные ассигнования) +588 388,5 Резервные фонды +13 557 245,7 Государственная программа Российской Федерации "Управление государственными финансами и регулирование финансовых рынков" +13 557 245,7 Подпрограмма "Повышение качества управления бюджетным процессом" +13 557 245,7 Основное мероприятие "Оптимизация бюджетного процесса" +13 557 245,7 Резервный фонд Правительства Российской Федерации (Иные бюджетные ассигнования) +13 557 245,7 Прикладные научные исследования в области общегосударственных вопросов +10 185,0 Реализация функций иных федеральных органов государственной власти +10 185,0 Иные непрограммные мероприятия +10 185,0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+10 185,0 Другие общегосударственные вопросы -25 027 248,3 Государственная программа Российской Федерации "Развитие федеративных отношений и создание условий для эффективного и ответственного управления региональными и муниципальными финансами" -345 851,7 Подпрограмма "Совершенствование системы распределения и перераспределения финансовых ресурсов между уровнями бюджетной системы Российской Федерации" -345 851,7 Основное мероприятие "Повышение эффективности предоставления и использования субвенций" -345 851,7 Единая субвенция бюджетам субъектов Российской Федерации и бюджету г. Байконура (Межбюджетные трансферты) -345 851,7 Государственная программа Российской Федерации "Управление государственными финансами и регулирование финансовых рынков" +1 320 200,1 Подпрограмма "Повышение качества управления бюджетным процессом" +600 000,0 Основное мероприятие "Оптимизация бюджетного процесса" +600 000,0 Финансовое обеспечение выполнения функций федеральных государственных органов, оказания услуг и выполнения работ (Иные бюджетные ассигнования) +600 000,0 Подпрограмма "Управление государственным долгом и государственными финансовыми активами, повышение результативности от участия в международных финансовых и экономических отношениях" +729 793,0 Основное мероприятие "Координация подготовки и реализации проектов, осуществляемых в Российской Федерации при участии многосторонних банков развития" +729 793,0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+729 793,0 Подпрограмма "Развитие законодательства Российской Федерации в сфере финансовых рынков, валютного регулирования и валютного контроля, отрасли драгоценных металлов и драгоценных камней" -9 592,9 Основное мероприятие "Развитие финансового рынка, регулирование деятельности финансовых институтов и субъектов финансового рынка" 0,0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-1 000,0 Финансовое обеспечение выполнения функций федеральных государственных органов, оказания услуг и выполнения работ (Социальное обеспечение и иные выплаты населению) +1 000,0 Основное мероприятие "Повышение эффективности государственного регулирования и развития отрасли драгоценных металлов и драгоценных камней" +9 382,0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+9 382,0 Основное мероприятие "Организация формирования Государственного фонда драгоценных металлов и драгоценных камней Российской Федерации" -18 974,9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-11 925,0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-6 049,9 Финансовое обеспечение выполнения функций федеральных государственных органов, оказания услуг и выполнения работ (Иные бюджетные ассигнования) -1 000,0 Реализация функций иных федеральных органов государственной власти -26 001 596,7 Иные непрограммные мероприятия -26 001 596,7 Финансовое обеспечение выполнения функций федеральных государственных органов, оказания услуг и выполнения работ (Иные бюджетные ассигнования) -26 001 596,7 Национальная экономика +163 508 347,6 Исследование и использование космического пространства +3 508 347,6 Государственная программа Российской Федерации "Космическая деятельность России" +3 508 347,6 Подпрограмма "Обеспечение реализации государственной программы Российской Федерации "Космическая деятельность России" +3 508 347,6 Основное мероприятие "Осуществление производственно-технологической деятельности в космической отрасли" +3 508 347,6 Финансовое обеспечение выполнения функций федеральных государственных органов, оказания услуг и выполнения работ (Иные бюджетные ассигнования) +3 508 347,6 Другие вопросы в области национальной экономики +160 000 000,0 Государственная программа Российской Федерации "Экономическое развитие и инновационная экономика" 0,0 Подпрограмма "Создание и развитие инновационного центра "Сколково" 0,0 Основное мероприятие "Создание и развитие инновационной экосистемы, управление инфраструктурой инновационного центра "Сколково" -200 000,0 Субсидии некоммерческой организации Фонд развития Центра разработки и коммерциализации новых технологий (Предоставление субсидий бюджетным, автономным учреждениям и иным некоммерческим организациям) +200 000,0 Субсидия некоммерческой организации Фонд развития Центра разработки и коммерциализации новых технологий на возмещение части затрат физическим лицам, осуществившим инвестиции на ранних стадиях в юридические лица, получившие статус участника проекта создания и обеспечения функционирования инновационного центра "Сколково", определяемой исходя из объема уплаченного налога на доходы физических лиц и не превышающей 50 процентов таких инвестиций (Предоставление субсидий бюджетным, автономным учреждениям и иным некоммерческим организациям) -400 000,0 Основное мероприятие "Создание и развитие Сколковского института науки и технологий" +200 000,0 Субсидии некоммерческой организации Фонд развития Центра разработки и коммерциализации новых технологий (Предоставление субсидий бюджетным, автономным учреждениям и иным некоммерческим организациям) +200 000,0 Государственная программа Российской Федерации "Управление государственными финансами и регулирование финансовых рынков" +161 000 000,0 Подпрограмма "Повышение качества управления бюджетным процессом" +161 000 000,0 Основное мероприятие "Формирование института развития проектного финансирования" +161 000 000,0 Имущественный взнос Российской Федерации в государственную корпорацию "Банк развития и внешнеэкономической деятельности (Внешэкономбанк)" на компенсацию части затрат по исполнению обязательств по внешним заимствованиям на рынках капитала и компенсацию убытков, возникающих в результате безвозмездной передачи активов в казну Российской Федерации (Иные бюджетные ассигнования) -81 136 301,0 Имущественный взнос Российской Федерации в государственную корпорацию развития "ВЭБ.РФ" на компенсацию части затрат по исполнению обязательств по внешним заимствованиям на рынках капитала, компенсацию убытков, связанных с участием и (или) прекращением участия в начатых до 1 января 2018 года проектах ВЭБ.РФ (включая формирование резервов на возможные потери по указанным проектам ВЭБ.РФ), и компенсацию убытков, возникающих в результате безвозмездной передачи активов в казну Российской Федерации (Иные бюджетные ассигнования) +242 136 301,0 Реализация функций иных федеральных органов государственной власти -1 000 000,0 Иные непрограммные мероприятия -1 000 000,0 Резервные средства на исполнение отдельных решений Правительства Российской Федерации (Иные бюджетные ассигнования) -1 000 000,0 Жилищно-коммунальное хозяйство +4 359 201,4 Другие вопросы в области жилищно-коммунального хозяйства +4 359 201,4 Государственная программа Российской Федерации "Обеспечение доступным и комфортным жильем и коммунальными услугами граждан Российской Федерации" -10 300 000,0 Подпрограмма "Создание условий для обеспечения доступным и комфортным жильем граждан России" -10 300 000,0 Ведомственная целевая программа "Оказание государственной поддержки гражданам в обеспечении жильем и оплате жилищно-коммунальных услуг" -4 000 000,0 Субсидии акционерному обществу "ДОМ.РФ", г. Москва, на возмещение недополученных доходов и затрат в связи с реализацией мер государственной поддержки семей, имеющих детей, в целях создания условий для погашения обязательств по ипотечным жилищным кредитам (займам) (Иные бюджетные ассигнования) -4 000 000,0 Федеральный проект "Финансовая поддержка семей при рождении детей" -6 300 000,0 Субсидии российским кредитным организациям и акционерному обществу "ДОМ.РФ", г. Москва, на возмещение недополученных доходов по выданным (приобретенным) жилищным (ипотечным) кредитам (займам) (Иные бюджетные ассигнования) -6 300 000,0 Реализация функций иных федеральных органов государственной власти +14 659 201,4 Иные непрограммные мероприятия +14 659 201,4 Взнос в уставный капитал акционерного общества "ДОМ.РФ", г. Москва, на цели реализации программы "Дальневосточная ипотека" (Капитальные вложения в объекты государственной (муниципальной) собственности) +14 659 201,4 Социальная политика +37 443 600,8 Пенсионное обеспечение +38 893 530,5 Развитие пенсионной системы +41 867 381,1 Пенсии военнослужащим, членам их семей и лицам, приравненным к ним по пенсионному обеспечению, а также пособия и иные выплаты в рамках пенсионного обеспечения (Иные бюджетные ассигнования) -6 400 669,8 Валоризация величины расчетного пенсионного капитала (Межбюджетные трансферты) +15 343 032,9 Возмещение расходов по выплате страховых пенсий в связи с зачетом в страховой стаж нестраховых периодов (Межбюджетные трансферты) +4 968 557,4 Межбюджетные трансферты на обязательное пенсионное страхование (Межбюджетные трансферты) +27 956 460,6 Реализация функций иных федеральных органов государственной власти -2 973 850,6 Иные непрограммные мероприятия -2 973 850,6 Финансовое обеспечение выполнения функций федеральных государственных органов, оказания услуг и выполнения работ (Иные бюджетные ассигнования) -2 973 850,6 Социальное обеспечение населения -1 449 929,7 Государственная программа Российской Федерации "Социальная поддержка граждан" +737 154,3 Подпрограмма "Обеспечение мер социальной поддержки отдельных категорий граждан" +737 154,3 Основное мероприятие "Осуществление компенсационных выплат лицам, осуществляющим уход за нетрудоспособными гражданами и детьми-инвалидами" +737 154,3 Оплата четырех дополнительных выходных дней работающим родителям (опекунам, попечителям) для ухода за детьми-инвалидами (Межбюджетные трансферты) +737 154,3 Государственная программа Российской Федерации "Обеспечение доступным и комфортным жильем и коммунальными услугами граждан Российской Федерации" +281 807,2 Подпрограмма "Создание условий для обеспечения доступным и комфортным жильем граждан России" +281 807,2 Ведомственная целевая программа "Оказание государственной поддержки гражданам в обеспечении жильем и оплате жилищно-коммунальных услуг" +281 807,2 Мероприятия по обеспечению жильем федеральных государственных гражданских служащих (Иные бюджетные ассигнования) +281 807,2 Реализация функций иных федеральных органов государственной власти -2 468 891,2 Иные непрограммные мероприятия -2 468 891,2 Финансовое обеспечение выполнения функций федеральных государственных органов, оказания услуг и выполнения работ (Иные бюджетные ассигнования) -2 468 891,2 Обслуживание государственного и муниципального долга -41 300 000,0 Обслуживание государственного внутреннего и муниципального долга -34 184 569,8 Государственная программа Российской Федерации "Управление государственными финансами и регулирование финансовых рынков" -34 184 569,8 Подпрограмма "Управление государственным долгом и государственными финансовыми активами, повышение результативности от участия в международных финансовых и экономических отношениях" -34 184 569,8 Основное мероприятие "Обеспечение интересов Российской Федерации как заемщика, кредитора и гаранта" -34 184 569,8 Финансовое обеспечение выполнения функций федеральных государственных органов, оказания услуг и выполнения работ (Обслуживание государственного (муниципального) долга) -34 184 569,8 Обслуживание государственного внешнего долга -7 115 430,2 Государственная программа Российской Федерации "Управление государственными финансами и регулирование финансовых рынков" -7 115 430,2 Подпрограмма "Управление государственным долгом и государственными финансовыми активами, повышение результативности от участия в международных финансовых и экономических отношениях" -7 115 430,2 Основное мероприятие "Обеспечение интересов Российской Федерации как заемщика, кредитора и гаранта" -7 115 430,2 Финансовое обеспечение выполнения функций федеральных государственных органов, оказания услуг и выполнения работ (Обслуживание государственного (муниципального) долга) -7 115 430,2 Межбюджетные трансферты общего характера бюджетам бюджетной системы Российской Федерации +8 277 813,1 Иные дотации +3 277 813,1 Государственная программа Российской Федерации "Космическая деятельность России" +670 759,0 Подпрограмма "Обеспечение реализации государственной программы Российской Федерации "Космическая деятельность России" +670 759,0 Основное мероприятие "Поддержание потенциала космодрома "Байконур" +670 759,0 Дотации на содержание объектов инфраструктуры города Байконура, связанных с арендой космодрома Байконур (Межбюджетные трансферты) +670 759,0 Государственная программа Российской Федерации "Развитие федеративных отношений и создание условий для эффективного и ответственного управления региональными и муниципальными финансами" +2 607 054,1 Подпрограмма "Выравнивание финансовых возможностей бюджетов субъектов Российской Федерации и местных бюджетов" +2 607 054,1 Основное мероприятие "Поддержка мер по обеспечению сбалансированности бюджетов субъектов Российской Федерации и муниципальных образований и компенсация дополнительных расходов, возникших в результате решений, принятых органами власти другого уровня" +2 652 733,3 Дотации на поддержку мер по обеспечению сбалансированности бюджетов (Межбюджетные трансферты) +10 554 056,8 Дотации на частичную компенсацию дополнительных расходов на повышение оплаты труда работников бюджетной сферы и иные цели (Межбюджетные трансферты) -1 552 799,0 Дотация в целях обеспечения сбалансированности бюджета Республики Крым (Межбюджетные трансферты) -1 061 542,5 Дотация в целях обеспечения сбалансированности бюджета города федерального значения Севастополя (Межбюджетные трансферты) -286 982,0 Дотации (гранты) бюджетам субъектов Российской Федерации за достижение показателей деятельности органов исполнительной власти субъектов Российской Федерации (Межбюджетные трансферты) -5 000 000,0 Основное мероприятие "Создание условий для устойчивого исполнения бюджетов закрытых административно-территориальных образований" -45 679,2 Дотации, связанные с особым режимом безопасного функционирования закрытых административно-территориальных образований (Межбюджетные трансферты) -45 679,2 Прочие межбюджетные трансферты общего характера +5 000 000,0 Государственная программа Российской Федерации "Развитие федеративных отношений и создание условий для эффективного и ответственного управления региональными и муниципальными финансами" +5 000 000,0 Подпрограмма "Выравнивание финансовых возможностей бюджетов субъектов Российской Федерации и местных бюджетов" +5 000 000,0 Основное мероприятие "Поддержка мер по обеспечению сбалансированности бюджетов субъектов Российской Федерации и муниципальных образований и компенсация дополнительных расходов, возникших в результате решений, принятых органами власти другого уровня" +5 000 000,0 Иные межбюджетные трансферты за достижение показателей деятельности органов исполнительной власти субъектов Российской Федерации (Межбюджетные трансферты) +5 000 000,0 ФЕДЕРАЛЬНОЕ АГЕНТСТВО ПО ДЕЛАМ СОДРУЖЕСТВА НЕЗАВИСИМЫХ ГОСУДАРСТВ, СООТЕЧЕСТВЕННИКОВ, ПРОЖИВАЮЩИХ ЗА РУБЕЖОМ, И ПО МЕЖДУНАРОДНОМУ ГУМАНИТАРНОМУ СОТРУДНИЧЕСТВУ +79 464,3 Общегосударственные вопросы +79 826,9 Международные отношения и международное сотрудничество +79 886,2 Государственная программа Российской Федерации "Внешнеполитическая деятельность" +79 886,2 Подпрограмма "Осуществление деятельности в сферах международного гуманитарного сотрудничества и содействия международному развитию" +79 886,2 Основное мероприятие "Поддержка российского культурно-гуманитарного присутствия за рубежом" +4 420,2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+4 420,2 Основное мероприятие "Обеспечение реализации подпрограммы" +75 466,0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+49 485,3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+23 568,1 Финансовое обеспечение выполнения функций федеральных государственных органов, оказания услуг и выполнения работ (Капитальные вложения в объекты государственной (муниципальной) собственности) +2 162,8 Финансовое обеспечение выполнения функций федеральных государственных органов, оказания услуг и выполнения работ (Иные бюджетные ассигнования) +249,8 Другие общегосударственные вопросы -59,3 Государственная программа Российской Федерации "Внешнеполитическая деятельность" -59,3 Подпрограмма "Осуществление деятельности в сферах международного гуманитарного сотрудничества и содействия международному развитию" -59,3 Основное мероприятие "Поддержка российского культурно-гуманитарного присутствия за рубежом" -21,3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-21,3 Основное мероприятие "Обеспечение реализации подпрограммы" -38,0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-38,0 Образование -362,6 Прикладные научные исследования в области образования -293,1 Государственная программа Российской Федерации "Развитие образования" -293,1 Подпрограмма "Совершенствование управления системой образования" -293,1 Ведомственная целевая программа "Научно-методическое, методическое и кадровое обеспечение обучения русскому языку и языкам народов Российской Федерации" -293,1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-293,1 Другие вопросы в области образования -69,5 Государственная программа Российской Федерации "Развитие образования" -69,5 Подпрограмма "Совершенствование управления системой образования" -69,5 Ведомственная целевая программа "Научно-методическое, методическое и кадровое обеспечение обучения русскому языку и языкам народов Российской Федерации" -69,5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-69,5 ФЕДЕРАЛЬНАЯ СЛУЖБА ПО НАДЗОРУ В СФЕРЕ СВЯЗИ, ИНФОРМАЦИОННЫХ ТЕХНОЛОГИЙ И МАССОВЫХ КОММУНИКАЦИЙ -82,9 Национальная экономика -81,5 Общеэкономические вопросы -81,5 Государственная программа Российской Федерации "Информационное общество" -81,5 Подпрограмма "Безопасность в информационном обществе" -81,5 Основное мероприятие "Контроль и надзор в сфере связи, информационных технологий и массовых коммуникаций" -81,5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-81,5 Образование -1,4 Профессиональная подготовка, переподготовка и повышение квалификации -1,4 Государственная программа Российской Федерации "Информационное общество" -1,4 Подпрограмма "Безопасность в информационном обществе" -1,4 Основное мероприятие "Контроль и надзор в сфере связи, информационных технологий и массовых коммуникаций" -1,4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-1,4 ФЕДЕРАЛЬНОЕ КАЗНАЧЕЙСТВО -324 175,8 Общегосударственные вопросы -324 175,8 Обеспечение деятельности финансовых, налоговых и таможенных органов и органов финансового (финансово-бюджетного) надзора -324 175,8 Государственная программа Российской Федерации "Управление государственными финансами и регулирование финансовых рынков" -324 175,8 Подпрограмма "Повышение качества управления бюджетным процессом" -324 175,8 Основное мероприятие "Повышение операционной эффективности бюджетных расходов" -103 969,1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+8 494,5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-38 547,3 Финансовое обеспечение выполнения функций федеральных государственных органов, оказания услуг и выполнения работ (Иные бюджетные ассигнования) -73 916,3 Основное мероприятие "Совершенствование информационного обеспечения бюджетных правоотношений" -220 206,7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-220 206,7 МИНИСТЕРСТВО ТРАНСПОРТА РОССИЙСКОЙ ФЕДЕРАЦИИ +10 679 169,4 Общегосударственные вопросы +65 961,3 Международные отношения и международное сотрудничество +65 961,3 Государственная программа Российской Федерации "Развитие транспортной системы" +65 961,3 Подпрограмма "Обеспечение реализации государственной программы Российской Федерации "Развитие транспортной системы" +65 961,3 Ведомственная целевая программа "Организационное, информационное и научное обеспечение реализации государственной программы Российской Федерации "Развитие транспортной системы" +65 961,3 Финансовое обеспечение выполнения функций федеральных государственных органов, оказания услуг и выполнения работ (Иные бюджетные ассигнования) +65 961,3 Национальная экономика +10 613 208,1 Транспорт +10 614 328,0 Государственная программа Российской Федерации "Развитие судостроения и техники для освоения шельфовых месторождений" +5 655 223,0 Подпрограмма "Государственная поддержка" +5 655 223,0 Основное мероприятие "Предоставление государственной поддержки российским транспортным компаниям, пароходствам, организациям рыбохозяйственного комплекса в целях приобретения гражданских судов и (или) утилизации отдельных групп судов" +5 655 223,0 Субсидия публичному акционерному обществу "Государственная транспортная лизинговая компания", г. Салехард, Ямало-Ненецкий автономный округ, в целях лизинга (аренды) гражданских судов водного транспорта (Иные бюджетные ассигнования) +5 655 223,0 Государственная программа Российской Федерации "Космическая деятельность России" -4 372,8 Федеральная целевая программа "Поддержание, развитие и использование системы ГЛОНАСС на 2012 - 2020 годы" -4 372,8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-4 372,8 Государственная программа Российской Федерации "Развитие транспортной системы" +4 963 477,8 Подпрограмма "Железнодорожный транспорт" -957,6 Федеральный проект "Железнодорожный транспорт и транзит" -957,6 Реализация комплексного плана модернизации и расширения магистральной инфраструктуры (Капитальные вложения в объекты государственной (муниципальной) собственности) -957,6 Подпрограмма "Гражданская авиация и аэронавигационное обслуживание" +4 900 000,0 Ведомственная целевая программа "Содействие повышению доступности воздушных перевозок населения, в том числе в части развития региональных и внутрирегиональных перевозок" +4 900 000,0 Субсидия публичному акционерному обществу "Государственная транспортная лизинговая компания", г. Салехард, Ямало-Ненецкий автономный округ, в целях обеспечения поддержки продаж воздушных судов отечественного производства (Иные бюджетные ассигнования) +4 900 000,0 Подпрограмма "Обеспечение реализации государственной программы Российской Федерации "Развитие транспортной системы" +64 435,4 Основное мероприятие "Управление реализацией государственной программы" -16 046,4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+1 463,8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-17 510,2 Ведомственная целевая программа "Организационное, информационное и научное обеспечение реализации государственной программы Российской Федерации "Развитие транспортной системы" +80 481,8 Субсидии автономной некоммерческой организации "Дирекция Московского транспортного узла" (Предоставление субсидий бюджетным, автономным учреждениям и иным некоммерческим организациям) -1 070,0 Субсидии автономной некоммерческой организации "Единая транспортная дирекция" (Предоставление субсидий бюджетным, автономным учреждениям и иным некоммерческим организациям) +3 301,3 Финансовое обеспечение выполнения функций федеральных государственных органов, оказания услуг и выполнения работ (Иные бюджетные ассигнования) +78 250,5 Дорожное хозяйство (дорожные фонды) 0,0 Государственная программа Российской Федерации "Развитие транспортной системы" 0,0 Подпрограмма "Дорожное хозяйство" 0,0 Ведомственная целевая программа "Доверительное управление федеральными автомобильными дорогами общего пользования Государственной компанией "Российские автомобильные дороги" +12 000 000,0 Субсидии Государственной компании "Российские автомобильные дороги" на осуществление деятельности по доверительному управлению автомобильными дорогами Государственной компании (Иные бюджетные ассигнования) +12 000 000,0 Федеральный проект "Коммуникации между центрами экономического роста" -12 000 000,0 Государственная поддержка Государственной компании "Российские автомобильные дороги" на осуществление деятельности по организации строительства и реконструкции автомобильных дорог (Иные бюджетные ассигнования) -12 000 000,0 Прикладные научные исследования в области национальной экономики -698,1 Государственная программа Российской Федерации "Космическая деятельность России" -324,4 Федеральная целевая программа "Поддержание, развитие и использование системы ГЛОНАСС на 2012 - 2020 годы" -324,4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-324,4 Государственная программа Российской Федерации "Развитие транспортной системы" -373,7 Подпрограмма "Обеспечение реализации государственной программы Российской Федерации "Развитие транспортной системы" -373,7 Ведомственная целевая программа "Организационное, информационное и научное обеспечение реализации государственной программы Российской Федерации "Развитие транспортной системы" -373,7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-373,7 Другие вопросы в области национальной экономики -421,8 Государственная программа Российской Федерации "Развитие внешнеэкономической деятельности" -421,8 Подпрограмма "Обеспечение развития системы пунктов пропуска через Государственную границу Российской Федерации для осуществления внешнеэкономической деятельности" -421,8 Основное мероприятие "Совершенствование системы пунктов пропуска, создание благоприятных условий для перемещения через государственную границу грузов и пересечения ее физическими лицами" -421,8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-421,8 ФЕДЕРАЛЬНАЯ СЛУЖБА ПО НАДЗОРУ В СФЕРЕ ТРАНСПОРТА -185 098,5 Национальная экономика -185 098,4 Транспорт -185 098,4 Государственная программа Российской Федерации "Развитие транспортной системы" -185 098,4 Подпрограмма "Надзор в сфере транспорта" -185 098,4 Основное мероприятие "Управление реализацией мероприятий в сфере контроля и надзора на транспорте" -185 098,4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+3 500,0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-187 918,4 Финансовое обеспечение выполнения функций федеральных государственных органов, оказания услуг и выполнения работ (Иные бюджетные ассигнования) -680,0 Образование -0,1 Профессиональная подготовка, переподготовка и повышение квалификации -0,1 Государственная программа Российской Федерации "Развитие транспортной системы" -0,1 Подпрограмма "Надзор в сфере транспорта" -0,1 Основное мероприятие "Управление реализацией мероприятий в сфере контроля и надзора на транспорте" -0,1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-0,1 ФЕДЕРАЛЬНОЕ АГЕНТСТВО ВОЗДУШНОГО ТРАНСПОРТА -9 726 752,6 Национальная экономика -9 794 618,7 Транспорт -9 794 618,7 Государственная программа Российской Федерации "Развитие транспортной системы" -9 794 617,8 Подпрограмма "Гражданская авиация и аэронавигационное обслуживание" -9 794 617,8 Ведомственная целевая программа "Содействие повышению доступности воздушных перевозок населения, в том числе в части развития региональных и внутрирегиональных перевозок" -2 005 679,5 Субсидии организациям воздушного транспорта в целях обеспечения доступности воздушных перевозок населению (Иные бюджетные ассигнования) -2 005 679,5 Ведомственная целевая программа "Обеспечение охвата территории Российской Федерации деятельностью специализированных поисково- и аварийно-спасательных служб на воздушном транспорте" +8 432,4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+8 555,4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-123,0 Основное мероприятие "Управление реализацией мероприятий в сфере воздушного транспорта" -1 504,9 Финансовое обеспечение выполнения функций федеральных государственных органов, оказания услуг и выполнения работ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-124,5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-1 046,6 Финансовое обеспечение выполнения функций федеральных государственных органов, оказания услуг и выполнения работ (Иные бюджетные ассигнования) -333,8 Ведомственная целевая программа "Организационное, информационное и научное обеспечение реализации подпрограммы "Гражданская авиация и аэронавигационное обслуживание" +20 192,4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+20 192,4 Федеральный проект "Развитие региональных аэропортов и маршрутов" -5 699 811,4 Реализация комплексного плана модернизации и расширения магистральной инфраструктуры (Капитальные вложения в объекты государственной (муниципальной) собственности) -5 699 811,4 Ведомственный проект "Развитие инфраструктуры воздушного транспорта" -2 116 246,8 Субсидия федеральному государственному унитарному предприятию "Администрация гражданских аэропортов (аэродромов)" на финансовое обеспечение затрат, связанных с подготовкой и реализацией мероприятий по сносу (демонтажу) зданий (сооружений), благоустройству территории и возмещению убытков собственникам зданий (сооружений), расположенных на земельных участках в Солнечногорском районе Московской области (Иные бюджетные ассигнования) -8 555,4 Финансовое обеспечение выполнения функций федеральных государственных органов, оказания услуг и выполнения работ (Капитальные вложения в объекты государственной (муниципальной) собственности) -2 107 691,4 Реализация функций иных федеральных органов государственной власти -0,9 Мобилизационная подготовка органов государственной власти -0,9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-0,9 Образование -4,2 Среднее профессиональное образование +14 600,0 Государственная программа Российской Федерации "Развитие образования" +14 600,0 Подпрограмма "Развитие среднего профессионального и дополнительного профессионального образования" +14 600,0 Ведомственная целевая программа "Содействие развитию среднего профессионального образования и дополнительного профессионального образования" +14 600,0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+14 600,0 Профессиональная подготовка, переподготовка и повышение квалификации -4,2 Государственная программа Российской Федерации "Развитие транспортной системы" -4,2 Подпрограмма "Гражданская авиация и аэронавигационное обслуживание" -4,2 Ведомственная целевая программа "Обеспечение охвата территории Российской Федерации деятельностью специализированных поисково- и аварийно-спасательных служб на воздушном транспорте" -1,0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-1,0 Основное мероприятие "Управление реализацией мероприятий в сфере воздушного транспорта" -3,2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-3,2 Высшее образование -14 600,0 Государственная программа Российской Федерации "Научно-технологическое развитие Российской Федерации" -14 600,0 Подпрограмма "Обеспечение глобальной конкурентоспособности российского высшего образования" -14 600,0 Основное мероприятие "Обеспечение реализации образовательных программ и научной деятельности в системе высшего образования" -14 600,0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-14 600,0 Здравоохранение +67 870,3 Стационарная медицинская помощь -20 629,7 Государственная программа Российской Федерации "Развитие здравоохранения" -20 629,7 Подпрограмма "Совершенствование оказания медицинской помощи, включая профилактику заболеваний и формирование здорового образа жизни" -20 629,7 Ведомственная целевая программа "Медицинское обеспечение авиационного персонала гражданской авиации и студентов (курсантов) образовательных учреждений гражданской авиации" -20 629,7 Финансовое обеспечение выполнения функций федеральных государственных органов, оказания услуг и выполнения работ (Капитальные вложения в объекты государственной (муниципальной) собственности) -20 629,7 Другие вопросы в области здравоохранения +88 500,0 Государственная программа Российской Федерации "Развитие здравоохранения" +88 500,0 Подпрограмма "Совершенствование оказания медицинской помощи, включая профилактику заболеваний и формирование здорового образа жизни" +88 500,0 Ведомственная целевая программа "Медицинское обеспечение авиационного персонала гражданской авиации и студентов (курсантов) образовательных учреждений гражданской авиации" +88 500,0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+88 500,0 ФЕДЕРАЛЬНОЕ ДОРОЖНОЕ АГЕНТСТВО -7,2 Национальная экономика -7,2 Транспорт -7,2 Реализация функций иных федеральных органов государственной власти -7,2 Мобилизационная подготовка органов государственной власти -7,2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-7,2 Дорожное хозяйство (дорожные фонды) 0,0 Государственная программа Российской Федерации "Развитие транспортной системы" +654 800,7 Подпрограмма "Дорожное хозяйство" +654 800,7 Ведомственная целевая программа "Содействие развитию автомобильных дорог регионального, межмуниципального и местного значения" +154 800,7 Иные межбюджетные трансферты на финансовое обеспечение дорожной деятельности (Межбюджетные трансферты) +154 800,7 Ведомственный проект "Развитие сети федеральных автомобильных дорог общего пользования" +500 000,0 Финансовое обеспечение выполнения функций федеральных государственных органов, оказания услуг и выполнения работ (Капитальные вложения в объекты государственной (муниципальной) собственности) +500 000,0 Государственная программа развития сельского хозяйства и регулирования рынков сельскохозяйственной продукции, сырья и продовольствия -154 800,7 Подпрограмма "Обеспечение условий развития агропромышленного комплекса" -154 800,7 Ведомственная целевая программа "Устойчивое развитие сельских территорий" -154 800,7 Обеспечение устойчивого развития сельских территорий (Межбюджетные трансферты) -154 800,7 Государственная программа Российской Федерации "Социально-экономическое развитие Республики Крым и г. Севастополя" -500 000,0 Федеральная целевая программа "Социально-экономическое развитие Республики Крым и г. Севастополя до 2022 года" -500 000,0 Финансовое обеспечение выполнения функций федеральных государственных органов, оказания услуг и выполнения работ (Капитальные вложения в объекты государственной (муниципальной) собственности) -500 000,0 ФЕДЕРАЛЬНОЕ АГЕНТСТВО ЖЕЛЕЗНОДОРОЖНОГО ТРАНСПОРТА +8 202 735,8 Национальная экономика +8 202 740,1 Транспорт +8 202 740,1 Государственная программа Российской Федерации "Развитие транспортной системы" +8 297 740,1 Подпрограмма "Железнодорожный транспорт" +8 297 740,1 Ведомственная целевая программа "Обеспечение доступности услуг железнодорожного транспорта" +71 248,8 Субсидии организациям железнодорожного транспорта на компенсацию потерь в доходах, возникающих в результате установления льгот по тарифам на перевозку обучающихся и воспитанников общеобразовательных учреждений старше 10 лет железнодорожным транспортом общего пользования в общих и плацкартных вагонах в поездах дальнего следования всех категорий (Иные бюджетные ассигнования) +524 392,4 Субсидии федеральному государственному унитарному предприятию "Крымская железная дорога" (Иные бюджетные ассигнования) +71 248,8 Субсидии организациям железнодорожного транспорта на компенсацию потерь в доходах от выравнивания тарифов при перевозке пассажиров в сообщении из (в) Калининградской области в (из) другие регионы Российской Федерации (Иные бюджетные ассигнования) +194 500,0 Субсидии организациям железнодорожного транспорта на компенсацию части потерь в доходах, возникающих в результате предоставления гражданам государственной социальной услуги в виде бесплатного проезда на железнодорожном транспорте в пригородном сообщении при условии ведения персонифицированного учета поездок (Иные бюджетные ассигнования) -718 892,4 Основное мероприятие "Управление реализацией мероприятий в сфере железнодорожного транспорта" -477,5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-477,5 Ведомственный проект "Развитие инфраструктуры железнодорожного транспорта" +8 226 968,8 Взнос в уставный капитал открытого акционерного общества "Российские железные дороги" (Капитальные вложения в объекты государственной (муниципальной) собственности) +8 226 968,8 Государственная программа развития сельского хозяйства и регулирования рынков сельскохозяйственной продукции, сырья и продовольствия -95 000,0 Подпрограмма "Обеспечение условий развития агропромышленного комплекса" -95 000,0 Ведомственная целевая программа "Обеспечение общих условий функционирования отраслей агропромышленного комплекса" -95 000,0 Субсидии открытому акционерному обществу "Российские железные дороги" на возмещение потерь в доходах, возникающих в результате установления льготных тарифов на перевозку зерна (Иные бюджетные ассигнования) -95 000,0 Образование -4,3 Профессиональная подготовка, переподготовка и повышение квалификации -4,3 Государственная программа Российской Федерации "Развитие транспортной системы" -4,3 Подпрограмма "Железнодорожный транспорт" -4,3 Основное мероприятие "Управление реализацией мероприятий в сфере железнодорожного транспорта" -4,3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-4,3 ФЕДЕРАЛЬНОЕ АГЕНТСТВО МОРСКОГО И РЕЧНОГО ТРАНСПОРТА -659 871,8 Национальная экономика -659 871,0 Транспорт -612 216,4 Государственная программа Российской Федерации "Космическая деятельность России" -11 860,6 Федеральная целевая программа "Поддержание, развитие и использование системы ГЛОНАСС на 2012 - 2020 годы" -11 860,6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-11 860,6 Государственная программа Российской Федерации "Развитие транспортной системы" -600 355,8 Подпрограмма "Морской и речной транспорт" -600 355,8 Ведомственная целевая программа "Обеспечение эксплуатации внутренних водных путей и гидротехнических сооружений" +24 316,9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+24 316,9 Ведомственная целевая программа "Организационное, информационное и научное обеспечение реализации подпрограммы "Морской и речной транспорт" -36 591,1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-24 623,2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-11 967,9 Федеральный проект "Внутренние водные пути" -149 983,9 Реализация комплексного плана модернизации и расширения магистральной инфраструктуры (Капитальные вложения в объекты государственной (муниципальной) собственности) -149 983,9 Ведомственный проект "Развитие инфраструктуры морского транспорта" -162 788,6 Финансовое обеспечение выполнения функций федеральных государственных органов, оказания услуг и выполнения работ (Капитальные вложения в объекты государственной (муниципальной) собственности) -162 788,6 Ведомственный проект "Развитие инфраструктуры внутреннего водного транспорта" -275 309,1 Финансовое обеспечение выполнения функций федеральных государственных органов, оказания услуг и выполнения работ (Капитальные вложения в объекты государственной (муниципальной) собственности) -275 309,1 Прикладные научные исследования в области национальной экономики -47 654,6 Государственная программа Российской Федерации "Развитие транспортной системы" -47 654,6 Подпрограмма "Морской и речной транспорт" -47 654,6 Ведомственная целевая программа "Организационное, информационное и научное обеспечение реализации подпрограммы "Морской и речной транспорт" -47 654,6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-47 654,6 Образование -0,8 Профессиональная подготовка, переподготовка и повышение квалификации -0,8 Государственная программа Российской Федерации "Развитие транспортной системы" -0,8 Подпрограмма "Морской и речной транспорт" -0,8 Основное мероприятие "Управление реализацией мероприятий в сфере водного транспорта" -0,8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-0,8 ФЕДЕРАЛЬНОЕ АГЕНТСТВО ПО ПЕЧАТИ И МАССОВЫМ КОММУНИКАЦИЯМ +13 185 924,9 Общегосударственные вопросы +1 291,5 Международные отношения и международное сотрудничество +1 291,5 Государственная программа Российской Федерации "Информационное общество" +1 291,5 Подпрограмма "Информационная среда" +1 291,5 Основное мероприятие "Участие России в международном информационном обмене" +1 291,5 Финансовое обеспечение выполнения функций федеральных государственных органов, оказания услуг и выполнения работ (Иные бюджетные ассигнования) +1 291,5 Средства массовой информации +13 184 633,4 Телевидение и радиовещание +12 848 965,0 Государственная программа Российской Федерации "Информационное общество" +12 848 965,0 Подпрограмма "Информационная среда" +12 848 988,2 Основное мероприятие "Поддержка создания и распространения телерадиопрограмм и электронных средств массовой информации" +11 255 278,0 Субсидии федеральному государственному унитарному предприятию "Всероссийская государственная телевизионная и радиовещательная компания" на финансовое обеспечение деятельности, а также на покрытие расходов, связанных с производством программного продукта, наполнением им телерадиоэфира и с обеспечением мероприятий по доведению его до телезрителей и радиослушателей, на обеспечение международной деятельности, на содержание зарубежных корреспондентских пунктов (Иные бюджетные ассигнования) +4 000 000,0 Субсидии организациям вещания второго мультиплекса на оплату предоставленных федеральным государственным унитарным предприятием "Российская телевизионная и радиовещательная сеть" услуг по распространению и трансляции их программ в населенных пунктах с численностью населения менее 100 тысяч человек (Предоставление субсидий бюджетным, автономным учреждениям и иным некоммерческим организациям) +1 106 887,2 Субсидии организациям вещания второго мультиплекса на оплату предоставленных федеральным государственным унитарным предприятием "Российская телевизионная и радиовещательная сеть" услуг по распространению и трансляции их программ в населенных пунктах с численностью населения менее 100 тысяч человек (Иные бюджетные ассигнования) +6 147 713,3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+677,5 Основное мероприятие "Поддержка социально значимых проектов в медиасреде" -322,4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-322,4 Основное мероприятие "Участие России в международном информационном обмене" +1 594 032,6 Субсидии автономной некоммерческой организации "ТВ-Новости" на создание средств массовой информации: телеканалов, радиоканалов, сетевых изданий и их распространение в мировом информационном пространстве, покрытие расходов, связанных с производством и распространением на российском и международном рынках продукции СМИ (программ СМИ) (Предоставление субсидий бюджетным, автономным учреждениям и иным некоммерческим организациям) +1 594 032,6 Подпрограмма "Безопасность в информационном обществе" -23,2 Основное мероприятие "Предупреждение информационно-технологических угроз национальным интересам России" -23,2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-23,2 Периодическая печать и издательства -360,0 Государственная программа Российской Федерации "Информационное общество" -360,0 Подпрограмма "Информационная среда" -360,0 Основное мероприятие "Поддержка социально значимых проектов в медиасреде" -360,0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-360,0 Другие вопросы в области средств массовой информации +336 028,4 Государственная программа Российской Федерации "Информационное общество" +336 028,4 Подпрограмма "Информационная среда" +336 383,5 Основное мероприятие "Участие России в международном информационном обмене" +337 000,0 Субсидии федеральному государственному унитарному предприятию "Международное информационное агентство "Россия сегодня" (Иные бюджетные ассигнования) +337 000,0 Основное мероприятие "Управление развитием информационной среды" -616,5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-616,5 Подпрограмма "Безопасность в информационном обществе" -355,1 Основное мероприятие "Предупреждение информационно-технологических угроз национальным интересам России" -355,1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-355,1 МИНИСТЕРСТВО ЭКОНОМИЧЕСКОГО РАЗВИТИЯ РОССИЙСКОЙ ФЕДЕРАЦИИ +1 050 246,7 Общегосударственные вопросы -110 130,2 Международные отношения и международное сотрудничество +6 749,3 Государственная программа Российской Федерации "Развитие внешнеэкономической деятельности" +6 749,3 Подпрограмма "Реализация приоритетных направлений внешнеэкономической деятельности в процессе международного экономического сотрудничества" +7 587,3 Основное мероприятие "Развитие интеграции Российской Федерации в международную экономическую систему, обеспечение участия в международных экономических организациях, форумах и соглашениях" +7 587,3 Финансовое обеспечение выполнения функций федеральных государственных органов, оказания услуг и выполнения работ (Иные бюджетные ассигнования) +7 587,3 Подпрограмма "Создание национальной системы поддержки развития внешнеэкономической деятельности" -838,0 Основное мероприятие "Развитие деятельности торговых представительств Российской Федерации в иностранных государствах по продвижению экономических интересов в глобальной экономике" -838,0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-838,0 Другие общегосударственные вопросы -116 879,5 Государственная программа Российской Федерации "Экономическое развитие и инновационная экономика" -27 118,6 Подпрограмма "Инвестиционный климат" -43,6 Основное мероприятие "Создание благоприятных условий для привлечения инвестиций в экономику Российской Федерации" -43,6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-43,6 Подпрограмма "Совершенствование системы государственного управления" -27 075,0 Основное мероприятие "Совершенствование предоставления государственных услуг и исполнения государственных функций" -27 075,0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-27 075,0 Реализация функций иных федеральных органов государственной власти -89 760,9 Иные непрограммные мероприятия -89 760,9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-89 760,9 Национальная экономика -435 167,8 Транспорт +1 123,7 Реализация функций иных федеральных органов государственной власти +1 123,7 Федеральная целевая программа "Развитие Республики Карелия на период до 2020 года" +1 123,7 Субсидии на реализацию мероприятий федеральной целевой программы "Развитие Республики Карелия на период до 2020 года" (Межбюджетные трансферты) +1 123,7 Связь и информатика -141 020,7 Государственная программа Российской Федерации "Экономическое развитие и инновационная экономика" -126 156,7 Подпрограмма "Совершенствование системы государственного стратегического управления" -126 156,7 Федеральный проект "Цифровое государственное управление" -126 156,7 Реализация национальной программы "Цифровая экономика Российской Федерации" (Закупка товаров, работ и услуг для обеспечения государственных (муниципальных) нужд) -126 156,7 Государственная программа Российской Федерации "Информационное общество" -14 864,0 Подпрограмма "Информационное государство" -14 864,0 Основное мероприятие "Информатизация в сфере оказания государственных услуг и контроля качества их предоставления, осуществления государственных функций и информационной открытости органов власти" -14 864,0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-14 864,0 Прикладные научные исследования в области национальной экономики -62 337,8 Государственная программа Российской Федерации "Экономическое развитие и инновационная экономика" -22 337,8 Подпрограмма "Совершенствование системы государственного управления" -493,5 Основное мероприятие "Совершенствование предоставления государственных услуг и исполнения государственных функций" -493,5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-493,5 Подпрограмма "Стимулирование инноваций" -21 736,5 Основное мероприятие "Проведение исследований в целях инновационного развития экономики" -21 736,5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-21 736,5 Подпрограмма "Совершенствование системы государственного стратегического управления" -107,8 Основное мероприятие "Развитие государственного стратегического планирования" -107,8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-107,8 Государственная программа Российской Федерации "Социально-экономическое развитие Арктической зоны Российской Федерации" -40 000,0 Подпрограмма "Формирование опорных зон развития и обеспечение их функционирования, создание условий для ускоренного социально-экономического развития Арктической зоны Российской Федерации" -40 000,0 Основное мероприятие "Обеспечение формирования и функционирования опорных зон развития" -40 000,0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-40 000,0 Другие вопросы в области национальной экономики -232 933,0 Государственная программа Российской Федерации "Развитие культуры и туризма" +10 000,0 Подпрограмма "Туризм" +10 000,0 Основное мероприятие "Развитие внутреннего туризма" +10 000,0 Премии Правительства Российской Федерации в области туризма (Социальное обеспечение и иные выплаты населению) +10 000,0 Государственная программа Российской Федерации "Экономическое развитие и инновационная экономика" -242 932,0 Подпрограмма "Инвестиционный климат" -117 948,0 Основное мероприятие "Государственная поддержка механизма "фабрики" проектного финансирования" -117 948,0 Имущественный взнос Российской Федерации в государственную корпорацию "Банк развития и внешнеэкономической деятельности (Внешэкономбанк)" на возмещение расходов в связи с предоставлением кредитов и займов в рамках реализации механизма "фабрики" проектного финансирования (Иные бюджетные ассигнования) -117 948,0 Подпрограмма "Совершенствование системы государственного управления" -114 430,0 Федеральный проект "Нормативное регулирование цифровой среды" -114 430,0 Государственная поддержка некоммерческой организации Фонд развития Центра разработки и коммерциализации новых технологий в целях выполнения работ по совершенствованию регулирования в сфере цифровой экономики (Предоставление субсидий бюджетным, автономным учреждениям и иным некоммерческим организациям) -114 430,0 Подпрограмма "Энергосбережение и повышение энергетической эффективности" -10 554,0 Основное мероприятие "Информационное обеспечение государственной политики в области энергосбережения и повышения энергетической эффективности" -10 554,0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-10 554,0 Государственная программа Российской Федерации "Социально-экономическое развитие Республики Крым и г. Севастополя" -1,0 Федеральная целевая программа "Социально-экономическое развитие Республики Крым и г. Севастополя до 2022 года" -1,0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-1,0 Жилищно-коммунальное хозяйство -246 993,4 Коммунальное хозяйство -246 993,4 Реализация функций иных федеральных органов государственной власти -246 993,4 Федеральная целевая программа "Развитие Республики Карелия на период до 2020 года" -246 993,4 Субсидии на реализацию мероприятий федеральной целевой программы "Развитие Республики Карелия на период до 2020 года" (Межбюджетные трансферты) -246 993,4 Образование +1 624 804,9 Дошкольное образование -16 160,8 Реализация функций иных федеральных органов государственной власти -16 160,8 Федеральная целевая программа "Развитие Республики Карелия на период до 2020 года" -16 160,8 Субсидии на реализацию мероприятий федеральной целевой программы "Развитие Республики Карелия на период до 2020 года" (Межбюджетные трансферты) -16 160,8 Высшее образование +20 965,7 Государственная программа Российской Федерации "Научно-технологическое развитие Российской Федерации" +20 965,7 Подпрограмма "Обеспечение глобальной конкурентоспособности российского высшего образования" +20 965,7 Основное мероприятие "Развитие инфраструктуры высшего образования" -52,3 Финансовое обеспечение выполнения функций федеральных государственных органов, оказания услуг и выполнения работ (Капитальные вложения в объекты государственной (муниципальной) собственности) -52,3 Основное мероприятие "Обеспечение реализации образовательных программ и научной деятельности в системе высшего образования" +21 018,0 Финансовое обеспечение выполнения функций федеральных государственных органов, оказания услуг и выполнения работ (Предоставление субсидий бюджетным, автономным учреждениям и иным некоммерческим организациям) +21 018,0 Другие вопросы в области образования +1 620 000,0 Реализация функций иных федеральных органов государственной власти +1 620 000,0 Иные непрограммные мероприятия +1 620 000,0 Субсидии Образовательному Фонду "Талант и успех", г. Сочи, Краснодарский край, на осуществление уставной деятельности (Предоставление субсидий бюджетным, автономным учреждениям и иным некоммерческим организациям) +1 620 000,0 Культура, кинематография -154 238,9 Культура -154 238,9 Реализация функций иных федеральных органов государственной власти -154 238,9 Федеральная целевая программа "Развитие Республики Карелия на период до 2020 года" -154 238,9 Субсидии на реализацию мероприятий федеральной целевой программы "Развитие Республики Карелия на период до 2020 года" (Межбюджетные трансферты) -154 238,9 Здравоохранение +536 347,8 Стационарная медицинская помощь -150 522,6 Реализация функций иных федеральных органов государственной власти -150 522,6 Федеральная целевая программа "Развитие Республики Карелия на период до 2020 года" -150 522,6 Субсидии на реализацию мероприятий федеральной целевой программы "Развитие Республики Карелия на период до 2020 года" (Межбюджетные трансферты) -150 522,6 Амбулаторная помощь +731 167,7 Реализация функций иных федеральных органов государственной власти +731 167,7 Федеральная целевая программа "Развитие Республики Карелия на период до 2020 года" +731 167,7 Субсидии на реализацию мероприятий федеральной целевой программы "Развитие Республики Карелия на период до 2020 года" (Межбюджетные трансферты) +731 167,7 Санаторно-оздоровительная помощь -44 297,3 Государственная программа Российской Федерации "Развитие здравоохранения" -44 297,3 Подпрограмма "Развитие медицинской реабилитации и санаторно-курортного лечения, в том числе детей" -44 297,3 Ведомственная целевая программа "Санаторно-курортное лечение" -44 297,3 Финансовое обеспечение выполнения функций федеральных государственных органов, оказания услуг и выполнения работ (Капитальные вложения в объекты государственной (муниципальной) собственности) -44 297,3 Социальная политика -142 200,0 Социальное обслуживание населения -142 200,0 Реализация функций иных федеральных органов государственной власти -142 200,0 Федеральная целевая программа "Развитие Республики Карелия на период до 2020 года" -142 200,0 Субсидии на реализацию мероприятий федеральной целевой программы "Развитие Республики Карелия на период до 2020 года" (Межбюджетные трансферты) -142 200,0 Физическая культура и спорт -22 175,7 Массовый спорт -22 175,7 Реализация функций иных федеральных органов государственной власти -22 175,7 Федеральная целевая программа "Развитие Республики Карелия на период до 2020 года" -22 175,7 Субсидии на реализацию мероприятий федеральной целевой программы "Развитие Республики Карелия на период до 2020 года" (Межбюджетные трансферты) -22 175,7 ФЕДЕРАЛЬНАЯ СЛУЖБА ПО НАДЗОРУ В СФЕРЕ ЗАЩИТЫ ПРАВ ПОТРЕБИТЕЛЕЙ И БЛАГОПОЛУЧИЯ ЧЕЛОВЕКА -56 331,0 Общегосударственные вопросы -153,4 Международные отношения и международное сотрудничество -153,4 Государственная программа Российской Федерации "Развитие здравоохранения" -153,4 Подпрограмма "Развитие международных отношений в сфере охраны здоровья" -153,4 Ведомственная целевая программа "Содействие международному сотрудничеству в сфере охраны здоровья" -153,4 Финансовое обеспечение выполнения функций федеральных государственных органов, оказания услуг и выполнения работ (Иные бюджетные ассигнования) -153,4 Здравоохранение -56 177,6 Санитарно-эпидемиологическое благополучие -27 347,4 Государственная программа Российской Федерации "Развитие здравоохранения" -27 347,4 Подпрограмма "Экспертиза и контрольно-надзорные функции в сфере охраны здоровья" -27 347,4 Ведомственная целевая программа "Организация государственного санитарно-эпидемиологического надзора и обеспечение санитарно-эпидемиологического благополучия населения" -27 347,4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-5 400,6 Финансовое обеспечение выполнения функций федеральных государственных органов, оказания услуг и выполнения работ (Капитальные вложения в объекты государственной (муниципальной) собственности) -21 946,8 Другие вопросы в области здравоохранения -28 830,2 Государственная программа Российской Федерации "Развитие здравоохранения" -28 830,2 Подпрограмма "Экспертиза и контрольно-надзорные функции в сфере охраны здоровья" -28 830,2 Ведомственная целевая программа "Организация государственного санитарно-эпидемиологического надзора и обеспечение санитарно-эпидемиологического благополучия населения" -28 830,2 Финансовое обеспечение выполнения функций федеральных государственных органов, оказания услуг и выполнения работ (Закупка товаров, работ и услуг для обеспечения государственных (муниципальных) нужд) -28 830,2 ФЕДЕРАЛЬНАЯ ПРОБИРНАЯ ПАЛАТА МИНИСТЕРСТВО ТРУДА И СОЦИАЛЬНОЙ ЗАЩИТЫ РОССИЙСКОЙ ФЕДЕРАЦИИ -11 255 648,8 Общегосударственные вопросы +173,9 Международные отношения и международное сотрудничество +173,9 Государственная программа Российской Федерации "Социальная поддержка граждан" +173,9 Подпрограмма "Обеспечение условий реализации государственной программы Российской Федерации "Социальная поддержка граждан" +173,9 Основное мероприятие "Развитие международного сотрудничества в сфере социальной поддержки граждан"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