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проведении эксперимента по установлению специального налогового режима "Налог на профессиональный доход" в городе федерального значения Москве, в Московской и Калужской областях, а также в Республике Татарстан (Татарстан)"</w:t>
      </w:r>
    </w:p>
    <w:p>
      <w:r>
        <w:rPr>
          <w:b/>
        </w:rPr>
        <w:t>Статья 1</w:t>
      </w:r>
    </w:p>
    <w:p>
      <w:r>
        <w:t>Внести в Федеральный закон от 27 ноября 2018 года № 422-ФЗ "О проведении эксперимента по установлению специального налогового режима "Налог на профессиональный доход" в городе федерального значения Москве, в Московской и Калужской областях, а также в Республике Татарстан (Татарстан)" (Собрание законодательства Российской Федерации, 2018, № 49, ст. 7494) следующие изменения</w:t>
      </w:r>
    </w:p>
    <w:p>
      <w:r>
        <w:t>в наименовании слова "в городе федерального значения Москве, в Московской и Калужской областях, а также в Республике Татарстан (Татарстан)" исключить</w:t>
      </w:r>
    </w:p>
    <w:p>
      <w:r>
        <w:t>часть 1 статьи 1 изложить в следующей редакции: "1. В соответствии с пунктом 8 статьи 1 Налогового кодекса Российской Федерации начать проведение эксперимента по установлению специального налогового режима "Налог на профессиональный доход" (далее - эксперимент) в следующих субъектах Российской Федерации:</w:t>
      </w:r>
    </w:p>
    <w:p>
      <w:r>
        <w:t>с 1 января 2019 года в городе федерального значения Москве, в Московской и Калужской областях, а также в Республике Татарстан (Татарстан)</w:t>
      </w:r>
    </w:p>
    <w:p>
      <w:r>
        <w:t>с 1 января 2020 года в городе федерального значения Санкт-Петербурге, в Волгоградской, Воронежской, Ленинградской, Нижегородской, Новосибирской, Омской, Ростовской, Самарской, Сахалинской, Свердловской, Тюменской, Челябинской областях, в Красноярском и Пермском краях, в Ненецком автономном округе, Ханты-Мансийском автономном округе - Югре, Ямало-Ненецком автономном округе, в Республике Башкортостан."</w:t>
      </w:r>
    </w:p>
    <w:p>
      <w:r>
        <w:t>в статье 2: а) часть 1 дополнить словами "и указанных в части 1 статьи 1 настоящего Федерального закона"; б) в части 4 слова "включенный в эксперимент," заменить словами "который включен в эксперимент, указан в части 1 статьи 1 настоящего Федерального закона и"</w:t>
      </w:r>
    </w:p>
    <w:p>
      <w:r>
        <w:t>пункт 9 части 2 статьи 6 признать утратившим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