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Республики Коми и образовании постоянных судебных присутствий в составе районного и городского судов Республики Коми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Троицко-Печорский районный суд Республики Коми, передав относящиеся к его ведению вопросы осуществления правосудия в юрисдикцию Сосногорского городского суда Республики Коми</w:t>
      </w:r>
    </w:p>
    <w:p>
      <w:r>
        <w:t>упразднить Удорский районный суд Республики Коми, передав относящиеся к его ведению вопросы осуществления правосудия в юрисдикцию Усть-Вымского районного суда Республики Коми</w:t>
      </w:r>
    </w:p>
    <w:p>
      <w:r>
        <w:t>установить, что юрисдикция Сосногорского городского суда Республики Коми распространяется на территории Сосногорского и Троицко-Печорского районов Республики Коми в границах, существующих на день вступления в силу настоящего Федерального закона</w:t>
      </w:r>
    </w:p>
    <w:p>
      <w:r>
        <w:t>установить, что юрисдикция Усть-Вымского районного суда Республики Коми распространяется на территории Усть-Вымского и Удорского районов Республики Коми в границах, существующих на день вступления в силу настоящего Федерального закона</w:t>
      </w:r>
    </w:p>
    <w:p>
      <w:r>
        <w:t>образовать в составе Сосногорского городского суда Республики Коми постоянное судебное присутствие в поселке городского типа Троицко-Печорск Троицко-Печорского района Республики Коми</w:t>
      </w:r>
    </w:p>
    <w:p>
      <w:r>
        <w:t>образовать в составе Усть-Вымского районного суда Республики Коми постоянное судебное присутствие в селе Кослан Удорского района Республики Коми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1 - 6 статьи 1 настоящего Федерального закона</w:t>
      </w:r>
    </w:p>
    <w:p>
      <w:r>
        <w:rPr>
          <w:b/>
        </w:rPr>
        <w:t xml:space="preserve">2. </w:t>
      </w:r>
      <w:r>
        <w:t>Пункты 1 - 6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