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проведении эксперимента по развитию курортной инфраструктуры в Республике Крым, Алтайском крае, Краснодарском крае и Ставропольском крае"</w:t>
      </w:r>
    </w:p>
    <w:p>
      <w:r>
        <w:rPr>
          <w:b/>
        </w:rPr>
        <w:t>Статья None. Федеральный закон   от 27.12.2019 № 508-ФЗ</w:t>
      </w:r>
    </w:p>
    <w:p>
      <w:r>
        <w:t>О внесении изменения в статью 8 Федерального закона "О проведении эксперимента по развитию курортной инфраструктуры в Республике Крым, Алтайском крае, Краснодарском крае и Ставропольском крае" РОССИЙСКАЯ ФЕДЕРАЦИЯ ФЕДЕРАЛЬНЫЙ ЗАКОН О внесении изменения в статью 8 Федерального закона "О проведении эксперимента по развитию курортной инфраструктуры в Республике Крым, Алтайском крае, Краснодарском крае и Ставропольском крае" Принят Государственной Думой 18 декабря 2019 года Одобрен Советом Федерации 23 декабря 2019 года Внести в статью 8 Федерального закона от 29 июля 2017 года № 214-ФЗ "О проведении эксперимента по развитию курортной инфраструктуры в Республике Крым, Алтайском крае, Краснодарском крае и Ставропольском крае" (Собрание законодательства Российской Федерации, 2017, № 31, ст. 4763) изменение, дополнив ее частью 6 следующего содержания: "6. При перечислении курортного сбора оператором курортного сбора в бюджет субъекта Российской Федерации комиссионное вознаграждение кредитными организациями не взимается.". Президент Российской Федерации В.Путин Москва, Кремль 27 декабря 2019 года № 508-ФЗ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