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6422) изменение, заменив слова "Республика Татарстан (Татарстан) - 188" словами "Республика Татарстан (Татарстан) - 190".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Республике Татарстан в 2019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