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вопросам совершенствования осуществления федерального государственного ветеринарного надзора</w:t>
      </w:r>
    </w:p>
    <w:p>
      <w:r>
        <w:rPr>
          <w:b/>
        </w:rPr>
        <w:t>Статья 1</w:t>
      </w:r>
    </w:p>
    <w:p>
      <w:r>
        <w:t>В части второй статьи 19 Закона Российской Федерации от 1 апреля 1993 года № 4730-I "О Государственной границе Российской Федерации" (Ведомости Съезда народных депутатов Российской Федерации и Верховного Совета Российской Федерации, 1993, № 17, ст. 594; Собрание законодательства Российской Федерации, 1994, № 16, ст. 1861; 2011, № 23, ст. 3256) слова "органами ветеринарного надзора" заменить словами "уполномоченными в области ветеринарии органами исполнительной власти".</w:t>
      </w:r>
    </w:p>
    <w:p>
      <w:r>
        <w:rPr>
          <w:b/>
        </w:rPr>
        <w:t>Статья 2</w:t>
      </w:r>
    </w:p>
    <w:p>
      <w:r>
        <w:t>Внести в Закон Российской Федерации от 14 мая 1993 года № 4979-I "О ветеринарии" (Ведомости Съезда народных депутатов Российской Федерации и Верховного Совета Российской Федерации, 1993, № 24, ст. 857; Собрание законодательства Российской Федерации, 2002, № 1, ст. 2; 2004, № 27, ст. 2711; № 35, ст. 3607; 2005, № 19, ст. 1752; 2006, № 1, ст. 10; № 52, ст. 5498; 2007, № 1, ст. 29; № 30, ст. 3805; 2009, № 1, ст. 17, 21; 2010, № 50, ст. 6614; 2011, № 1, ст. 6; № 30, ст. 4590; 2014, № 23, ст. 2930; 2015, № 29, ст. 4339, 4359, 4369; 2016, № 27, ст. 4160; 2018, № 18, ст. 2571; № 53, ст. 8450; 2019, № 31, ст. 4456) следующие изменения</w:t>
      </w:r>
    </w:p>
    <w:p>
      <w:r>
        <w:t>в абзаце шестом части второй статьи 1 слово "государственного" заменить словами "федерального государственного"</w:t>
      </w:r>
    </w:p>
    <w:p>
      <w:r>
        <w:t>абзац шестой части второй статьи 3 признать утратившим силу</w:t>
      </w:r>
    </w:p>
    <w:p>
      <w:r>
        <w:t>в статье 31: а) в пункте 3: подпункт 1 дополнить словами ", указанных в пункте 1 настоящей статьи"; подпункт 2 дополнить словами ", указанных в пункте 1 настоящей статьи"; подпункт 6 дополнить словами ", указанные в пункте 1 настоящей статьи"; подпункт 7 дополнить словами ", указанных в пункте 1 настоящей статьи"; подпункт 9 дополнить словами ", указанных в пункте 1 настоящей статьи"; подпункт 10 после слов "переданных полномочий" дополнить словами ", указанных в пункте 1 настоящей статьи,"; б) в пункте 4: в подпункте 1: абзац первый после слов "переданных полномочий" дополнить словами ", указанных в пункте 1 настоящей статьи,"; абзац третий дополнить словами ", указанные в пункте 1 настоящей статьи"; подпункт 2 после слов "переданных полномочий" дополнить словами ", указанных в пункте 1 настоящей статьи,"; в) в пункте 5: подпункт 1 дополнить словами ", указанные в пункте 1 настоящей статьи"; подпункт 2 дополнить словами ", указанные в пункте 1 настоящей статьи"; подпункт 3 дополнить словами ", указанные в пункте 1 настоящей статьи"; подпункт 4 после слов "переданных полномочий" дополнить словами ", указанных в пункте 1 настоящей статьи,"; абзац второй подпункта 5 дополнить словами ", указанных в пункте 1 настоящей статьи"; г) пункт 6 после слов "настоящим Законом," дополнить словами "за исключением полномочия по осуществлению федерального государственного ветеринарного надзора,", слова "установленном Федеральным законом" заменить словами "установленном статьей 263 Федерального закона"</w:t>
      </w:r>
    </w:p>
    <w:p>
      <w:r>
        <w:t>в статье 5: а) в пункте 21 слово "государственного" заменить словами "федерального государственного"; б) в пункте 22 слово "государственного" заменить словами "федерального государственного"</w:t>
      </w:r>
    </w:p>
    <w:p>
      <w:r>
        <w:t>в наименовании раздела III слово "ГОСУДАРСТВЕННЫЙ" заменить словами "ФЕДЕРАЛЬНЫЙ ГОСУДАРСТВЕННЫЙ"</w:t>
      </w:r>
    </w:p>
    <w:p>
      <w:r>
        <w:t>в статье 8: а) в наименовании слово "Государственный" заменить словами "Федеральный государственный"; б) в пункте 1 слово "государственным" заменить словами "федеральным государственным", слова "и органов исполнительной власти субъектов Российской Федерации" и слова "законами и иными нормативными правовыми актами субъектов Российской Федерации в области ветеринарии," исключить; в) пункт 2 изложить в следующей редакции: "2. Федеральный государственный ветеринарный надзор осуществляется уполномоченными федеральными органами исполнительной власти в соответствии с их компетенцией в порядке, установленном Правительством Российской Федерации. Полномочие по осуществлению федерального государственного ветеринарного надзора не может быть передано для осуществления органам исполнительной власти субъектов Российской Федерации в порядке, установленном статьей 268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за исключением случая, предусмотренного абзацем вторым настоящего пункта. В порядке, установленном статьей 268 Федерального закона от 6 октября 1999 года № 184-ФЗ "Об общих принципах организации законодательных (представительных) и исполнительных органов государственной власти субъектов Российской Федерации", федеральный орган исполнительной власти в области ветеринарного надзора может передавать для осуществления органам исполнительной власти субъектов Российской Федерации часть своего полномочия по осуществлению федерального государственного ветеринарного надзора в отношении граждан, осуществляющих исключительно на территории соответствующего субъекта Российской Федерации деятельность, предметом которой являются разведение, выращивание, содержание животных, перемещение (в том числе перевозка и перегон) животных по территории субъекта Российской Федерации, оборот и убой животных на территории субъекта Российской Федерации, производство, переработка, хранение, реализация на территории субъекта Российской Федерации подконтрольных товаров и их транспортировка по территории субъекта Российской Федерации."; г) в пункте 21 слово "государственного" заменить словами "федерального государственного"; д) в пункте 22 слово "государственного" заменить словами "федерального государственного"; е) в пункте 3 слова "государственного ветеринарного" заменить словами "федерального государственного ветеринарного"</w:t>
      </w:r>
    </w:p>
    <w:p>
      <w:r>
        <w:t>в статье 9: а) в наименовании слова "органов государственного ветеринарного надзора" заменить словами "органов, осуществляющих федеральный государственный ветеринарный надзор"; б) в абзаце первом части первой слова "органов государственного ветеринарного надзора" заменить словами "органов, осуществляющих федеральный государственный ветеринарный надзор"; в) часть четвертую признать утратившей силу; г) в части пятой слова "органов государственного ветеринарного надзора по осуществлению" заменить словами "органов, осуществляющих федеральный государственный ветеринарный надзор, по осуществлению федерального"; д) в части шестой слова "органов государственного ветеринарного надзора по осуществлению" заменить словами "органов, осуществляющих федеральный государственный ветеринарный надзор, по осуществлению федерального"</w:t>
      </w:r>
    </w:p>
    <w:p>
      <w:r>
        <w:t>в части второй статьи 12 слова "органов государственного ветеринарного надзора" заменить словами "органов, осуществляющих федеральный государственный ветеринарный надзор,"</w:t>
      </w:r>
    </w:p>
    <w:p>
      <w:r>
        <w:t>в части шестой статьи 13 слова "органами государственного ветеринарного надзора" заменить словами "органами, осуществляющими федеральный государственный ветеринарный надзор,"</w:t>
      </w:r>
    </w:p>
    <w:p>
      <w:r>
        <w:t>в статье 14: а) в части четвертой слово "государственного" заменить словами "федерального государственного"; б) в части шестой слово "государственного" заменить словами "федерального государственного"; в) в части седьмой слово "государственный" заменить словами "федеральный государственный"; г) в части восьмой: в абзаце первом слово "государственного" заменить словами "федерального государственного"; в абзаце третьем слово "государственного" заменить словами "федерального государственного"; в абзаце пятом слово "государственного" заменить словами "федерального государственного"; д) в части девятой слово "Государственный" заменить словами "Федеральный государственный"; е) в части десятой: в абзаце первом слово "государственного" заменить словами "федерального государственного"; в абзаце третьем слово "государственного" заменить словами "федерального государственного"; в абзаце четвертом слово "государственного" заменить словами "федерального государственного"; ж) в части двенадцатой слово "государственного" заменить словами "федерального государственного"</w:t>
      </w:r>
    </w:p>
    <w:p>
      <w:r>
        <w:t>в статье 17: а) часть вторую после слов "переданные полномочия," дополнить словами "указанные в пункте 1 статьи 31 настоящего Закона,"; б) часть третью дополнить словами ", указанные в пункте 1 статьи 31 настоящего Закона"; в) часть четвертую после слов "переданные полномочия," дополнить словами "указанные в пункте 1 статьи 31 настоящего Закона,"; г) часть пятую после слов "переданные полномочия," дополнить словами "указанные в пункте 1 статьи 31 настоящего Закона,"; д) дополнить частью десятой следующего содержания: "Главный государственный ветеринарный инспектор Российской Федерации, руководители органов исполнительной власти субъектов Российской Федерации, осуществляющих переданные полномочия, указанные в пункте 1 статьи 31 настоящего Закона, и их заместители имеют право вносить в высшие исполнительные органы государственной власти субъектов Российской Федерации представления об изъятии животных и (или) продуктов животноводства при ликвидации очагов особо опасных болезней животных."</w:t>
      </w:r>
    </w:p>
    <w:p>
      <w:r>
        <w:t>в части первой статьи 19 цифру "9" заменить цифрами "17"</w:t>
      </w:r>
    </w:p>
    <w:p>
      <w:r>
        <w:rPr>
          <w:b/>
        </w:rPr>
        <w:t>Статья 3</w:t>
      </w:r>
    </w:p>
    <w:p>
      <w:r>
        <w:t>В подпункте 7 статьи 14 Федерального закона от 27 мая 1996 года № 57-ФЗ "О государственной охране" (Собрание законодательства Российской Федерации, 1996, № 22, ст. 2594; 2003, № 27, ст. 2700; 2011, № 50, ст. 7366; 2013, № 27, ст. 3477) слово "государственный" заменить словами "федеральный государственный".</w:t>
      </w:r>
    </w:p>
    <w:p>
      <w:r>
        <w:rPr>
          <w:b/>
        </w:rPr>
        <w:t>Статья 4</w:t>
      </w:r>
    </w:p>
    <w:p>
      <w:r>
        <w:t>В статье 15 Федерального закона от 19 июля 1997 года № 109-ФЗ "О безопасном обращении с пестицидами и агрохимикатами" (Собрание законодательства Российской Федерации, 1997, № 29, ст. 3510; 2011, № 30, ст. 4590) слова "государственного ветеринарного надзора" заменить словами "федерального государственного ветеринарного надзора".</w:t>
      </w:r>
    </w:p>
    <w:p>
      <w:r>
        <w:rPr>
          <w:b/>
        </w:rPr>
        <w:t>Статья 5</w:t>
      </w:r>
    </w:p>
    <w:p>
      <w:r>
        <w:t>(Статья утратила силу - Федеральный закон от 21.12.2021 № 414-ФЗ)</w:t>
      </w:r>
    </w:p>
    <w:p>
      <w:r>
        <w:rPr>
          <w:b/>
        </w:rPr>
        <w:t>Статья 6</w:t>
      </w:r>
    </w:p>
    <w:p>
      <w:r>
        <w:t>Внести в Федеральный закон от 2 января 2000 года № 29-ФЗ "О качестве и безопасности пищевых продуктов" (Собрание законодательства Российской Федерации, 2000, № 2, ст. 150; 2003, № 27, ст. 2700; 2004, № 35, ст. 3607; 2006, № 14, ст. 1458; 2007, № 1, ст. 29; 2008, № 30, ст. 3616; 2009, № 1, ст. 17; 2011, № 1, ст. 6; № 30, ст. 4590, 4596; 2015, № 1, ст. 85; № 29, ст. 4339; 2018, № 18, ст. 2571) следующие изменения</w:t>
      </w:r>
    </w:p>
    <w:p>
      <w:r>
        <w:t>в статье 13: а) в абзаце первом пункта 1 слова "органами исполнительной власти субъектов Российской Федерации," и слова ", регионального государственного ветеринарного надзора" исключить; б) в пункте 3 слово "государственный" заменить словами "федеральный государственный"</w:t>
      </w:r>
    </w:p>
    <w:p>
      <w:r>
        <w:t>в абзаце третьем пункта 2 статьи 17 слова "государственного ветеринарного надзора," заменить словами "федерального государственного ветеринарного надзора, уполномоченными в области ветеринарии органами исполнительной власти субъектов Российской Федерации и подведомственными им организациями, входящими в систему Государственной ветеринарной службы Российской Федерации в соответствии с Законом Российской Федерации от 14 мая 1993 года № 4979-I "О ветеринарии","</w:t>
      </w:r>
    </w:p>
    <w:p>
      <w:r>
        <w:t>в абзаце третьем пункта 3 статьи 25 слова "государственного ветеринарного надзора" заменить словами "федерального государственного ветеринарного надзора, уполномоченными в области ветеринарии органами исполнительной власти субъектов Российской Федерации и подведомственными им организациями, входящими в систему Государственной ветеринарной службы Российской Федерации в соответствии с Законом Российской Федерации от 14 мая 1993 года № 4979-I "О ветеринарии"</w:t>
      </w:r>
    </w:p>
    <w:p>
      <w:r>
        <w:rPr>
          <w:b/>
        </w:rPr>
        <w:t>Статья 7</w:t>
      </w:r>
    </w:p>
    <w:p>
      <w:r>
        <w:t>В части 2 статьи 19 Федерального закона от 27 декабря 2018 года № 498-ФЗ "Об ответственном обращении с животными и о внесении изменений в отдельные законодательные акты Российской Федерации" (Собрание законодательства Российской Федерации, 2018, № 53, ст. 8424) слова "органами исполнительной власти субъектов Российской Федерации, уполномоченными на осуществление регионального государственного ветеринарного надзора, государственного надзора в области охраны и использования особо охраняемых природных территорий регионального значения" заменить словами "органами исполнительной власти субъектов Российской Федерации, уполномоченными на осуществление государственного надзора в области охраны и использования особо охраняемых природных территорий регионального значения, уполномоченными в области ветеринарии органами исполнительной власти субъектов Российской Федерации".</w:t>
      </w:r>
    </w:p>
    <w:p>
      <w:r>
        <w:rPr>
          <w:b/>
        </w:rPr>
        <w:t>Статья 8</w:t>
      </w:r>
    </w:p>
    <w:p>
      <w:r>
        <w:rPr>
          <w:b/>
        </w:rPr>
        <w:t xml:space="preserve">1. </w:t>
      </w:r>
      <w:r>
        <w:t>Настоящий Федеральный закон вступает в силу с 1 января 2020 года</w:t>
      </w:r>
    </w:p>
    <w:p>
      <w:r>
        <w:rPr>
          <w:b/>
        </w:rPr>
        <w:t xml:space="preserve">2. </w:t>
      </w:r>
      <w:r>
        <w:t>Положения абзаца второго пункта 2 статьи 8 Закона Российской Федерации от 14 мая 1993 года № 4979-I "О ветеринарии" (в редакции настоящего Федерального закона) применяются с 1 июля 2020 года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