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Подпункт 72 статьи 11 Федерального закона от 23 ноября 1995 года № 174-ФЗ "Об экологической экспертизе" (Собрание законодательства Российской Федерации, 1995, № 48, ст. 4556; 2004, № 35, ст. 3607; № 52, ст. 5276; 2006, № 50, ст. 5279; № 52, ст. 5498; 2008, № 20, ст. 2260; 2009, № 1, ст. 17; 2011, № 30, ст. 4591, 4594; 2013, № 52, ст. 6971; 2014, № 26, ст. 3387; № 30, ст. 4220, 4262; 2015, № 1, ст. 11; № 27, ст. 3994; 2016, № 1, ст. 28; 2018, № 32, ст. 5114; № 53, ст. 8422; 2019, № 31, ст. 4453; Официальный интернет-портал правовой информации (www.pravo.gov.ru), 16 декабря 2019 года, № 0001201912160076) изложить в следующей редакции: "72) проектная документация объектов капитального строительства, используемых для утилизации твердых коммунальных отходов в качестве возобновляемого источника энергии (вторичных энергетических ресурсов), проектная документация объектов капитального строительства, относящихся в соответствии с законодательством Российской Федерации в области обращения с отходами производства и потребления к объектам обезвреживания и (или) объектам размещения отходов, а также проекты рекультивации земель, которые использовались для размещения отходов производства и потребления, в том числе которые не предназначались для размещения отходов производства и потребления;".</w:t>
      </w:r>
    </w:p>
    <w:p>
      <w:r>
        <w:rPr>
          <w:b/>
        </w:rPr>
        <w:t>Статья 2</w:t>
      </w:r>
    </w:p>
    <w:p>
      <w:r>
        <w:t>Внести в Федеральный закон от 24 июня 1998 года № 89-ФЗ "Об отходах производства и потребления" (Собрание законодательства Российской Федерации, 1998, № 26, ст. 3009; 2001, № 1, ст. 21; 2004, № 35, ст. 3607; 2006, № 1, ст. 10; 2007, № 46, ст. 5554; 2009, № 1, ст. 17; 2011, № 30, ст. 4590, 4596; 2012, № 26, ст. 3446; 2014, № 30, ст. 4220, 4262; 2015, № 1, ст. 11; № 27, ст. 3994; 2016, № 1, ст. 24; № 15, ст. 2066; 2018, № 1, ст. 87; 2019, № 30, ст. 4127; Официальный интернет-портал правовой информации (www.pravo.gov.ru), 16 декабря 2019 года, № 0001201912160082) следующие изменения: 1) в статье 1: а) в абзаце восьмом слова "а также" исключить, дополнить словами ", а также использование твердых коммунальных отходов в качестве возобновляемого источника энергии (вторичных энергетических ресурсов) после извлечения из них полезных компонентов на объектах обработки, соответствующих требованиям, предусмотренным пунктом 3 статьи 10 настоящего Федерального закона (энергетическая утилизация)"; б) абзац девятый после слов "включая сжигание" дополнить словами ", за исключением сжигания, связанного с использованием твердых коммунальных отходов в качестве возобновляемого источника энергии (вторичных энергетических ресурсов),"; 2) в статье 5: а) абзац двадцать пятый изложить в следующей редакции: "установление порядка и условий предоставления из федерального бюджета средств, поступивших в счет уплаты экологического сбора, на выполнение нормативов утилизации отходов от использования товаров, обязанность по утилизации которых исполнена производителями товаров, импортерами товаров путем уплаты экологического сбора;"; б) абзац тридцать первый изложить в следующей редакции: "прием отчетности об образовании, утилизации, обезвреживании, о размещении отходов от юридических лиц и индивидуальных предпринимателей, осуществляющих хозяйственную и (или) иную деятельность на объектах III категории, подлежащих федеральному государственному экологическому надзору;"; 3) абзац девятый статьи 6 изложить в следующей редакции: "осуществление приема отчетности об образовании, утилизации, обезвреживании, о размещении отходов от юридических лиц и индивидуальных предпринимателей, осуществляющих хозяйственную и (или) иную деятельность на объектах III категории, подлежащих региональному государственному экологическому надзору;"; 4) в пункте 5 статьи 18 слова "в уведомительном порядке отчетность об образовании, использовании, обезвреживании, о размещении отходов" заменить словами "отчетность об образовании, утилизации, обезвреживании, о размещении отходов в составе отчета об организации и о результатах осуществления производственного экологического контроля в порядке и сроки, которые определены законодательством в области охраны окружающей среды"; 5) пункт 18 статьи 242 изложить в следующей редакции: "18. Учет и контроль выполнения установленных нормативов утилизации в отношении отходов от использования товаров, произведенных на территории Российской Федерации или ввезенных в Российскую Федерацию, в том числе проверка достоверности представленной производителями товаров, импортерами товаров отчетности о выполнении нормативов утилизации, включая акты утилизации отходов от использования товаров, осуществляются уполномоченным Правительством Российской Федерации федеральным органом исполнительной власти в порядке, установленном пунктом 16 настоящей статьи."; 6) в статье 245: а) пункт 10 признать утратившим силу; б) пункты 11 и 12 изложить в следующей редакции: "11. Средства в объеме поступившего в федеральный бюджет экологического сбора предоставляются для выполнения нормативов утилизации отходов от использования товаров, обязанность по утилизации которых исполнена производителями товаров, импортерами товаров путем уплаты экологического сбора. Расходование средств поступившего в федеральный бюджет экологического сбора осуществляется в порядке, установленном бюджетным законодательством Российской Федерации.</w:t>
      </w:r>
    </w:p>
    <w:p>
      <w:r>
        <w:rPr>
          <w:b/>
        </w:rPr>
        <w:t xml:space="preserve">12. </w:t>
      </w:r>
      <w:r>
        <w:t>Порядок и условия предоставления средств на цели, предусмотренные пунктом 11 настоящей статьи, устанавливаются Правительством Российской Федерации.";</w:t>
      </w:r>
    </w:p>
    <w:p>
      <w:r>
        <w:rPr>
          <w:b/>
        </w:rPr>
        <w:t xml:space="preserve">12. </w:t>
      </w:r>
      <w:r>
        <w:t>в статье 248:</w:t>
      </w:r>
    </w:p>
    <w:p>
      <w:r>
        <w:rPr>
          <w:b/>
        </w:rPr>
        <w:t xml:space="preserve">12. </w:t>
      </w:r>
      <w:r>
        <w:t>пункт 1 дополнить абзацем следующего содержания: "энергетическая утилизация."</w:t>
      </w:r>
    </w:p>
    <w:p>
      <w:r>
        <w:rPr>
          <w:b/>
        </w:rPr>
        <w:t xml:space="preserve">12. </w:t>
      </w:r>
      <w:r>
        <w:t>в пункте 4: дополнить новым абзацем шестым следующего содержания: "тариф на энергетическую утилизацию."; абзац шестой считать абзацем седьмым и дополнить его словами ", за исключением затрат на энергетическую утилизацию"</w:t>
      </w:r>
    </w:p>
    <w:p>
      <w:r>
        <w:rPr>
          <w:b/>
        </w:rPr>
        <w:t>Статья 3</w:t>
      </w:r>
    </w:p>
    <w:p>
      <w:r>
        <w:t>Внести в Федеральный закон от 10 января 2002 года № 7-ФЗ "Об охране окружающей среды" (Собрание законодательства Российской Федерации, 2002, № 2, ст. 133; 2014, № 30, ст. 4220; 2015, № 1, ст. 11; 2016, № 1, ст. 24; 2017, № 31, ст. 4774; 2019, № 30, ст. 4097) следующие изменения: 1) в статье 162: а) пункт 1 после слов "на окружающую среду" дополнить словами "по итогам отчетного периода"; б) пункт 4 после слов "выбросы и сбросы (включая аварийные)," дополнить словами "технологические нормативы,"; в) дополнить пунктом 7 следующего содержания: "7. Величина платежной базы для расчета размера квартальных авансовых платежей определяется в соответствии со статьей 164 настоящего Федерального закона."; 2) в статье 163: а) пункт 1 после слов "на окружающую среду" дополнить словами "по итогам отчетного периода"; б) в пункте 5: в абзаце третьем слово "использованных" заменить словом "утилизированных", слово "использования" заменить словом "утилизации"; в абзаце пятом слова "об образовании, использовании, обезвреживании и о размещении отходов" заменить словами "об образовании, утилизации, обезвреживании, о размещении отходов"; абзац шестой дополнить словами ", а также за объем или массу выбросов загрязняющих веществ, сбросов загрязняющих веществ, превышающих установленные для объектов III категории нормативы допустимых выбросов, нормативы допустимых сбросов"; в абзаце седьмом слова "об образовании, использовании, обезвреживании и о размещении отходов" заменить словами "об образовании, утилизации, обезвреживании, о размещении отходов"; 3) статью 164 изложить в следующей редакции: "Статья 164. Порядок и сроки внесения платы за негативное воздействие на окружающую среду 1. Плата за выбросы загрязняющих веществ, сбросы загрязняющих веществ вносится лицами, обязанными вносить плату, в соответствии с бюджетным законодательством Российской Федерации по месту нахождения стационарного источника. Плата за размещение отходов производства и потребления вносится лицами, обязанными вносить плату, по месту нахождения объекта размещения отходов производства и потребления.</w:t>
      </w:r>
    </w:p>
    <w:p>
      <w:r>
        <w:rPr>
          <w:b/>
        </w:rPr>
        <w:t xml:space="preserve">2. </w:t>
      </w:r>
      <w:r>
        <w:t>Отчетным периодом в отношении внесения платы за негативное воздействие на окружающую среду признается календарный год</w:t>
      </w:r>
    </w:p>
    <w:p>
      <w:r>
        <w:rPr>
          <w:b/>
        </w:rPr>
        <w:t xml:space="preserve">3. </w:t>
      </w:r>
      <w:r>
        <w:t>Плата за негативное воздействие на окружающую среду, исчисленная по итогам отчетного периода в порядке, установленном статьей 163 настоящего Федерального закона, с учетом корректировки ее размера вносится не позднее 1-го марта года, следующего за отчетным периодом</w:t>
      </w:r>
    </w:p>
    <w:p>
      <w:r>
        <w:rPr>
          <w:b/>
        </w:rPr>
        <w:t xml:space="preserve">4. </w:t>
      </w:r>
      <w:r>
        <w:t>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Лица, обязанные вносить плату, вправе выбрать один из следующих способов определения размера квартального авансового платежа для каждого вида негативного воздействия на окружающую среду, за которое взимается плата</w:t>
      </w:r>
    </w:p>
    <w:p>
      <w:r>
        <w:rPr>
          <w:b/>
        </w:rPr>
        <w:t xml:space="preserve">5. </w:t>
      </w:r>
      <w:r>
        <w:t>Квартальные авансовые платежи не вносятся в текущем отчетном периоде лицами, обязанными вносить плату, в случае начала осуществления хозяйственной и (или) иной деятельности указанными лицами в течение данного отчетного периода</w:t>
      </w:r>
    </w:p>
    <w:p>
      <w:r>
        <w:rPr>
          <w:b/>
        </w:rPr>
        <w:t xml:space="preserve">6. </w:t>
      </w:r>
      <w:r>
        <w:t>Выбранный способ определения размера квартального авансового платежа на год, следующий за отчетным периодом, по каждому виду негативного воздействия на окружающую среду указывается лицами, обязанными вносить плату, в составе декларации о плате за негативное воздействие на окружающую среду за отчетный период. Правила исчисления квартальных авансовых платежей определяются в соответствии с правилами исчисления и взимания платы за негативное воздействие на окружающую среду, установленными пунктом 13 статьи 163 настоящего Федерального закона</w:t>
      </w:r>
    </w:p>
    <w:p>
      <w:r>
        <w:rPr>
          <w:b/>
        </w:rPr>
        <w:t xml:space="preserve">7. </w:t>
      </w:r>
      <w:r>
        <w:t>Несвоевременное или неполное внесение платы за негативное воздействие на окружающую среду лицами, обязанными вносить плату, в том числе квартальных авансовых платежей, влечет за собой уплату пеней в размере одной трехсотой ключевой ставки Банка России, действующей на день уплаты пеней, но не более чем в размере двух десятых процента за каждый день просрочки. Пени начисляются за каждый календарный день просрочки исполнения обязанности по внесению платы за негативное воздействие на окружающую среду, в том числе квартальных авансовых платежей, начиная со следующего дня после дня окончания соответствующего срока, определенного пунктами 3 и 4 настоящей статьи</w:t>
      </w:r>
    </w:p>
    <w:p>
      <w:r>
        <w:rPr>
          <w:b/>
        </w:rPr>
        <w:t xml:space="preserve">8. </w:t>
      </w:r>
      <w:r>
        <w:t>Не позднее 10-го марта года, следующего за отчетным периодом, лица, обязанные вносить плату, представляют в уполномоченный Правительством Российской Федерации федеральный орган исполнительной власти по месту нахождения объекта, оказывающего негативное воздействие на окружающую среду, декларацию о плате за негативное воздействие на окружающую среду</w:t>
      </w:r>
    </w:p>
    <w:p>
      <w:r>
        <w:rPr>
          <w:b/>
        </w:rPr>
        <w:t xml:space="preserve">9. </w:t>
      </w:r>
      <w:r>
        <w:t>Порядок представления декларации о плате за негативное воздействие на окружающую среду и ее форма устанавливаются уполномоченным Правительством Российской Федерации федеральным органом исполнительной власти.";</w:t>
      </w:r>
    </w:p>
    <w:p>
      <w:r>
        <w:rPr>
          <w:b/>
        </w:rPr>
        <w:t xml:space="preserve">4. </w:t>
      </w:r>
      <w:r>
        <w:t>в размере одной четвертой части суммы платы за негативное воздействие на окружающую среду, подлежащей уплате (с учетом корректировки размера платы, осуществляемой в соответствии с пунктами 10 - 121 статьи 163 настоящего Федерального закона) за предыдущий год</w:t>
      </w:r>
    </w:p>
    <w:p>
      <w:r>
        <w:rPr>
          <w:b/>
        </w:rPr>
        <w:t xml:space="preserve">4. </w:t>
      </w:r>
      <w:r>
        <w:t>в размере одной четвертой части суммы платы за негативное воздействие на окружающую среду, при исчислении которой платежная база определяется исходя из объема или массы выбросов загрязняющих веществ, сбросов загрязняющих веществ в пределах нормативов допустимых выбросов, нормативов допустимых сбросов, временно разрешенных выбросов, временно разрешенных сбросов, лимитов на размещение отходов производства и потребления</w:t>
      </w:r>
    </w:p>
    <w:p>
      <w:r>
        <w:rPr>
          <w:b/>
        </w:rPr>
        <w:t xml:space="preserve">4. </w:t>
      </w:r>
      <w:r>
        <w:t>в размере, определенном путем умножения платежной базы, которая определена на основе данных производственного экологического контроля об объеме или о массе выбросов загрязняющих веществ, сбросов загрязняющих веществ либо об объеме или о массе размещенных отходов производства и потребления в предыдущем квартале текущего отчетного периода, на соответствующие ставки платы за негативное воздействие на окружающую среду с применением коэффициентов, установленных статьей 163 настоящего Федерального закона</w:t>
      </w:r>
    </w:p>
    <w:p>
      <w:r>
        <w:rPr>
          <w:b/>
        </w:rPr>
        <w:t xml:space="preserve">9. </w:t>
      </w:r>
      <w:r>
        <w:t>в пункте 2 статьи 165 слова "будущего отчетного периода" заменить словами "будущих отчетных периодов"</w:t>
      </w:r>
    </w:p>
    <w:p>
      <w:r>
        <w:rPr>
          <w:b/>
        </w:rPr>
        <w:t xml:space="preserve">9. </w:t>
      </w:r>
      <w:r>
        <w:t>абзац девятый пункта 3 статьи 311 изложить в следующей редакции: "нормативы допустимых выбросов, нормативы допустимых сбросов высокотоксичных веществ, веществ, обладающих канцерогенными, мутагенными свойствами (веществ I, II класса опасности), при наличии таких веществ в выбросах, сбросах загрязняющих веществ, соответствующие санитарно-эпидемиологическим требованиям и иным требованиям, установленным законодательством Российской Федерации, а также расчеты таких нормативов;"</w:t>
      </w:r>
    </w:p>
    <w:p>
      <w:r>
        <w:rPr>
          <w:b/>
        </w:rPr>
        <w:t>Статья 4</w:t>
      </w:r>
    </w:p>
    <w:p>
      <w:r>
        <w:t>Настоящий Федеральный закон вступает в силу с 1 января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