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центральном депозитарии"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