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полиции"</w:t>
      </w:r>
    </w:p>
    <w:p>
      <w:r>
        <w:rPr>
          <w:b/>
        </w:rPr>
        <w:t>Статья None. Федеральный закон   от 06.02.2020 № 12-ФЗ</w:t>
      </w:r>
    </w:p>
    <w:p>
      <w:r>
        <w:t>О внесении изменений в Федеральный закон "О полиции" РОССИЙСКАЯ ФЕДЕРАЦИЯ ФЕДЕРАЛЬНЫЙ ЗАКОН О внесении изменений в Федеральный закон "О полиции" Принят Государственной Думой 23 января 2020 года Одобрен Советом Федерации 30 января 2020 года Внести в Федеральный закон от 7 февраля 2011 года № 3-ФЗ "О полиции" (Собрание законодательства Российской Федерации, 2011, № 7, ст. 900; № 27, ст. 3880, 3881; № 49, ст. 7020, 7067; 2013, № 14, ст. 1645; № 27, ст. 3477; 2014, № 6, ст. 558, 559, 566; 2015, № 10, ст. 1393; № 29, ст. 4374; 2016, № 27, ст. 4160, 4238; 2017, № 22, ст. 3071; № 31, ст. 4821; № 50, ст. 7562; 2018, № 31, ст. 4857; № 32, ст. 5076; 2019, № 23, ст. 2905; № 40, ст. 5488; № 52, ст. 7805) следующие изменения</w:t>
      </w:r>
    </w:p>
    <w:p>
      <w:r>
        <w:t>пункт 3 части 1 статьи 12 дополнить словами ", и сообщать близкому родственнику (родственнику) или близкому лицу пострадавшего сведения об оказании первой помощи или о направлении в медицинскую организацию при наличии сведений об этом в возможно короткий срок, но не позднее 24 часов с момента оказания первой помощи или направления в медицинскую организацию"</w:t>
      </w:r>
    </w:p>
    <w:p>
      <w:r>
        <w:t>в статье 14: а) в части 3 слова "близких родственников или близких лиц" заменить словами "близкого родственника (родственника) или близкого лица"; б) часть 7 изложить в следующей редакции: "7. Задержанное лицо в кратчайший срок, но не позднее трех часов с момента задержания, если иное не установлено уголовно-процессуальным законодательством Российской Федерации или настоящей статьей, имеет право на один телефонный разговор в присутствии сотрудника полиции в целях уведомления близкого родственника (родственника) или близкого лица о своем задержании и месте нахождения. Такое уведомление по просьбе задержанного лица может сделать сотрудник полиции."; в) в части 14 слова "близких родственников или близких лиц" заменить словами "близкого родственника (родственника) или близкого лица"</w:t>
      </w:r>
    </w:p>
    <w:p>
      <w:r>
        <w:t>статью 15 дополнить частью 6 1 следующего содержания: "6 1 . О каждом случае проникновения сотрудника полиции в нежилое помещение или на земельный участок при обстоятельствах, указанных в части 4 настоящей статьи, в возможно короткий срок, но не позднее 24 часов с момента проникновения информируется в порядке, установленном федеральным органом исполнительной власти в сфере внутренних дел, собственник нежилого помещения или земельного участка либо его законный представитель, если такое проникновение было осуществлено в его отсутствие."</w:t>
      </w:r>
    </w:p>
    <w:p>
      <w:r>
        <w:t>в части 5 статьи 19 слова "близких родственников или близких лиц" заменить словами "близкого родственника (родственника) или близкого лица". Президент Российской Федерации В.Путин Москва, Кремль 6 февраля 2020 года № 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