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21 Федерального закона "О мобилизационной подготовке и мобилизации в Российской Федерации"</w:t>
      </w:r>
    </w:p>
    <w:p>
      <w:r>
        <w:rPr>
          <w:b/>
        </w:rPr>
        <w:t>Статья None. Федеральный закон   от 06.02.2020 № 14-ФЗ</w:t>
      </w:r>
    </w:p>
    <w:p>
      <w:r>
        <w:t>О внесении изменений в статьи 10 и 21 Федерального закона "О мобилизационной подготовке и мобилизации в Российской Федерации" РОССИЙСКАЯ ФЕДЕРАЦИЯ ФЕДЕРАЛЬНЫЙ ЗАКОН О внесении изменений в статьи 10 и 21 Федерального закона "О мобилизационной подготовке и мобилизации в Российской Федерации" Принят Государственной Думой 23 января 2020 года Одобрен Советом Федерации 30 января 2020 года Внести в Федеральный закон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2004, № 35, ст. 3607; 2010, № 11, ст. 1176) следующие изменения</w:t>
      </w:r>
    </w:p>
    <w:p>
      <w:r>
        <w:t>в пункте 1 статьи 10: а) подпункт 1 после слов "военных комиссариатов" дополнить словами ", федеральных органов исполнительной власти, имеющих запас,"; б) подпункт 2 дополнить словами ", федеральных органов исполнительной власти, имеющих запас"</w:t>
      </w:r>
    </w:p>
    <w:p>
      <w:r>
        <w:t>в статье 21: а) пункт 1 дополнить словами ", федеральных органов исполнительной власти, имеющих запас"; б) пункт 2 дополнить словами ", федеральных органов исполнительной власти, имеющих запас". Президент Российской Федерации В.Путин Москва, Кремль 6 февраля 2020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