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конкуренции"</w:t>
      </w:r>
    </w:p>
    <w:p>
      <w:r>
        <w:rPr>
          <w:b/>
        </w:rPr>
        <w:t>Статья None. Федеральный закон   от 01.03.2020 № 33-ФЗ</w:t>
      </w:r>
    </w:p>
    <w:p>
      <w:r>
        <w:t>О внесении изменений в Федеральный закон "О защите конкуренции" РОССИЙСКАЯ ФЕДЕРАЦИЯ ФЕДЕРАЛЬНЫЙ ЗАКОН О внесении изменений в Федеральный закон "О защите конкуренции" Принят Государственной Думой 20 февраля 2020 года Одобрен Советом Федерации 26 февраля 2020 года Внести в Федеральный закон от 26 июля 2006 года № 135-ФЗ "О защите конкуренции" (Собрание законодательства Российской Федерации, 2006, № 31, ст. 3434; 2009, № 29, ст. 3601; 2011, № 48, ст. 6728; № 50, ст. 7343; 2013, № 30, ст. 4084; № 51, ст. 6695; 2015, № 41, ст. 5629; 2016, № 27, ст. 4197) следующие изменения: 1) статью 4 дополнить пунктом 24 следующего содержания: "24) система внутреннего обеспечения соответствия требованиям антимонопольного законодательства - совокупность правовых и организационных мер, предусмотренных внутренним актом (внутренними актами) хозяйствующего субъекта либо другого лица из числа лиц, входящих в одну группу лиц с этим хозяйствующим субъектом, если такой внутренний акт (внутренние акты) распространяется на этого хозяйствующего субъекта, и направленных на соблюдение им требований антимонопольного законодательства и предупреждение его нарушения."; 2) главу 1 дополнить статьей 9 1 следующего содержания: "Статья 9 1 . Система внутреннего обеспечения соответствия требованиям антимонопольного законодательства 1.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законодательства.</w:t>
      </w:r>
    </w:p>
    <w:p>
      <w:r>
        <w:rPr>
          <w:b/>
        </w:rPr>
        <w:t xml:space="preserve">2. </w:t>
      </w:r>
      <w:r>
        <w:t>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(внутренние акты) и (или) применяет иные внутренние акты, в том числе другого лица из числа лиц, входящих в одну группу лиц с этим хозяйствующим субъектом, если такие внутренние акты распространяются на этого хозяйствующего субъекта. Указанные внутренние акты в совокупности должны содержать</w:t>
      </w:r>
    </w:p>
    <w:p>
      <w:r>
        <w:rPr>
          <w:b/>
        </w:rPr>
        <w:t xml:space="preserve">3. </w:t>
      </w:r>
      <w:r>
        <w:t>При принятии внутреннего акта (внутренних актов), указанного в части 2 настоящей статьи,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</w:t>
      </w:r>
    </w:p>
    <w:p>
      <w:r>
        <w:rPr>
          <w:b/>
        </w:rPr>
        <w:t xml:space="preserve">4. </w:t>
      </w:r>
      <w:r>
        <w:t>Информация о принятии (применении) внутреннего акта (внутренних актов), указанного в части 2 настоящей статьи, размещается хозяйствующим субъектом на своем сайте в информационно-телекоммуникационной сети "Интернет". Данная информация размещается на русском языке</w:t>
      </w:r>
    </w:p>
    <w:p>
      <w:r>
        <w:rPr>
          <w:b/>
        </w:rPr>
        <w:t xml:space="preserve">5. </w:t>
      </w:r>
      <w:r>
        <w:t>Хозяйствующий субъект вправе направить в федеральный антимонопольный орган внутренний акт (внутренние акты), указанный в части 2 настоящей статьи, или проект внутреннего акта (проекты внутренних актов) для установления их соответствия требованиям антимонопольного законодательства</w:t>
      </w:r>
    </w:p>
    <w:p>
      <w:r>
        <w:rPr>
          <w:b/>
        </w:rPr>
        <w:t xml:space="preserve">6. </w:t>
      </w:r>
      <w:r>
        <w:t>Федеральный антимонопольный орган в течение тридцати дней рассматривает направленный внутренний акт (внутренние акты), указанный в части 2 настоящей статьи, или проект внутреннего акта (проекты внутренних актов) и дает заключение об их соответствии или несоответствии требованиям антимонопольного законодательства.". Президент Российской Федерации В.Путин Москва, Кремль 1 марта 2020 года № 33-ФЗ</w:t>
      </w:r>
    </w:p>
    <w:p>
      <w:r>
        <w:rPr>
          <w:b/>
        </w:rPr>
        <w:t xml:space="preserve">2. </w:t>
      </w:r>
      <w:r>
        <w:t>требования к порядку проведения оценки рисков нарушения антимонопольного законодательства, связанных с осуществлением хозяйствующим субъектом своей деятельности</w:t>
      </w:r>
    </w:p>
    <w:p>
      <w:r>
        <w:rPr>
          <w:b/>
        </w:rPr>
        <w:t xml:space="preserve">2. </w:t>
      </w:r>
      <w:r>
        <w:t>меры, направленные на снижение хозяйствующим субъектом рисков нарушения антимонопольного законодательства, связанных с осуществлением своей деятельности</w:t>
      </w:r>
    </w:p>
    <w:p>
      <w:r>
        <w:rPr>
          <w:b/>
        </w:rPr>
        <w:t xml:space="preserve">2. </w:t>
      </w:r>
      <w:r>
        <w:t>меры,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</w:t>
      </w:r>
    </w:p>
    <w:p>
      <w:r>
        <w:rPr>
          <w:b/>
        </w:rPr>
        <w:t xml:space="preserve">2. </w:t>
      </w:r>
      <w:r>
        <w:t>порядок ознакомления работников хозяйствующего субъекта с внутренним актом (внутренними актами)</w:t>
      </w:r>
    </w:p>
    <w:p>
      <w:r>
        <w:rPr>
          <w:b/>
        </w:rPr>
        <w:t xml:space="preserve">2. </w:t>
      </w:r>
      <w:r>
        <w:t>информацию о должностном лице, ответственном за функционирование системы внутреннего обеспечения соответствия требованиям антимонопольного законодательства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