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26.10 и 28.1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