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бюджете Пенсионного фонда Российской Федерации на 2020 год и на плановый период 2021 и 2022 годов"</w:t>
      </w:r>
    </w:p>
    <w:p>
      <w:r>
        <w:rPr>
          <w:b/>
        </w:rPr>
        <w:t>Статья 1</w:t>
      </w:r>
    </w:p>
    <w:p>
      <w:r>
        <w:t>Внести в Федеральный закон от 2 декабря 2019 года № 383-ФЗ "О бюджете Пенсионного фонда Российской Федерации на 2020 год и на плановый период 2021 и 2022 годов" (Собрание законодательства Российской Федерации, 2019, № 49, ст. 6942) следующие изменения</w:t>
      </w:r>
    </w:p>
    <w:p>
      <w:r>
        <w:t>в статье 1: а) в части 1: в пункте 1 слова "в сумме 8 923 850 948,8 тыс. рублей, из них 8 876 862 715,7 тыс. рублей" заменить словами "в сумме 8 937 318 038,3 тыс. рублей, из них 8 890 329 805,2 тыс. рублей", слова "в сумме 3 238 897 507,3 тыс. рублей" заменить словами "в сумме 3 217 445 794,3 тыс. рублей", слова "в сумме 4 456 023,1 тыс. рублей" заменить словами "в сумме 4 456 015,4 тыс. рублей"; в пункте 2 слова "в сумме 9 042 264 593,7 тыс. рублей, из них 8 999 840 828,0 тыс. рублей" заменить словами "в сумме 9 146 494 250,2 тыс. рублей, из них 9 104 070 484,5 тыс. рублей"; в пункте 3 слова "в сумме 118 413 644,9 тыс. рублей" заменить словами "в сумме 209 176 211,9 тыс. рублей", слова "в сумме 122 978 112,3 тыс. рублей" заменить словами "в сумме 213 740 679,3 тыс. рублей"; б) в части 2: в пункте 1 слова "в сумме 9 296 536 849,9 тыс. рублей, из них 9 247 608 654,0 тыс. рублей" заменить словами "в сумме 9 474 023 147,7 тыс. рублей, из них 9 425 094 951,8 тыс. рублей", слова "в сумме 3 216 012 805,7 тыс. рублей" заменить словами "в сумме 3 351 315 690,0 тыс. рублей", слова "в сумме 5 592 026,7 тыс. рублей" заменить словами "в сумме 5 592 017,2 тыс. рублей", слова "в сумме 9 720 806 437,6 тыс. рублей, из них 9 646 503 588,3 тыс. рублей" заменить словами "в сумме 9 953 085 765,1 тыс. рублей, из них 9 878 782 915,8 тыс. рублей", слова "в сумме 3 191 038 720,5 тыс. рублей" заменить словами "в сумме 3 381 546 568,2 тыс. рублей", слова "в сумме 6 427 514,3 тыс. рублей" заменить словами "в сумме 6 427 505,8 тыс. рублей"; в пункте 2 слова "в сумме 9 325 024 887,7 тыс. рублей, из них 9 276 418 088,1 тыс. рублей" заменить словами "в сумме 9 501 233 002,2 тыс. рублей, из них 9 452 626 202,6 тыс. рублей", слова "в сумме 9 702 287 585,3 тыс. рублей, из них 9 646 503 588,3 тыс. рублей" заменить словами "в сумме 9 965 919 341,3 тыс. рублей, из них 9 910 135 344,3 тыс. рублей"; пункт 3 изложить в следующей редакции: "3) объем дефицита бюджета Фонда на 2021 год в сумме 27 209 854,5 тыс. рублей, в том числе объем дефицита бюджета Фонда в части, не связанной с формированием средств для финансирования накопительной пенсии, в сумме 27 531 250,8 тыс. рублей и объем профицита бюджета Фонда в части, связанной с формированием средств для финансирования накопительной пенсии, в сумме 321 396,3 тыс. рублей, и объем дефицита бюджета Фонда на 2022 год в сумме 12 833 576,2 тыс. рублей, в том числе объем дефицита бюджета Фонда в части, не связанной с формированием средств для финансирования накопительной пенсии, в сумме 31 352 428,5 тыс. рублей и объем профицита бюджета Фонда в части, связанной с формированием средств для финансирования накопительной пенсии, в сумме 18 518 852,3 тыс. рублей."</w:t>
      </w:r>
    </w:p>
    <w:p>
      <w:r>
        <w:t>в части 2 статьи 4 слова "в сумме 8 884 171 779,1 тыс. рублей" заменить словами "в сумме 8 988 338 835,6 тыс. рублей", слова "в сумме 9 157 000 590,3 тыс. рублей" заменить словами "в сумме 9 333 143 504,8 тыс. рублей", слова "в сумме 9 535 402 611,5 тыс. рублей" заменить словами "в сумме 9 798 969 167,5 тыс. рублей"</w:t>
      </w:r>
    </w:p>
    <w:p>
      <w:r>
        <w:t>приложения 3 - 5 изложить в следующей редакции: "Приложение 3к Федеральному закону "О бюджете Пенсионного фондаРоссийской Федерации на 2020 год и на плановый период 2021 и 2022 годов"(в редакции Федерального закона"О внесении изменений в Федеральный закон"О бюджете Пенсионного фондаРоссийской Федерации на 2020 год и на плановый период 2021 и 2022 годов") Источникивнутреннего финансирования дефицита бюджета Пенсионного фонда Российской Федерации на 2020 год и на плановый период 2021 и 2022 годов Сумма (тыс. рублей) Наименование 2020 год Плановый период 2021 год 2022 год Источники внутреннего финансирования дефицита бюджета Пенсионного фонда Российской Федерации 209 176 211,9 27 209 854,5 12 833 576,2 Изменение остатков средств на счетах по учету средств бюджета Пенсионного фонда Российской Федерации в течение соответствующего финансового года Иные источники внутреннего финансирования дефицита бюджета Пенсионного фонда Российской Федерации Приложение 4 к Федеральному закону"О бюджете Пенсионного фондаРоссийской Федерации на 2020 год и на плановый период 2021 и 2022 годов"(в редакции Федерального закона"О внесении изменений в Федеральный закон "О бюджете Пенсионного фонда Российской Федерации на 2020 год и на плановый период 2021 и 2022 годов") Распределениебюджетных ассигнований бюджета Пенсионного фонда Российской Федерации на 2020 год по разделам, подразделам, целевым статьям и группам видов расходов классификации расходов бюджетов (тыс. рублей) Наименование Рз ПР ЦСР ВР Сумма Пенсионный фонд Российской Федерации Общегосударственные вопросы Международные отношения и международное сотрудничество Непрограммные направления деятельности органов управления государственных внебюджетных фондов Российской Федерации Международное сотрудничество Обеспечение реализации международных обязательств Российской Федерации(Иные бюджетные ассигнования) Другие общегосударственные вопросы Непрограммные направления деятельности органов управления государственных внебюджетных фондов Российской Федерации Обеспечение выполнения функций аппаратами государственных внебюджетных фондов Российской Федерации Расходы на обеспечение деятельности (оказание услуг) государственных учреждений(Расходы на выплаты персоналу в целях обеспечения выполнения функций государственными (муниципальными) органами, казенными учреждениями,органами управления государственными внебюджетными фондами) Расходы на обеспечение деятельности (оказание услуг) государственных учреждений(Закупка товаров, работ и услуг для обеспечения государственных (муниципальных) нужд) 01 13 Расходы на обеспечение деятельности (оказание услуг) государственных учреждений (Социальное обеспечение и иные выплаты населению) Расходы на обеспечение деятельности (оказание услуг) государственных учреждений(Иные бюджетные ассигнования) Строительство объектов социального и производственного комплексов, в том числе объектов общегражданского назначения, жилья, инфраструктуры Создание объектов социального и производственного комплексов, в том числе объектов общегражданского назначения, жилья, инфраструктуры, и иных объектов(Капитальные вложения в объекты государственной (муниципальной) собственности) Образование Профессиональная подготовка, переподготовка и повышение квалификации Непрограммные направления деятельности органов управления государственных внебюджетных фондов Российской Федерации Обеспечение выполнения функций аппаратами государственных внебюджетных фондов Российской Федерации Расходы на обеспечение деятельности (оказание услуг) государственных учреждений(Закупка товаров, работ и услуг для обеспечения государственных (муниципальных) нужд) Социальная политика Пенсионное обеспечение Государственная программа Российской Федерации "Социальная поддержка граждан" Подпрограмма "Обеспечение мер социальной поддержки отдельных категорий граждан" Основное мероприятие "Оказание мер социальной поддержки ветеранам Великой Отечественной войны и боевых действий"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годов(Закупка товаров, работи услуг для обеспечения государственных (муниципальных) нужд)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 (Социальное обеспечение и иные выплаты населению) Основное мероприятие "Оказание мер государственной поддержки инвалидам" Дополнительное ежемесячное материальное обеспечение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травмы"(Закупка товаров, работ и услуг для обеспечения государственных (муниципальных) нужд) Дополнительное ежемесячное материальное обеспечение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травмы"(Социальное обеспечение и иные выплаты населению) Основное мероприятие "Предоставление социальных доплат к пенсии" Выплата федеральной социальной доплаты к пенсии(Закупка товаров, работ и услуг для обеспечения государственных (муниципальных) нужд) Выплата федеральной социальной доплаты к пенсии(Социальное обеспечение и иные выплаты населению) Основное мероприятие "Выплата дополнительного материального обеспечения гражданам за выдающиеся достижения и особые заслуги перед Российской Федерацией" Выплата дополнительного материального обеспечения, доплат к пенсиям, пособий и компенсаций(Закупка товаров, работ и услуг для обеспечения государственных (муниципальных) нужд) Выплата дополнительного материального обеспечения, доплат к пенсиям, пособий и компенсаций(Социальное обеспечение и иные выплаты населению) Непрограммные направления деятельности органов управления государственных внебюджетных фондов Российской Федерации Социальные выплаты Материальное обеспечение специалистов ядерного оружейного комплекса Российской Федерации(Закупка товаров, работ и услуг для обеспечения государственных (муниципальных) нужд) Материальное обеспечение специалистов ядерного оружейного комплекса Российской Федерации(Социальное обеспечение и иные выплаты населению) Выплата страховой пенсии(Закупка товаров, работ и услуг для обеспечения государственных (муниципальных) нужд) Выплата страховой пенсии(Социальное обеспечение и иные выплаты населению) Выплата накопительной пенсии(Закупка товаров, работ и услуг для обеспечения государственных (муниципальных) нужд) Выплата накопительной пенсии(Социальное обеспечение и иные выплаты населению) Выплата пенсий по государственному пенсионному обеспечению(Закупка товаров, работ и услуг для обеспечения государственных (муниципальных) нужд) Выплата пенсий по государственному пенсионному обеспечению(Социальное обеспечение и иные выплаты населению) 10 01 73 7 00 30600 300 493 843 425,6 Выплата доплат к пенсиям(Закупка товаров, работ и услуг для обеспечения государственных (муниципальных) нужд) Выплата доплат к пенсиям(Социальное обеспечение и иные выплаты населению) Доплата к пенсии членам летных экипажей воздушных судов гражданской авиации(Закупка товаров, работ и услуг для обеспечения государственных (муниципальных) нужд) Доплата к пенсии членам летных экипажей воздушных судов гражданской авиации(Социальное обеспечение и иные выплаты населению) Единовременная выплата средств пенсионных накоплений(Закупка товаров, работ и услуг для обеспечения государственных (муниципальных) нужд) Единовременная выплата средств пенсионных накоплений(Социальное обеспечение и иные выплаты населению) Срочная пенсионная выплата(Закупка товаров, работ и услуг для обеспечения государственных (муниципальных) нужд) Срочная пенсионная выплата(Социальное обеспечение и иные выплаты населению) Выплата пенсий, назначенных досрочно гражданам, признанным безработными(Закупка товаров, работ и услуг для обеспечения государственных (муниципальных) нужд) Выплата пенсий, назначенных досрочно гражданам, признанным безработными (Социальное обеспечение и иные выплаты населению) Доплаты к пенсии работникам организаций угольной промышленности(Закупка товаров, работ и услуг для обеспечения государственных (муниципальных) нужд) 10 01 73 7 00 30660 200 10 856,5 Доплаты к пенсии работникам организаций угольной промышленности(Социальное обеспечение и иные выплаты населению) Выплата пенсии некоторым категориям граждан Российской Федерации(Социальное обеспечение и иные выплаты населению) Осуществление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Севастополя(Закупка товаров, работ и услуг для обеспечения государственных (муниципальных) нужд) Осуществление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Севастополя(Социальное обеспечение и иные выплаты населению) 10 01 73 7 00 31160 300 124,5 Осуществление пенсионного обеспечения граждан Российской Федерации, постоянно проживающих в Республике Абхазия(Социальное обеспечение и иные выплаты населению) Единовременная выплата пенсионерам(Закупка товаров, работ и услуг для обеспечения государственных (муниципальных) нужд) Единовременная выплата пенсионерам(Социальное обеспечение и иные выплаты населению) Осуществление пенсионного обеспечения граждан Российской Федерации, постоянно проживающих в Республике Южная Осетия(Социальное обеспечение и иные выплаты населению) Выплаты правопреемникам умерших застрахованных лиц (Социальное обеспечение и иные выплаты населению) Выплата пенсий, назначенных Эстонской Республикой(Социальное обеспечение и иные выплаты населению) Выплата пенсий и иных социальных выплат, назначенных Латвийской Республикой(Социальное обеспечение и иные выплаты населению) Выплата пенсий и иных социальных выплат, назначенных Республикой Беларусь(Социальное обеспечение и иные выплаты населению) Выплата пенсий и иных социальных выплат, назначенных Республикой Болгария (Социальное обеспечение и иные выплаты населению) Выплата пенсий, назначенных Литовской Республикой(Социальное обеспечение и иные выплаты населению) Выплата пенсий и иных социальных выплат, назначенных Государством Израиль(Социальное обеспечение и иные выплаты населению) Социальное обеспечение населения Государственная программа Российской Федерации "Социальная поддержка граждан" Подпрограмма "Обеспечение мер социальной поддержки отдельных категорий граждан" Основное мероприятие "Оказание мер государственной поддержки гражданам, подвергшимся воздействию радиации вследствие радиационных аварий и ядерных испытаний" 10 03 03 1 01 00000 17 184 547,9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1244-I"О социальной защите граждан, подвергшихся воздействию радиации вследствие катастрофы на Чернобыльской АЭС"(Закупка товаров, работ и услуг для обеспечения государственных (муниципальных) нужд)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1244-I"О социальной защите граждан, подвергшихся воздействию радиации вследствие катастрофы на Чернобыльской АЭС"(Социальное обеспечение и иные выплаты населению)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полигоне"(Закупка товаров, работ и услуг для обеспечения государственных (муниципальных) нужд)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(Социальное обеспечение и иные выплаты населению)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авариив 1957 году на производственном объединении "Маяк" и сбросов радиоактивных отходов в реку Теча"(Закупка товаров, работ и услуг для обеспечения государственных (муниципальных) нужд)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авариив 1957 году на производственном объединении "Маяк" и сбросов радиоактивных отходов в реку Теча"(Социальное обеспечение и иные выплаты населению) Основное мероприятие "Предоставление мер государственной поддержки Героям Советского Союза, Героям Российской Федерации и полным кавалерам ордена Славы" Осуществление ежемесячной денежной выплаты Героям Советского Союза,Героям Российской Федерации и полным кавалерам ордена Славы(Закупка товаров, работ и услуг для обеспечения государственных (муниципальных) нужд) 10 03 03 1 02 30720 200 1 490,8 Осуществление ежемесячной денежной выплаты Героям Советского Союза, Героям Российской Федерации и полным кавалерам ордена Славы (Социальное обеспечение и иные выплаты населению) Социальная поддержка Героев Советского Союза, Героев Российской Федерации и полных кавалеров ордена Славы(Межбюджетные трансферты) Основное мероприятие "Предоставление мер государственной поддержки Героям Социалистического Труда, Героям Труда Российской Федерации и полным кавалерам ордена Трудовой Славы"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Славы(Закупка товаров, работ и услуг для обеспечения государственных (муниципальных) нужд)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Славы(Социальное обеспечение и иные выплаты населению) Социальная поддержка Героев Социалистического Труда, Героев Труда Российской Федерации и полных кавалеров ордена Трудовой Славы(Межбюджетные трансферты) Основное мероприятие "Оказание мер социальной поддержки ветеранам Великой Отечественной войны и боевых действий" 10 03 03 1 04 00000 85 024 904,5 Осуществление ежемесячной денежной выплаты ветеранам(Закупка товаров, работ и услуг для обеспечения государственных (муниципальных) нужд) Осуществление ежемесячной денежной выплаты ветеранам(Социальное обеспечение и иные выплаты населению) Единовременная выплата отдельным категориям граждан в связи с празднованием 65-летия Победы в Великой Отечественной войне (Закупка товаров, работ и услуг для обеспечения государственных (муниципальных) нужд) Единовременная выплата отдельным категориям граждан в связи с празднованием 65-летия Победы в Великой Отечественной войне(Социальное обеспечение и иные выплаты населению) Единовременная выплата некоторым категориям граждан Российской Федерации в связис 67-летием Победыв Великой Отечественной войне 1941 - 1945 годов(Закупка товаров, работи услуг для обеспечения государственных (муниципальных) нужд) Единовременная выплата некоторым категориям граждан Российской Федерации в связис 67-летием Победы в Великой Отечественной войне 1941 - 1945 годов(Социальное обеспечение и иные выплаты населению) Единовременная выплата некоторым категориям граждан Российской Федерации в связис 70-летием Победы в Великой Отечественной войне 1941 - 1945 годов(Закупка товаров, работ и услуг для обеспечения государственных (муниципальных) нужд) Единовременная выплата некоторым категориям граждан Российской Федерации в связис 70-летием Победы в Великой Отечественной войне 1941 - 1945 годов(Социальное обеспечение и иные выплаты населению) 10 03 03 1 04 31170 300 41,0 Единовременная выплата некоторым категориям граждан Российской Федерации в связис 73-й годовщиной Победы в Великой Отечественной войне 1941 - 1945 годов(Закупка товаров, работ и услуг для обеспечения государственных (муниципальных) нужд) Единовременная выплата некоторым категориям граждан Российской Федерации в связис 73-й годовщиной Победы в Великой Отечественной войне 1941 - 1945 годов(Социальное обеспечение и иные выплаты населению) Ежегодная денежная выплата некоторым категориям граждан Российской Федерации к Дню Победы в Великой Отечественной войне1941 - 1945 годов(Закупка товаров, работ и услуг для обеспечения государственных (муниципальных) нужд) 10 03 03 1 04 31240 200 66 772,0 Ежегодная денежная выплата некоторым категориям граждан Российской Федерации к Дню Победы в Великой Отечественной войне1941 - 1945 годов(Социальное обеспечение и иные выплаты населению) Основное мероприятие "Оказание мер государственной поддержки инвалидам" Осуществление ежемесячной денежной выплаты инвалидам(Закупка товаров, работ и услуг для обеспечения государственных (муниципальных) нужд) Осуществление ежемесячной денежной выплаты инвалидам(Социальное обеспечение и иные выплаты населению) Основное мероприятие "Оказание поддержки в связи с погребением умерших"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(Закупка товаров, работ и услуг для обеспечения государственных (муниципальных) нужд)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обеспечению(Социальное обеспечение и иные выплаты населению) Выплата социального пособия на погребение и оказание услуг по погребению согласно гарантированному перечню этих услуг за умерших, получавших страховую или накопительную пенсию(Закупка товаров, работ и услуг для обеспечения государственных (муниципальных) нужд) 10 03 03 1 14 30750 200 110 067,4 Выплата социального пособия на погребение и оказание услуг по погребению согласно гарантированному перечню этих услуг за умерших, получавших страховую или накопительную пенсию(Социальное обеспечение и иные выплаты населению)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услуг(Закупка товаров, работ и услуг для обеспечения государственных (муниципальных) нужд)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(Социальное обеспечение и иные выплаты населению) Основное мероприятие "Осуществление компенсационных выплат лицам, осуществляющим уход за нетрудоспособными гражданами и детьми-инвалидами" Компенсационные выплаты лицам, осуществляющим уход за нетрудоспособными гражданами(Закупка товаров, работ и услуг для обеспечения государственных (муниципальных) нужд) Компенсационные выплаты лицам, осуществляющим уход за нетрудоспособными гражданами(Социальное обеспечение и иные выплаты населению) Ежемесячные выплаты лицам, осуществляющим уход за детьми-инвалидами и инвалидами с детства I группы (Закупка товаров, работ и услуг для обеспечения государственных (муниципальных) нужд) Ежемесячные выплаты лицам, осуществляющим уход за детьми-инвалидами и инвалидами с детства I группы(Социальное обеспечение и иные выплаты населению) Подпрограмма "Старшее поколение" Основное мероприятие "Оказание мер социальной поддержки пенсионерам в районах Крайнего Севера и приравненных к ним местностях" Компенсация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(Социальное обеспечение и иные выплаты населению) Оплата стоимости проезда пенсионерам к месту отдыха и обратно один раз в два года(Закупка товаров, работ и услуг для обеспечения государственных (муниципальных) нужд) Оплата стоимости проезда пенсионерам к месту отдыха и обратно один раз в два года(Социальное обеспечение и иные выплаты населению) Охрана семьи и детства Государственная программа Российской Федерации "Социальная поддержка граждан" Подпрограмма "Обеспечение государственной поддержки семей, имеющих детей" Федеральный проект "Финансовая поддержка семей при рождении детей" Предоставление материнского (семейного) капитала(Социальное обеспечение и иные выплаты населению) Основное мероприятие "Предоставление материнского (семейного) капитала" Направление средств материнского (семейного) капитала, ранее направленных на формирование накопительной пенсии, по другим направлениям использования средств материнского (семейного) капитала(Социальное обеспечение и иные выплаты населению) Непрограммные направления деятельности органов управления государственных внебюджетных фондов Российской Федерации Обеспечение выполнения функций аппаратами государственных внебюджетных фондов Российской Федерации Расходы на обеспечение деятельности (оказание услуг) государственных учреждений(Расходы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Прикладные научные исследования в области социальной политики Непрограммные направления деятельности органов управления государственных внебюджетных фондов Российской Федерации Обеспечение выполнения функций аппаратами государственных внебюджетных фондов Российской Федерации Расходы на обеспечение деятельности (оказание услуг) государственных учреждений(Закупка товаров, работ и услуг для обеспечения государственных (муниципальных) нужд) 10 05 73 2 00 90059 200 45 190,0 Другие вопросы в области социальной политики Непрограммные направления деятельности органов управления государственных внебюджетных фондов Российской Федерации Реализация государственных функций в области социальной политики Гарантийные взносы в фонд гарантирования пенсионных накоплений, уплачиваемые Пенсионным фондом Российской Федерации(Иные бюджетные ассигнования) Передача средств пенсионных накоплений в негосударственные пенсионные фонды(Иные бюджетные ассигнования) Расходы на обеспечение деятельности (оказание услуг) государственных учреждений(Закупка товаров, работ и услуг для обеспечения государственных (муниципальных) нужд) 10 06 73 1 00 90059 200 1 230 624,6 Приложение 5к Федеральному закону"О бюджете Пенсионного фондаРоссийской Федерации на 2020 год и на плановый период 2021 и 2022 годов" (в редакции Федерального закона "О внесении изменений в Федеральный закон "О бюджете Пенсионного фондаРоссийской Федерации на 2020 год и на плановый период 2021 и 2022 годов") Распределение бюджетных ассигнований бюджета Пенсионного фонда Российской Федерации на плановый период 2021 и 2022 годов по разделам, подразделам, целевым статьям и группам видов расходов классификации расходов бюджетов Сумма (тыс. рублей) Наименование Рз ПР ЦСР ВР Плановый период 2021 год 2022 год Пенсионный фонд Российской Федерации Общегосударственные вопросы Международныеотношения и международное сотрудничество Непрограммные направления деятельности органов управления государственных внебюджетных фондов Российской Федерации Международное сотрудничество Обеспечение реализации международных обязательств Российской Федерации(Иные бюджетные ассигнования) Другие общегосударственные вопросы Непрограммные направления деятельности органов управления государственных внебюджетных фондов Российской Федерации Обеспечение выполнения функций аппаратами государственных внебюджетных фондов Российской Федерации Расходы на обеспечение деятельности (оказание услуг) государственных учреждений(Расходы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01 13 73 2 00 90059 100 93 596 257,0 97 340 107,3 Расходы на обеспечение деятельности (оказание услуг) государственных учреждений(Закупка товаров, работ и услуг для обеспечения государственных (муниципальных) нужд) Расходы на обеспечение деятельности (оказание услуг) государственных учреждений(Социальное обеспечение и иные выплаты населению) Расходы на обеспечение деятельности (оказание услуг) государственных учреждений (Иные бюджетные ассигнования) Строительство объектов социального и производственного комплексов, в том числе объектов общегражданского назначения, жилья, инфраструктуры Создание объектов социального и производственного комплексов, в том числе объектов общегражданского назначения, жилья, инфраструктуры, и иных объектов(Капитальные вложения в объекты государственной (муниципальной) собственности) Образование Профессиональная подготовка, переподготовка и повышение квалификации Непрограммные направления деятельности органов управления государственных внебюджетных фондов Российской Федерации Обеспечение выполнения функций аппаратами государственных внебюджетных фондов Российской Федерации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Социальная политика Пенсионное обеспечение Государственная программа Российской Федерации "Социальная поддержка граждан" Подпрограмма "Обеспечение мер социальной поддержки отдельных категорий граждан" Основное мероприятие "Оказание мер социальной поддержки ветеранам Великой Отечественной войны и боевых действий"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годов(Закупка товаров, работ и услуг для обеспечения государственных (муниципальных) нужд) 10 01 03 1 04 30350 200 17 694,0 15 325,6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годов(Социальное обеспечение и иные выплаты населению) Основное мероприятие "Оказание мер государственной поддержки инвалидам" Дополнительное ежемесячное материальное обеспечение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травмы"(Закупка товаров, работ и услуг для обеспечения государственных (муниципальных) нужд) Дополнительное ежемесячное материальное обеспечение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травмы"(Социальное обеспечение и иные выплаты населению) Основное мероприятие "Предоставление социальных доплат к пенсии" Выплата федеральной социальной доплаты к пенсии (Закупка товаров, работ и услуг для обеспечения государственных (муниципальных) нужд) Выплата федеральной социальной доплаты к пенсии(Социальное обеспечение и иные выплаты населению) Основное мероприятие "Выплата дополнительного материального обеспечения гражданам за выдающиеся достижения и особые заслуги перед Российской Федерацией" Выплата дополнительного материального обеспечения, доплат к пенсиям, пособий и компенсаций (Закупка товаров, работ и услуг для обеспечения государственных (муниципальных) нужд) Выплата дополнительного материального обеспечения, доплат к пенсиям, пособий и компенсаций(Социальное обеспечение и иные выплаты населению) Непрограммные направления деятельности органов управления государственных внебюджетных фондов Российской Федерации Социальные выплаты Материальное обеспечение специалистов ядерного оружейного комплекса Российской Федерации(Закупка товаров, работ и услуг для обеспечения государственных (муниципальных) нужд) Материальное обеспечение специалистов ядерного оружейного комплекса Российской Федерации (Социальное обеспечение и иные выплаты населению) Выплата страховой пенсии(Закупка товаров, работ и услуг для обеспечения государственных (муниципальных) нужд) Выплата страховой пенсии(Социальное обеспечение и иные выплаты населению) Выплата накопительной пенсии(Закупка товаров, работ и услуг для обеспечения государственных (муниципальных) нужд) Выплата накопительной пенсии(Социальное обеспечение и иные выплаты населению) Выплата пенсий по государственному пенсионному обеспечению(Закупка товаров, работ и услуг для обеспечения государственных (муниципальных) нужд) Выплата пенсий по государственному пенсионному обеспечению(Социальное обеспечение и иные выплаты населению) Выплата доплат к пенсиям(Закупка товаров, работ и услуг для обеспечения государственных (муниципальных) нужд) Выплата доплат к пенсиям(Социальное обеспечение и иные выплаты населению) Доплата к пенсии членам летных экипажей воздушных судов гражданской авиации(Закупка товаров, работ и услуг для обеспечения государственных (муниципальных) нужд) Доплата к пенсии членам летных экипажей воздушных судов гражданской авиации(Социальное обеспечение и иные выплаты населению) Единовременная выплата средств пенсионных накоплений(Закупка товаров, работ и услуг для обеспечения государственных (муниципальных) нужд) Единовременная выплата средств пенсионных накоплений(Социальное обеспечение и иные выплаты населению) Срочная пенсионная выплата(Закупка товаров, работ и услуг для обеспечения государственных (муниципальных) нужд) Срочная пенсионная выплата(Социальное обеспечение и иные выплаты населению) Выплата пенсий, назначенных досрочно гражданам, признанным безработными(Закупка товаров, работ и услуг для обеспечения государственных (муниципальных) нужд) Выплата пенсий, назначенных досрочно гражданам, признанным безработными (Социальное обеспечение и иные выплаты населению) Доплаты к пенсии работникам организаций угольной промышленности(Закупка товаров, работ и услуг для обеспечения государственных (муниципальных) нужд) Доплаты к пенсии работникам организаций угольной промышленности(Социальное обеспечение и иные выплаты населению) Выплата пенсии некоторым категориям граждан Российской Федерации(Социальное обеспечение и иные выплаты населению) Осуществление пенсионногообеспечения отдельных категорий граждан Российской Федерации, проживающих на территориях Республики Крым и города федерального значения Севастополя(Закупка товаров, работ и услуг для обеспечения государственных (муниципальных) нужд) Осуществление пенсионногообеспечения отдельных категорий граждан Российской Федерации, проживающих на территориях Республики Крым и города федерального значения Севастополя(Социальное обеспечение и иные выплаты населению) 10 01 73 7 00 31160 300 92,2 41,1 Осуществление пенсионного обеспечения граждан Российской Федерации, постоянно проживающих в Республике Абхазия(Социальное обеспечение и иные выплаты населению) Осуществление пенсионного обеспечения граждан Российской Федерации, постоянно проживающих в Республике Южная Осетия(Социальное обеспечение и иные выплаты населению) Выплаты правопреемникам умерших застрахованных лиц(Социальное обеспечение и иные выплаты населению) Выплата пенсий, назначенных Эстонской Республикой(Социальное обеспечение и иные выплаты населению) Выплата пенсий и иных социальных выплат, назначенных Латвийской Республикой(Социальное обеспечение и иные выплаты населению) Выплата пенсий и иных социальных выплат, назначенных Республикой Беларусь(Социальное обеспечение и иные выплаты населению) Выплата пенсий и иных социальных выплат, назначенных Республикой Болгария(Социальное обеспечение и иные выплаты населению) Выплата пенсий, назначенных Литовской Республикой(Социальное обеспечение и иные выплаты населению) Выплата пенсий и иных социальных выплат, назначенных Государством Израиль(Социальное обеспечение и иные выплаты населению) Социальное обеспечение населения Государственная программа Российской Федерации "Социальная поддержка граждан" Подпрограмма "Обеспечение мер социальной поддержки отдельных категорий граждан" Основное мероприятие "Оказание мер государственной поддержки гражданам, подвергшимся воздействию радиации вследствие радиационных аварий и ядерных испытаний"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АЭС"(Закупка товаров, работ и услуг для обеспечения государственных (муниципальных) нужд)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АЭС"(Социальное обеспечение и иные выплаты населению)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(Закупка товаров, работ и услуг для обеспечения государственных (муниципальных) нужд)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(Социальное обеспечение и иные выплаты населению)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(Закупка товаров, работ и услуг для обеспечения государственных (муниципальных) нужд)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Теча"(Социальное обеспечение и иные выплаты населению) Основное мероприятие "Предоставление мер государственной поддержки Героям Советского Союза, Героям Российской Федерации и полным кавалерам ордена Славы" Осуществление ежемесячной денежной выплаты Героям Советского Союза, Героям Российской Федерации и полным кавалерам ордена Славы(Закупка товаров, работ и услуг для обеспечения государственных (муниципальных) нужд) Осуществление ежемесячной денежной выплаты Героям Советского Союза, Героям Российской Федерации и полным кавалерам ордена Славы(Социальное обеспечение и иные выплаты населению) 10 03 03 1 02 30720 300 1 167 514,7 1 161 139,0 Социальная поддержка Героев Советского Союза, Героев Российской Федерации и полных кавалеров ордена Славы(Межбюджетные трансферты) Основное мероприятие "Предоставление мер государственной поддержки Героям Социалистического Труда, Героям Труда Российской Федерации и полным кавалерам ордена Трудовой Славы"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Славы(Закупка товаров, работ и услуг для обеспечения государственных (муниципальных) нужд) 10 03 03 1 03 30730 200 1 944,3 1 802,9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(Социальное обеспечение и иные выплаты населению) Социальная поддержка Героев Социалистического Труда, Героев Труда Российской Федерации и полных кавалеров ордена Трудовой Славы(Межбюджетные трансферты) 10 03 03 1 03 51980 500 42 700,0 42 700,0 Основное мероприятие "Оказание мер социальной поддержки ветеранам Великой Отечественной войны и боевых действий" Осуществление ежемесячной денежной выплаты ветеранам (Закупка товаров, работ и услуг для обеспечения государственных (муниципальных) нужд) Осуществление ежемесячной денежной выплаты ветеранам(Социальное обеспечение и иные выплаты населению) Ежегодная денежная выплата некоторым категориям граждан Российской Федерации к Дню Победы в Великой Отечественной войне 1941 - 1945 годов(Закупка товаров, работ и услуг для обеспечения государственных (муниципальных) нужд) Ежегодная денежная выплата некоторым категориям граждан Российской Федерации к Дню Победы в Великой Отечественной войне 1941 - 1945 годов(Социальное обеспечение и иные выплаты населению) Основное мероприятие "Оказание мер государственной поддержки инвалидам" Осуществление ежемесячной денежной выплаты инвалидам(Закупка товаров, работ и услуг для обеспечения государственных (муниципальных) нужд) Осуществление ежемесячной денежной выплаты инвалидам(Социальное обеспечение и иные выплаты населению) Основное мероприятие "Оказание поддержки в связи с погребением умерших"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обеспечению(Закупка товаров, работ и услуг для обеспечения государственных (муниципальных) нужд)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обеспечению(Социальное обеспечение и иные выплаты населению) 10 03 03 1 14 30740 300 338 606,8 351 932,9 Выплата социального пособия на погребение и оказание услуг по погребению согласно гарантированному перечню этих услуг за умерших, получавших страховую или накопительную пенсию(Закупка товаров, работ и услуг для обеспечения государственных (муниципальных) нужд) Выплата социального пособия на погребение и оказание услуг по погребению согласно гарантированному перечню этих услуг за умерших, получавших страховую или накопительную пенсию(Социальное обеспечение и иные выплаты населению) 10 03 03 1 14 30750 300 9 075 111,8 9 431 491,8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(Закупка товаров, работ и услуг для обеспечения государственных (муниципальных) нужд)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услуг(Социальное обеспечение и иные выплаты населению) 10 03 03 1 14 30760 300 1 170,8 1 217,6 Основное мероприятие "Осуществление компенсационных выплат лицам, осуществляющим уход за нетрудоспособными гражданами и детьми-инвалидами" Компенсационные выплаты лицам, осуществляющим уход за нетрудоспособными гражданами(Закупка товаров, работ и услуг для обеспечения государственных (муниципальных) нужд) Компенсационные выплаты лицам, осуществляющим уход за нетрудоспособными гражданами(Социальное обеспечение и иные выплаты населению) Ежемесячные выплаты лицам, осуществляющим уход за детьми-инвалидами и инвалидами с детства I группы(Закупка товаров, работ и услуг для обеспечения государственных (муниципальных) нужд) Ежемесячные выплаты лицам, осуществляющим уход за детьми-инвалидами и инвалидамис детства I группы(Социальное обеспечение и иные выплаты населению) Подпрограмма "Старшее поколение" Основное мероприятие "Оказание мер социальной поддержки пенсионерам в районах Крайнего Севера и приравненных к ним местностях" Компенсация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Федерации(Социальное обеспечение и иные выплаты населению) Оплата стоимости проезда пенсионерам к месту отдыха и обратно один раз в два года(Закупка товаров, работ и услуг для обеспечения государственных (муниципальных) нужд) Оплата стоимости проезда пенсионерам к месту отдыха и обратно один раз в два года(Социальное обеспечение и иные выплаты населению) Охрана семьи и детства Государственная программа Российской Федерации "Социальная поддержка граждан" Подпрограмма "Обеспечение государственной поддержки семей, имеющих детей" Федеральный проект "Финансовая поддержка семей при рождении детей" Предоставление материнского (семейного) капитала(Социальное обеспечение и иные выплаты населению) Основное мероприятие "Предоставление материнского (семейного) капитала" Направление средств материнского (семейного) капитала, ранее направленных на формирование накопительной пенсии, по другим направлениям использования средств материнского (семейного) капитала(Социальное обеспечение и иные выплаты населению) 10 04 03 3 05 39730 300 14 000,0 14 000,0 Непрограммные направления деятельности органов управления государственных внебюджетных фондов Российской Федерации Обеспечение выполнения функций аппаратами государственных внебюджетных фондов Российской Федерации Расходы на обеспечение деятельности (оказание услуг) государственных учреждений(Расходы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10 04 73 2 00 90059 100 8 084,4 8 084,4 Прикладные научные исследования в области социальной политики Непрограммные направления деятельности органов управления государственных внебюджетных фондов Российской Федерации Обеспечение выполнения функций аппаратами государственных внебюджетных фондов Российской Федерации Расходы на обеспечение деятельности (оказание услуг) государственных учреждений(Закупка товаров, работ и услуг для обеспечения государственных (муниципальных) нужд) Другие вопросы в области социальной политики Непрограммные направления деятельности органов управления государственных внебюджетных фондов Российской Федерации Реализация государственных функций в области социальной политики Гарантийные взносы в фонд гарантирования пенсионных накоплений, уплачиваемые Пенсионным фондом Российской Федерации(Иные бюджетные ассигнования) Передача средств пенсионных накоплений в негосударственные пенсионные фонды(Иные бюджетные ассигнования)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Федерального закона от 2 декабря 2019 года № 383-ФЗ "О бюджете Пенсионного фонда Российской Федерации на 2020 год и на плановый период 2021 и 2022 годов" (в редакции настоящего Федерального закона) распространяется на правоотношения, возникшие с 1 января 2020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