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 41, ст. 4845; № 43, ст. 5084; 2008, № 18, ст. 1941; № 20, ст. 2259; № 30, ст. 3604; № 52, ст. 6235, 6236; 2009, № 7, ст. 777; № 23, ст. 2759; № 26, ст. 3120, 3122; № 29, ст. 3597, 3642; № 30, ст. 3739; № 52, ст. 6412; 2010, № 1, ст. 1; № 19, ст. 2291; № 21, ст. 2525; № 23, ст. 2790; № 30, ст. 4006, 4007; № 31, ст. 4164, 4193, 4195, 4207, 4208; № 49, ст. 6409; 2011, № 1, ст. 10, 23, 54; № 7, ст. 901; № 17, ст. 2310; № 19, ст. 2714; № 23, ст. 3260; № 27, ст. 3873; № 29, ст. 4298; № 30, ст. 4573, 4585, 4590, 4598, 4600, 4605; № 46, ст. 6406; № 47, ст. 6602; № 50, ст. 7342, 7345, 7351, 7352, 7355, 7362, 7366; 2012, № 10, ст. 1166; № 19, ст. 2278, 2281; № 24, ст. 3082; № 31, ст. 4320, 4330; № 47, ст. 6402, 6403, 6404, 6405; № 49, ст. 6757; № 53, ст. 7577, 7602, 7640; 2013, № 14, ст. 1651, 1666; № 19, ст. 2323; № 26, ст. 3207, 3208, 3209; № 27, ст. 3454, 3469, 3477; № 30, ст. 4025, 4029, 4030, 4031, 4032, 4034, 4036, 4040, 4044, 4078, 4082; № 31, ст. 4191; № 43, ст. 5443, 5444;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2015, № 1, ст. 35, 67, 74, 83, 85; № 10, ст. 1405, 1416; № 13, ст. 1811; № 18, ст. 2614, 2620; № 21, ст. 2981; № 24, ст. 3370; № 27, ст. 3950; № 29, ст. 4354, 4359, 4374, 4391; № 41, ст. 5637; № 44, ст. 6046; № 45, ст. 6208; № 48, ст. 6706, 6710, 6716; № 51, ст. 7249, 7250; 2016, № 1, ст. 11, 28, 59, 63, 84; № 10, ст. 1323; № 11, ст. 1481, 1490, 1493; № 26, ст. 3871, 3877, 3884, 3891; № 27, ст. 4160, 4164, 4183, 4197, 4205, 4206, 4223, 4238, 4251, 4259, 4286, 4305; № 28, ст. 4558; № 50, ст. 6975; 2017, № 1, ст. 12, 31, 47; № 7, ст. 1030, 1032; № 9, ст. 1278; № 11, ст. 1535; № 17, ст. 2456, 2457; № 18, ст. 2664; № 22, ст. 3069; № 23, ст. 3227; № 27, ст. 3947; № 30, ст. 4455; № 31, ст. 4738, 4755, 4812, 4814, 4815, 4816, 4827, 4828; № 47, ст. 6844, 6851; № 49, ст. 7308; № 50, ст. 7562; № 52, ст. 7919, 7937; 2018, № 1, ст. 21, 30, 35, 48; № 7, ст. 973; № 18, ст. 2562;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4125, 4131; № 42, ст. 5803; № 44, ст. 6178; № 49, ст. 6964; № 51, ст. 7493, 7494, 7495; № 52, ст. 7766, 7811, 7819) следующие изменения</w:t>
      </w:r>
    </w:p>
    <w:p>
      <w:r>
        <w:t>в абзаце первом части 1 статьи 3.5 слова "статьями 6.33, 11.201" заменить словами "статьей 11.201", слова "статьями 11.26" заменить словами "статьями 6.33, 11.26", слова "статьями 6.19, 6.20, 6.33" заменить словами "статьями 6.19, 6.20", после слов "частью 3 статьи 19.341 настоящего Кодекса, - пяти миллионов рублей," дополнить словами "в случаях, предусмотренных статьей 6.33 настоящего Кодекса, - шести миллионов рублей,"</w:t>
      </w:r>
    </w:p>
    <w:p>
      <w:r>
        <w:t>в статье 6.33: а) в абзаце первом части 1 слово "продажа" заменить словом "реализация", слова "если эти действия не содержат признаков уголовно наказуемого деяния, -" заменить словами "за исключением случаев, предусмотренных частью 3 настоящей статьи, если эти действия не содержат уголовно наказуемого деяния, -"; б) в абзаце первом части 2 слово "Продажа" заменить словом "Реализация", слово "продажа" заменить словом "реализация", слова "если эти действия не содержат признаков уголовно наказуемого деяния, -" заменить словами "за исключением случаев, предусмотренных частью 3 настоящей статьи, если эти действия не содержат уголовно наказуемого деяния, -"; в) дополнить частью 3 следующего содержания: "3.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 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 г) дополнить примечанием следующего содержания: "Примечание. Не являются административным правонарушением действия, предусмотренные частью 2 или 3 настоящей статьи, если реализация и (или) ввоз незарегистрированных лекарственных средств или медицинских изделий допускаются в соответствии с законодательством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
        <w:t>в абзаце первом части 1 статьи 14.42 слова "лекарственными препаратами -" заменить словами "лекарственными препаратами, за исключением случаев, предусмотренных статьей 6.33 настоящего Кодекса, -"</w:t>
      </w:r>
    </w:p>
    <w:p>
      <w:r>
        <w:t>в части 2 статьи 28.3: а) в пункте 18 слова "для ветеринарного применения) и частью 2 (за исключением обращения лекарственных средств для ветеринарного применения)" заменить словами "для ветеринарного применения), частью 2 (за исключением обращения лекарственных средств для ветеринарного применения) и частью 3 (за исключением оборота фальсифицированных биологически активных добавок и обращения лекарственных средств для ветеринарного применения)"; б) в пункте 19 слова "частью 1 статьи 6.33" заменить словами "частями 1 и 3 статьи 6.33"</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