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охране"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5. Органы, осуществляющие государственную охрану и участвующие в ее обеспечении"; "Статья 11. Предоставление государственной охраны главам иностранных государств и правительств и иным лицам иностранных государств"; "Статья 24. Порядок применения физической силы, специальных средств, оружия и боевой техники";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