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12-1 Федерального закона "О противодействии коррупции"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