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Пункт "г" части второй статьи 6 Федерального закона от 8 мая 1994 года № 3-ФЗ "О статусе члена Совета Федерации и статусе депутата Государственной Думы Федерального Собрания Российской Федерации" (в редакции Федерального закона от 5 июля 1999 года № 133-ФЗ) (Собрание законодательства Российской Федерации, 1994, № 2, ст. 74; 1999, № 28, ст. 3466; 2001, № 32, ст. 3317; 2002, № 30, ст. 3033; 2003, № 27, ст. 2700; 2005, № 19, ст. 1749; № 30, ст. 3104; 2006, № 29, ст. 3123; 2007, № 10, ст. 1151; 2008, № 52, ст. 6229; 2009, № 7, ст. 772; № 20, ст. 2391; 2011, № 1, ст. 16; № 43, ст. 5975; 2013, № 19, ст. 2329; № 27, ст. 3439; 2014, № 26, ст. 3397; 2015, № 27, ст. 3987; № 41, ст. 5639; 2019, № 40, ст. 5488; № 51, ст. 7484) дополнить словами ", за исключением участия на безвозмездной основе в деятельности коллегиального органа организации на основании акта Президента Российской Федерации или акта Правительства Российской Федерации с уведомлением соответствующей палаты Федерального Собрания Российской Федерации".</w:t>
      </w:r>
    </w:p>
    <w:p>
      <w:r>
        <w:rPr>
          <w:b/>
        </w:rPr>
        <w:t>Статья 2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3</w:t>
      </w:r>
    </w:p>
    <w:p>
      <w:r>
        <w:t>(Статья утратила силу - Федеральный закон от 20.03.2025 № 33-ФЗ)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