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развитии малого и среднего предпринимательства в Российской Федерации" и статьи 1 и 2 Федерального закона "О внесении изменений в Федеральный закон "О развитии малого и среднего предпринимательства в Российской Федерации" в целях формирования единого реестра субъектов малого и среднего предпринимательства - получателей поддержки"</w:t>
      </w:r>
    </w:p>
    <w:p>
      <w:r>
        <w:rPr>
          <w:b/>
        </w:rPr>
        <w:t>Статья 1</w:t>
      </w:r>
    </w:p>
    <w:p>
      <w:r>
        <w:t>Внести в Федеральный закон от 24 июля 2007 года № 209-ФЗ "О развитии малого и среднего предпринимательства в Российской Федерации" (Собрание законодательства Российской Федерации, 2007, № 31, ст. 4006; № 43, ст. 5084; 2008, № 30, ст. 3615, 3616; 2009, № 31, ст. 3923; № 52, ст. 6441; 2010, № 28, ст. 3553; 2011, № 27, ст. 3880; № 50, ст. 7343; 2013, № 27, ст. 3436, 3477; № 30, ст. 4071; № 52, ст. 6961; 2015, № 27, ст. 3947; 2016, № 1, ст. 28; № 26, ст. 3891; № 27, ст. 4198; 2017, № 31, ст. 4756; № 49, ст. 7328; 2018, № 1, ст. 89; № 28, ст. 4149; № 32, ст. 5106; № 49, ст. 7524; № 53, ст. 8413, 8463; 2019, № 29, ст. 3852; № 30, ст. 4147; № 31, ст. 4438, 4452; № 52, ст. 7792; 2020, № 14, ст. 2013) следующие изменения: 1) статью 8 дополнить частью 21 следующего содержания: "21. Федеральные органы исполнительной власти, органы исполнительной власти субъектов Российской Федерации, органы местного самоуправления, оказывающие поддержку субъектам малого и среднего предпринимательства, корпорация развития малого и среднего предпринимательства, ее дочерние общества, организации, образующие инфраструктуру поддержки субъектов малого и среднего предпринимательства, оказавшие поддержку физическим лицам, указанным в части 1 статьи 141 настоящего Федерального закона, в соответствии с настоящим Федеральным законом, вносят сведения в указанные в части 1 настоящей статьи реестры в отношении таких физических лиц - получателей поддержки в порядке, установленном настоящей статьей. При этом наряду со сведениями, предусмотренными пунктами 1, 4 - 8 части 2 настоящей статьи, в эти реестры включаются фамилия, имя и (при наличии) отчество такого физического лица, а также указание на то, что такое физическое лицо на дату принятия решения о предоставлении соответствующей поддержки не является индивидуальным предпринимателем и применяет специальный налоговый режим "Налог на профессиональный доход"."; 2) наименование статьи 14 дополнить словами ", ее дочерними обществами"; 3) дополнить статьей 141 следующего содержания: "Статья 141. Поддержка физических лиц, не являющихся индивидуальными предпринимателями и применяющих специальный налоговый режим "Налог на профессиональный доход" 1. Физические лица, не являющиеся индивидуальными предпринимателями и применяющие специальный налоговый режим "Налог на профессиональный доход" (далее - физические лица, применяющие специальный налоговый режим), вправе обратиться в порядке и на условиях, которые установлены частями 2 - 6 статьи 14 настоящего Федерального закона, за оказанием поддержки, предусмотренной статьями 17 - 21, 23, 25 настоящего Федерального закона, и поддержки, предоставляемой корпорацией развития малого и среднего предпринимательства, ее дочерними обществами, в федеральные органы исполнительной власти, органы исполнительной власти субъектов Российской Федерации, органы местного самоуправления, оказывающие поддержку субъектам малого и среднего предпринимательства, а также в организации, образующие инфраструктуру поддержки субъектов малого и среднего предпринимательства, корпорацию развития малого и среднего предпринимательства, ее дочерние общества.</w:t>
      </w:r>
    </w:p>
    <w:p>
      <w:r>
        <w:rPr>
          <w:b/>
        </w:rPr>
        <w:t xml:space="preserve">2. </w:t>
      </w:r>
      <w:r>
        <w:t>Мероприятия по поддержке физических лиц, применяющих специальный налоговый режим, включаются в государственные программы (подпрограммы) Российской Федерации, государственные программы (подпрограммы) субъектов Российской Федерации, муниципальные программы (подпрограммы)</w:t>
      </w:r>
    </w:p>
    <w:p>
      <w:r>
        <w:rPr>
          <w:b/>
        </w:rPr>
        <w:t xml:space="preserve">3. </w:t>
      </w:r>
      <w:r>
        <w:t>Условия и порядок оказания поддержки физическим лицам, применяющим специальный налоговый режим, устанавливаются нормативными правовыми актами Российской Федерации, нормативными правовыми актами субъектов Российской Федерации, муниципальными правовыми актами, принимаемыми в целях реализации государственных программ (подпрограмм) Российской Федерации, государственных программ (подпрограмм) субъектов Российской Федерации, муниципальных программ (подпрограмм)</w:t>
      </w:r>
    </w:p>
    <w:p>
      <w:r>
        <w:rPr>
          <w:b/>
        </w:rPr>
        <w:t xml:space="preserve">4. </w:t>
      </w:r>
      <w:r>
        <w:t>Органы государственной власти субъектов Российской Федерации, органы местного самоуправления наряду с формами поддержки, предусмотренными статьями 17 - 21, 23, 25 настоящего Федерального закона, вправе самостоятельно оказывать физическим лицам, применяющим специальный налоговый режим, иные формы поддержки за счет средств бюджетов субъектов Российской Федерации, местных бюджетов</w:t>
      </w:r>
    </w:p>
    <w:p>
      <w:r>
        <w:rPr>
          <w:b/>
        </w:rPr>
        <w:t xml:space="preserve">5. </w:t>
      </w:r>
      <w:r>
        <w:t>Формы поддержки физических лиц, применяющих специальный налоговый режим, условия и порядок оказания такой поддержки корпорацией развития малого и среднего предпринимательства, ее дочерними обществами определяются соответственно советом директоров корпорации развития малого и среднего предпринимательства, коллегиальными органами управления ее дочерних обществ, а в случае, если такие органы в дочерних обществах не образованы, - высшими органами управления указанных обществ.";</w:t>
      </w:r>
    </w:p>
    <w:p>
      <w:r>
        <w:rPr>
          <w:b/>
        </w:rPr>
        <w:t xml:space="preserve">5. </w:t>
      </w:r>
      <w:r>
        <w:t>в части 6 статьи 152 слова "предпринимательства, являющихся получателями" заменить словами "предпринимательства - получателей"</w:t>
      </w:r>
    </w:p>
    <w:p>
      <w:r>
        <w:rPr>
          <w:b/>
        </w:rPr>
        <w:t xml:space="preserve">5. </w:t>
      </w:r>
      <w:r>
        <w:t>часть 4 статьи 16 изложить в следующей редакции: "4. Формы поддержки субъектов малого и среднего предпринимательства, условия и порядок оказания такой поддержки корпорацией развития малого и среднего предпринимательства, осуществляющей деятельность в соответствии с настоящим Федеральным законом в качестве института развития в сфере малого и среднего предпринимательства, ее дочерними обществами определяются соответственно советом директоров корпорации развития малого и среднего предпринимательства, коллегиальными органами управления ее дочерних обществ, а в случае, если такие органы в дочерних обществах не образованы, - высшими органами управления указанных дочерних обществ."</w:t>
      </w:r>
    </w:p>
    <w:p>
      <w:r>
        <w:rPr>
          <w:b/>
        </w:rPr>
        <w:t xml:space="preserve">5. </w:t>
      </w:r>
      <w:r>
        <w:t>статью 19 дополнить частью 31 следующего содержания: "31. Оказание информационной поддержки физическим лицам, применяющим специальный налоговый режим, осуществляется органами государственной власти и органами местного самоуправления посредством размещения в соответствии с частью 3 настоящей статьи в информационных системах, на официальных сайтах информационной поддержки субъектов малого и среднего предпринимательства в сети "Интернет" информации, необходимой для развития деятельности физических лиц, применяющих специальный налоговый режим, в том числе информации, указанной в пунктах 1, 6 и 7 части 2 настоящей статьи."</w:t>
      </w:r>
    </w:p>
    <w:p>
      <w:r>
        <w:rPr>
          <w:b/>
        </w:rPr>
        <w:t xml:space="preserve">5. </w:t>
      </w:r>
      <w:r>
        <w:t>статью 27 дополнить частью 4 следующего содержания: "4. Положения настоящего Федерального закона, касающиеся оказания поддержки, предусмотренной настоящим Федеральным законом, физическим лицам, применяющим специальный налоговый режим, применяются в течение срока проведения эксперимента, установленного Федеральным законом от 27 ноября 2018 года № 422-ФЗ "О проведении эксперимента по установлению специального налогового режима "Налог на профессиональный доход"."</w:t>
      </w:r>
    </w:p>
    <w:p>
      <w:r>
        <w:rPr>
          <w:b/>
        </w:rPr>
        <w:t>Статья 2</w:t>
      </w:r>
    </w:p>
    <w:p>
      <w:r>
        <w:t>Внести в Федеральный закон от 2 августа 2019 года № 279-ФЗ "О внесении изменений в Федеральный закон "О развитии малого и среднего предпринимательства в Российской Федерации" в целях формирования единого реестра субъектов малого и среднего предпринимательства - получателей поддержки" (Собрание законодательства Российской Федерации, 2019, № 31, ст. 4438) следующие изменения: 1) в статье 1: а) в пункте 1: абзац семнадцатый после слов "пунктах 1, 3 - 7 части 3" дополнить словами ", пунктах 1 и 2 части 8"; дополнить абзацами следующего содержания: "7. В единый реестр субъектов малого и среднего предпринимательства - получателей поддержки в порядке, предусмотренном настоящей статьей, подлежат внесению сведения о физических лицах, которые указаны в части 1 статьи 141 настоящего Федерального закона и которым в соответствии с настоящим Федеральным законом оказана поддержка федеральными органами исполнительной власти, органами исполнительной власти субъектов Российской Федерации, органами местного самоуправления, корпорацией развития малого и среднего предпринимательства, ее дочерними обществами, организациями, образующими инфраструктуру поддержки субъектов малого и среднего предпринимательства, и об оказанной таким физическим лицам поддержке.</w:t>
      </w:r>
    </w:p>
    <w:p>
      <w:r>
        <w:rPr>
          <w:b/>
        </w:rPr>
        <w:t xml:space="preserve">8. </w:t>
      </w:r>
      <w:r>
        <w:t>В отношении поддержки, оказанной физическим лицам, указанным в части 1 статьи 141 настоящего Федерального закона, в единый реестр субъектов малого и среднего предпринимательства - получателей поддержки вносятся следующие сведения</w:t>
      </w:r>
    </w:p>
    <w:p>
      <w:r>
        <w:rPr>
          <w:b/>
        </w:rPr>
        <w:t xml:space="preserve">9. </w:t>
      </w:r>
      <w:r>
        <w:t>Внесение сведений об оказанной физическим лицам, указанным в части 1 статьи 141 настоящего Федерального закона, поддержке в единый реестр субъектов малого и среднего предпринимательства - получателей поддержки и исключение таких сведений из указанного реестра осуществляются уполномоченным органом 15-го числа каждого месяца по состоянию на 1-е число текущего месяца в следующем порядке</w:t>
      </w:r>
    </w:p>
    <w:p>
      <w:r>
        <w:rPr>
          <w:b/>
        </w:rPr>
        <w:t xml:space="preserve">8. </w:t>
      </w:r>
      <w:r>
        <w:t>фамилия, имя и отчество (при наличии) физического лица, идентификационный номер налогоплательщика такого физического лица</w:t>
      </w:r>
    </w:p>
    <w:p>
      <w:r>
        <w:rPr>
          <w:b/>
        </w:rPr>
        <w:t xml:space="preserve">8. </w:t>
      </w:r>
      <w:r>
        <w:t>сведения, указанные в пунктах 3 - 7 части 3 настоящей статьи</w:t>
      </w:r>
    </w:p>
    <w:p>
      <w:r>
        <w:rPr>
          <w:b/>
        </w:rPr>
        <w:t xml:space="preserve">8. </w:t>
      </w:r>
      <w:r>
        <w:t>указание на то, что физическое лицо на дату принятия решения о предоставлении ему поддержки не является индивидуальным предпринимателем и применяет специальный налоговый режим "Налог на профессиональный доход"</w:t>
      </w:r>
    </w:p>
    <w:p>
      <w:r>
        <w:rPr>
          <w:b/>
        </w:rPr>
        <w:t xml:space="preserve">9. </w:t>
      </w:r>
      <w:r>
        <w:t>указанные в пунктах 1 и 2 части 8 настоящей статьи сведения вносятся в единый реестр субъектов малого и среднего предпринимательства - получателей поддержки на основании сведений, представленных в уполномоченный орган в соответствии с частью 5 настоящей статьи</w:t>
      </w:r>
    </w:p>
    <w:p>
      <w:r>
        <w:rPr>
          <w:b/>
        </w:rPr>
        <w:t xml:space="preserve">9. </w:t>
      </w:r>
      <w:r>
        <w:t>указанные в пункте 3 части 8 настоящей статьи сведения вносятся в единый реестр субъектов малого и среднего предпринимательства - получателей поддержки на основании сведений о государственной регистрации физического лица в качестве индивидуального предпринимателя и сведений об учете в налоговом органе физического лица в качестве плательщика налога на профессиональный доход, имеющихся в уполномоченном органе по состоянию на дату принятия решения о предоставлении поддержки</w:t>
      </w:r>
    </w:p>
    <w:p>
      <w:r>
        <w:rPr>
          <w:b/>
        </w:rPr>
        <w:t xml:space="preserve">9. </w:t>
      </w:r>
      <w:r>
        <w:t>содержащиеся в едином реестре субъектов малого и среднего предпринимательства - получателей поддержки сведения о физических лицах, применяющих специальный налоговый режим, исключаются из указанного реестра в соответствии с пунктом 3 части 4 настоящей статьи.";</w:t>
      </w:r>
    </w:p>
    <w:p>
      <w:r>
        <w:rPr>
          <w:b/>
        </w:rPr>
        <w:t xml:space="preserve">9. </w:t>
      </w:r>
      <w:r>
        <w:t>в части 2 статьи 2:</w:t>
      </w:r>
    </w:p>
    <w:p>
      <w:r>
        <w:rPr>
          <w:b/>
        </w:rPr>
        <w:t xml:space="preserve">9. </w:t>
      </w:r>
      <w:r>
        <w:t>в пункте 3 слова "предпринимательства, являющихся получателями" заменить словами "предпринимательства - получателей"</w:t>
      </w:r>
    </w:p>
    <w:p>
      <w:r>
        <w:rPr>
          <w:b/>
        </w:rPr>
        <w:t xml:space="preserve">9. </w:t>
      </w:r>
      <w:r>
        <w:t>абзац первый изложить в следующей редакции: "2. В целях первого размещения сведений, содержащихся в едином реестре субъектов малого и среднего предпринимательства - получателей поддержки, в срок до 5 ноября 2020 года в отношении субъектов малого и среднего предпринимательства, решения о предоставлении поддержки которым приняты за период с 1 января 2019 года по 1 октября 2020 года, в отношении физических лиц, не являющихся индивидуальными предпринимателями и применяющих специальный налоговый режим "Налог на профессиональный доход" (далее - физические лица, применяющие специальный налоговый режим), решения о предоставлении поддержки которым приняты за период с 1 июля 2020 года по 1 октября 2020 года, а в срок до 5 декабря 2020 года в отношении субъектов малого и среднего предпринимательства, а также физических лиц, применяющих специальный налоговый режим, решения о предоставлении поддержки которым приняты за период с 1 октября 2020 года по 1 декабря 2020 года, федеральные органы исполнительной власти, органы исполнительной власти субъектов Российской Федерации, органы местного самоуправления, акционерное общество "Федеральная корпорация по развитию малого и среднего предпринимательства", его дочерние общества, организации, образующие инфраструктуру поддержки субъектов малого и среднего предпринимательства, представляют в уполномоченный орган в форме электронных документов, подписанных усиленной квалифицированной электронной подписью, с использованием официального сайта уполномоченного органа в информационно-телекоммуникационной сети "Интернет" следующие сведения:"</w:t>
      </w:r>
    </w:p>
    <w:p>
      <w:r>
        <w:rPr>
          <w:b/>
        </w:rPr>
        <w:t xml:space="preserve">9. </w:t>
      </w:r>
      <w:r>
        <w:t>пункт 1 изложить в следующей редакции: "1) наименование юридического лица, фамилия, имя и отчество (при наличии) индивидуального предпринимателя, физического лица, применяющего специальный налоговый режим, идентификационный номер налогоплательщика субъекта малого или среднего предпринимательства, физического лица, применяющего специальный налоговый режим, которому предоставлена поддержка;"</w:t>
      </w:r>
    </w:p>
    <w:p>
      <w:r>
        <w:rPr>
          <w:b/>
        </w:rPr>
        <w:t xml:space="preserve">9. </w:t>
      </w:r>
      <w:r>
        <w:t>в пункте 2 слова "корпорации развития малого и среднего предпринимательства, ее" заменить словами "акционерного общества "Федеральная корпорация по развитию малого и среднего предпринимательства", его"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