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внесении изменений в Федеральный закон "Об индивидуальном (персонифицированном) учете в системе обязательного пенсионного страхования"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2003, № 2, ст. 166; 2005, № 19, ст. 1755; 2007, № 50, ст. 6247; 2008, № 30, ст. 3616; 2009, № 52, ст. 6454; 2010, № 31, ст. 4196; 2011, № 29, ст. 4291; № 49, ст. 7037; 2013, № 30, ст. 4044, 4084; № 52, ст. 6975; 2014, № 11, ст. 1098; № 30, ст. 4219; 2016, № 1, ст. 41; 2018, № 31, ст. 4858) следующие изменения</w:t>
      </w:r>
    </w:p>
    <w:p>
      <w:r>
        <w:t>в подпункте 3 пункта 1 статьи 363 слова "страхового свидетельства обязательного пенсионного страхования" заменить словами "индивидуального лицевого счета"</w:t>
      </w:r>
    </w:p>
    <w:p>
      <w:r>
        <w:t>в абзаце третьем пункта 3 статьи 364 слова "страхового свидетельства обязательного пенсионного страхования" заменить словами "индивидуального лицевого счета"</w:t>
      </w:r>
    </w:p>
    <w:p>
      <w:r>
        <w:rPr>
          <w:b/>
        </w:rPr>
        <w:t>Статья 2</w:t>
      </w:r>
    </w:p>
    <w:p>
      <w:r>
        <w:t>Абзац одиннадцатый пункта 3 статьи 2134 Федерального закона от 26 октября 2002 года № 127-ФЗ "О несостоятельности (банкротстве)" (Собрание законодательства Российской Федерации, 2002, № 43, ст. 4190; 2015, № 27, ст. 3945; 2016, № 1, ст. 11) изложить в следующей редакции: "копия документа, подтверждающего регистрацию в системе индивидуального (персонифицированного) учета;".</w:t>
      </w:r>
    </w:p>
    <w:p>
      <w:r>
        <w:rPr>
          <w:b/>
        </w:rPr>
        <w:t>Статья 3</w:t>
      </w:r>
    </w:p>
    <w:p>
      <w:r>
        <w:t>В пункте 5 части 2 статьи 26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2013, № 27, ст. 3462, 3477; 2016, № 27, ст. 4157) слова "страховое свидетельство обязательного пенсионного страхования" заменить словами "документ, подтверждающий регистрацию в системе индивидуального (персонифицированного) учета".</w:t>
      </w:r>
    </w:p>
    <w:p>
      <w:r>
        <w:rPr>
          <w:b/>
        </w:rPr>
        <w:t>Статья 4</w:t>
      </w:r>
    </w:p>
    <w:p>
      <w:r>
        <w:t>Внести в статью 4 Федерального закона от 30 декабря 2004 года № 218-ФЗ "О кредитных историях" (Собрание законодательства Российской Федерации, 2005, № 1, ст. 44; № 30, ст. 3121; 2013, № 51, ст. 6683; 2014, № 26, ст. 3395; 2015, № 1, ст. 29; № 27, ст. 3945; 2017, № 1, ст. 9; 2018, № 32, ст. 5120; 2019, № 18, ст. 2200, 2201; 2020, № 14, ст. 2036) следующие изменения</w:t>
      </w:r>
    </w:p>
    <w:p>
      <w:r>
        <w:t>в пункте 4 части 2 слова "в страховом свидетельстве обязательного пенсионного страхования" заменить словами "в документе, подтверждающем регистрацию в системе индивидуального (персонифицированного) учета"</w:t>
      </w:r>
    </w:p>
    <w:p>
      <w:r>
        <w:t>в абзаце пятом подпункта "б" пункта 3 части 4 слова "в страховом свидетельстве обязательного пенсионного страхования" заменить словами "в документе, подтверждающем регистрацию в системе индивидуального (персонифицированного) учета"</w:t>
      </w:r>
    </w:p>
    <w:p>
      <w:r>
        <w:t>в абзаце пятом подпункта "б" пункта 3 части 8 слова "в страховом свидетельстве обязательного пенсионного страхования" заменить словами "в документе, подтверждающем регистрацию в системе индивидуального (персонифицированного) учета"</w:t>
      </w:r>
    </w:p>
    <w:p>
      <w:r>
        <w:rPr>
          <w:b/>
        </w:rPr>
        <w:t>Статья 5</w:t>
      </w:r>
    </w:p>
    <w:p>
      <w:r>
        <w:t>В пункте 6 части 3 статьи 16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2013, № 27, ст. 3462; № 48, ст. 6165; 2016, № 27, ст. 4157) слова "страховое свидетельство обязательного пенсионного страхования" заменить словами "документ, подтверждающий регистрацию в системе индивидуального (персонифицированного) учета".</w:t>
      </w:r>
    </w:p>
    <w:p>
      <w:r>
        <w:rPr>
          <w:b/>
        </w:rPr>
        <w:t>Статья 6</w:t>
      </w:r>
    </w:p>
    <w:p>
      <w:r>
        <w:t>В пункте 2 части 2 статьи 18 Федерального закона от 6 апреля 2011 года № 63-ФЗ "Об электронной подписи" (Собрание законодательства Российской Федерации, 2011, № 15, ст. 2036; 2014, № 11, ст. 1098; 2016, № 1, ст. 65; 2019, № 52, ст. 7794) слова "номер страхового свидетельства государственного пенсионного страхования" заменить словами "страховой номер индивидуального лицевого счета".</w:t>
      </w:r>
    </w:p>
    <w:p>
      <w:r>
        <w:rPr>
          <w:b/>
        </w:rPr>
        <w:t>Статья 7</w:t>
      </w:r>
    </w:p>
    <w:p>
      <w:r>
        <w:t>В части 3 статьи 6 Федерального закона от 21 июля 2014 года № 208-ФЗ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(Собрание законодательства Российской Федерации, 2014, № 30, ст. 4209) слова "Страховое свидетельство обязательного пенсионного страхования" заменить словами "Документ, подтверждающий регистрацию в системе индивидуального (персонифицированного) учета,".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