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связи с принятием Федерального закона "О государственном (муниципальном) социальном заказе на оказание государственных (муниципальных) услуг в социальной сфере"</w:t>
      </w:r>
    </w:p>
    <w:p>
      <w:r>
        <w:rPr>
          <w:b/>
        </w:rPr>
        <w:t>Статья 1</w:t>
      </w:r>
    </w:p>
    <w:p>
      <w:r>
        <w:t>Внести в статью 341 Федерального закона от 4 декабря 2007 года № 329-ФЗ "О физической культуре и спорте в Российской Федерации" (Собрание законодательства Российской Федерации, 2007, № 50, ст. 6242; 2011, № 50, ст. 7354; 2013, № 27, ст. 3477; 2015, № 14, ст. 2018; 2016, № 23, ст. 3277) следующие изменения</w:t>
      </w:r>
    </w:p>
    <w:p>
      <w:r>
        <w:t>часть 1 после слов "может осуществляться" дополнить словами "на основании государственного (муниципального) социального заказа на оказание государственных (муниципальных) услуг в социальной сфере"</w:t>
      </w:r>
    </w:p>
    <w:p>
      <w:r>
        <w:t>дополнить частью 11 следующего содержания: "11. Исполнение государственного социального заказа на оказание государственных услуг по спортивной подготовке, утверждаемого федеральным органом исполнительной власти в области физической культуры и спорта, осуществляется путем установления государственного задания на оказание таких услуг."</w:t>
      </w:r>
    </w:p>
    <w:p>
      <w:r>
        <w:rPr>
          <w:b/>
        </w:rPr>
        <w:t>Статья 2</w:t>
      </w:r>
    </w:p>
    <w:p>
      <w:r>
        <w:t>Внести в Федеральный закон от 28 декабря 2013 года № 442-ФЗ "Об основах социального обслуживания граждан в Российской Федерации" (Собрание законодательства Российской Федерации, 2013, № 52, ст. 7007; 2017, № 47, ст. 6850) следующие изменения</w:t>
      </w:r>
    </w:p>
    <w:p>
      <w:r>
        <w:t>статью 16 дополнить частью 11 следующего содержания: "11. В случае принятия органом государственной власти субъекта Российской Федерации решения об организации оказания государственных (муниципальных) услуг в социальной сфере, принятого в соответствии с частью 3 статьи 28 Федерального закона "О государственном (муниципальном) социальном заказе на оказание государственных (муниципальных) услуг в социальной сфере", индивидуальная программа используется как социальный сертификат на получение государственной (муниципальной) услуги в социальной сфере."</w:t>
      </w:r>
    </w:p>
    <w:p>
      <w:r>
        <w:t>статью 30 дополнить частью 9 следующего содержания: "9. Финансовое обеспечение предоставления социальных услуг в рамках исполнения государственного социального заказа на оказание государственных услуг в сфере социального обслуживания осуществляется в соответствии с Федеральным законом "О государственном (муниципальном) социальном заказе на оказание государственных (муниципальных) услуг в социальной сфере" за счет средств бюджетов бюджетной системы Российской Федерации, а также за счет средств получателей социальных услуг при предоставлении социальных услуг за плату или частичную плату."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 1 сентября 2020 года</w:t>
      </w:r>
    </w:p>
    <w:p>
      <w:r>
        <w:rPr>
          <w:b/>
        </w:rPr>
        <w:t xml:space="preserve">2. </w:t>
      </w:r>
      <w:r>
        <w:t>Со дня вступления в силу настоящего Федерального закона и до 1 января 2025 года положения части 11 статьи 341 Федерального закона от 4 декабря 2007 года № 329-ФЗ "О физической культуре и спорте в Российской Федерации", части 11 статьи 16 и части 9 статьи 30 Федерального закона от 28 декабря 2013 года № 442-ФЗ "Об основах социального обслуживания граждан в Российской Федерации" действуют в отдельных субъектах Российской Федерации, перечень которых утверждается Правительством Российской Федерации в соответствии с частью 1 статьи 28 Федерального закона "О государственном (муниципальном) социальном заказе на оказание государственных (муниципальных) услуг в социальной сфере"</w:t>
      </w:r>
    </w:p>
    <w:p>
      <w:r>
        <w:rPr>
          <w:b/>
        </w:rPr>
        <w:t xml:space="preserve">3. </w:t>
      </w:r>
      <w:r>
        <w:t>(Часть утратила силу - Федеральный закон от 28.12.2022 № 568-ФЗ)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