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Сербии о передаче Петербургского листа Мирославова Евангелия Республике Сербии и картин Николая Константиновича Рериха Российской Федерации</w:t>
      </w:r>
    </w:p>
    <w:p>
      <w:r>
        <w:rPr>
          <w:b/>
        </w:rPr>
        <w:t>Статья None. Федеральный закон   от 13.07.2020 № 199-ФЗ</w:t>
      </w:r>
    </w:p>
    <w:p>
      <w:r>
        <w:t>О ратификации Соглашения между Правительством Российской Федерации и Правительством Республики Сербии о передаче Петербургского листа Мирославова Евангелия Республике Сербии и картин Николая Константиновича Рериха Российской Федерации РОССИЙСКАЯ ФЕДЕРАЦИЯ ФЕДЕРАЛЬНЫЙ ЗАКОН О ратификации Соглашения между Правительством Российской Федерации и Правительством Республики Сербии о передаче Петербургского листа Мирославова Евангелия Республике Сербии и картин Николая Константиновича Рериха Российской Федерации Принят Государственной Думой 23 июня 2020 года Одобрен Советом Федерации 8 июля 2020 года Ратифицировать Соглашение между Правительством Российской Федерации и Правительством Республики Сербии о передаче Петербургского листа Мирославова Евангелия Республике Сербии и картин Николая Константиновича Рериха Российской Федерации, подписанное в городе Белграде 19 октября 2019 года. Президент Российской Федерации В.Путин Москва, Кремль 13 июля 2020 года № 199-ФЗ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