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Трудовой кодекс Российской Федерации в части предоставления гарантий работнику, увольняемому в связи с ликвидацией организации</w:t>
      </w:r>
    </w:p>
    <w:p>
      <w:r>
        <w:rPr>
          <w:b/>
        </w:rPr>
        <w:t>Статья 1</w:t>
      </w:r>
    </w:p>
    <w:p>
      <w:r>
        <w:t>Внести в Трудовой кодекс Российской Федерации (Собрание законодательства Российской Федерации, 2002, № 1, ст. 3; 2006, № 27, ст. 2878; 2014, № 14, ст. 1548; № 49, ст. 6918; 2016, № 27, ст. 4280) следующие изменения</w:t>
      </w:r>
    </w:p>
    <w:p>
      <w:r>
        <w:t>в статье 178: а) наименование изложить в следующей редакции: "Статья 178. Выходные пособия. Выплата среднего месячного заработка за период трудоустройства или единовременной компенсации"; б) в части первой слова ", а также за ним сохраняется средний месячный заработок на период трудоустройства, но не свыше двух месяцев со дня увольнения (с зачетом выходного пособия)" исключить; в) часть вторую изложить в следующей редакции: "В случае, если длительность периода трудоустройства работника, уволенного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настоящего Кодекса), превышает один месяц, работодатель обязан выплатить ему средний месячный заработок за второй месяц со дня увольнения или его часть пропорционально периоду трудоустройства, приходящемуся на этот месяц."; г) дополнить новыми частями третьей и четвертой следующего содержания: "В исключительных случаях по решению органа службы занятости населения работодатель обязан выплатить работнику, уволенному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настоящего Кодекса), средний месячный заработок за третий месяц со дня увольнения или его часть пропорционально периоду трудоустройства, приходящемуся на этот месяц, при условии, что в течение четырнадцати рабочих дней со дня увольнения работник обратился в этот орган и не был трудоустроен в течение двух месяцев со дня увольнения. В случае, предусмотренном частью второй настоящей статьи, уволенный работник вправе обратиться в письменной форме к работодателю за выплатой среднего месячного заработка за период трудоустройства в срок не позднее пятнадцати рабочих дней после окончания второго месяца со дня увольнения, а в случае, предусмотренном частью третьей настоящей статьи, - после принятия решения органом службы занятости населения, но не позднее пятнадцати рабочих дней после окончания третьего месяца со дня увольнения. При обращении уволенного работника за указанными выплатами работодатель производит их не позднее пятнадцати календарных дней со дня обращения."; д) дополнить частями пятой и шестой следующего содержания: "Работодатель взамен выплат среднего месячного заработка за период трудоустройства (части вторая и третья настоящей статьи) вправе выплатить работнику единовременную компенсацию в размере двукратного среднего месячного заработка. Если работнику уже была произведена выплата среднего месячного заработка за второй месяц со дня увольнения, единовременная компенсация выплачивается ему с зачетом указанной выплаты. При ликвидации организации выплаты среднего месячного заработка за период трудоустройства (части вторая и третья настоящей статьи) и (или) выплата единовременной компенсации (часть пятая настоящей статьи) в любом случае должны быть произведены до завершения ликвидации организации в соответствии с гражданским законодательством."; е) часть третью считать частью седьмой; ж) часть четвертую считать частью восьмой и дополнить ее после слов "размеры выходных пособий" словами "и (или) единовременной компенсации, предусмотренной частью пятой настоящей статьи"</w:t>
      </w:r>
    </w:p>
    <w:p>
      <w:r>
        <w:t>статью 318 изложить в следующей редакции: "Статья 318. Государственные гарантии работнику, увольняемому в связи с ликвидацией организации либо сокращением численности или штата работников организации Работнику, увольняемому из организации, расположенной в районах Крайнего Севера и приравненных к ним местностях,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настоящего Кодекса), выплачивается выходное пособие в размере среднего месячного заработка. В случае, если длительность периода трудоустройства работника, уволенного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настоящего Кодекса), превышает один месяц, работодатель обязан выплатить ему средний месячный заработок за второй месяц со дня увольнения или его часть пропорционально периоду трудоустройства, приходящемуся на этот месяц, а если длительность периода трудоустройства превышает два месяца, - за третий месяц со дня увольнения или его часть пропорционально периоду трудоустройства, приходящемуся на этот месяц. В исключительных случаях по решению органа службы занятости населения работодатель обязан выплатить работнику, уволенному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настоящего Кодекса), средний месячный заработок последовательно за четвертый, пятый и шестой месяцы со дня увольнения или его часть пропорционально периоду трудоустройства, приходящемуся на соответствующий месяц, при условии, что в течение четырнадцати рабочих дней со дня увольнения работник обратился в этот орган и не был трудоустроен в течение соответственно трех, четырех и пяти месяцев со дня увольнения. В случае, предусмотренном частью второй настоящей статьи, уволенный работник вправе обратиться в письменной форме к работодателю за выплатой среднего месячного заработка за период трудоустройства в срок не позднее пятнадцати рабочих дней после окончания соответственно второго и третьего месяцев со дня увольнения, а в случае, предусмотренном частью третьей настоящей статьи, - после принятия решения органом службы занятости населения, но не позднее пятнадцати рабочих дней после окончания соответственно четвертого, пятого и шестого месяцев со дня увольнения. При обращении уволенного работника за указанными выплатами работодатель производит их не позднее пятнадцати календарных дней со дня обращения. Работодатель взамен выплат среднего месячного заработка за период трудоустройства (части вторая и третья настоящей статьи) вправе выплатить работнику единовременную компенсацию в размере пятикратного среднего месячного заработка. Если работнику уже были произведены выплаты среднего месячного заработка за второй, третий, четвертый или пятый месяц со дня увольнения, единовременная компенсация выплачивается ему с зачетом указанных выплат. При ликвидации организации выплаты среднего месячного заработка за период трудоустройства (части вторая и третья настоящей статьи) и (или) выплата единовременной компенсации (часть пятая настоящей статьи) в любом случае должны быть произведены до завершения ликвидации организации в соответствии с гражданским законодательством. Выплата выходного пособия в размере среднего месячного заработка, а также выплаты среднего месячного заработка за период трудоустройства и (или) единовременной компенсации, предусмотренных частями первой - третьей и пятой настоящей статьи, производятся работодателем по прежнему месту работы за счет средств этого работодателя."</w:t>
      </w:r>
    </w:p>
    <w:p>
      <w:r>
        <w:t>в статье 3277 слово "третьей" заменить словом "седьмой"</w:t>
      </w:r>
    </w:p>
    <w:p>
      <w:r>
        <w:t>в статье 3493: а) в части четвертой слово "четвертой" заменить словом "восьмой"; б) абзац шестой части пятой изложить в следующей редакции: "средний месячный заработок за период трудоустройства и (или) единовременная компенсация, выплаченные в размере и порядке, которые установлены статьями 178 и 318 настоящего Кодекса."</w:t>
      </w:r>
    </w:p>
    <w:p>
      <w:r>
        <w:rPr>
          <w:b/>
        </w:rPr>
        <w:t>Статья 2</w:t>
      </w:r>
    </w:p>
    <w:p>
      <w:r>
        <w:t>Настоящий Федеральный закон вступает в силу по истечении тридцати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