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Боливарианской Республики Венесуэла о предоставлении Правительству Боливарианской Республики Венесуэла государственного кредита от 8 декабря 2011 года</w:t>
      </w:r>
    </w:p>
    <w:p>
      <w:r>
        <w:rPr>
          <w:b/>
        </w:rPr>
        <w:t>Статья None. Федеральный закон   от 20.07.2020 № 214-ФЗ</w:t>
      </w:r>
    </w:p>
    <w:p>
      <w:r>
        <w:t>О ратификации Протокола к Соглашению между Правительством Российской Федерации и Правительством Боливарианской Республики Венесуэла о предоставлении Правительству Боливарианской Республики Венесуэла государственного кредита от 8 декабря 2011 года РОССИЙСКАЯ ФЕДЕРАЦИЯ ФЕДЕРАЛЬНЫЙ ЗАКОН О ратификации Протокола к Соглашению между Правительством Российской Федерации и Правительством Боливарианской Республики Венесуэла о предоставлении Правительству Боливарианской Республики Венесуэла государственного кредита от 8 декабря 2011 года Принят Государственной Думой 14 июля 2020 года Одобрен Советом Федерации 15 июля 2020 года Ратифицировать Протокол к Соглашению между Правительством Российской Федерации и Правительством Боливарианской Республики Венесуэла о предоставлении Правительству Боливарианской Республики Венесуэла государственного кредита от 8 декабря 2011 года, подписанный в городе Москве 8 августа 2018 года. Президент Российской Федерации В.Путин Москва, Кремль 20 июля 2020 года № 214-ФЗ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