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2060; 2018, № 15, ст. 2036; 2019, № 31, ст. 4471; № 46, ст. 6422; № 52, ст. 7840) изменение, заменив слова "Республика Тыва - 23" словами "Республика Тыва - 26".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2 статьи 10 Федерального закона от 17 декабря 1998 года № 188-ФЗ "О мировых судьях в Российской Федерации", в Республике Тыва в 2020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