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93. Условно-досрочное освобождение от отбывания наказания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