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корпорации развития "ВЭБ.РФ"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10. Наблюдательный совет ВЭБ.РФ "Статья 161. Комитеты при наблюдательном совете ВЭБ.РФ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