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 безопасном обращении с пестицидами и агрохимикатами" и Федеральный закон "О государственном регулировании обеспечения плодородия земель сельскохозяйственного назначения"</w:t>
      </w:r>
    </w:p>
    <w:p>
      <w:r>
        <w:rPr>
          <w:b/>
        </w:rPr>
        <w:t>Статья 1</w:t>
      </w:r>
    </w:p>
    <w:p>
      <w:r>
        <w:t>В части первой статьи 22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2009, № 1, ст. 17) слова "состояния плодородия земель (почв)" заменить словами "результатов оценки качества земель, состояния плодородия земель сельскохозяйственного назначения, определенного на основании проведенных почвенных, геоботанических и других обследований земель сельскохозяйственного назначения".</w:t>
      </w:r>
    </w:p>
    <w:p>
      <w:r>
        <w:rPr>
          <w:b/>
        </w:rPr>
        <w:t>Статья 2</w:t>
      </w:r>
    </w:p>
    <w:p>
      <w:r>
        <w:t>Внести в Федеральный закон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2003, № 2, ст. 167; 2004, № 35, ст. 3607; 2008, № 30, ст. 3616; 2009, № 1, ст. 17, 21; 2011, № 30, ст. 4596; 2013, № 52, ст. 6961; 2016, № 15, ст. 2066; 2019, № 52, ст. 7795) следующие изменения</w:t>
      </w:r>
    </w:p>
    <w:p>
      <w:r>
        <w:t>преамбулу признать утратившей силу</w:t>
      </w:r>
    </w:p>
    <w:p>
      <w:r>
        <w:t>в статье 1: а) в абзаце четвертом слово "систематического" исключить, слова "агротехнических, агрохимических, мелиоративных, фитосанитарных, противоэрозионных" заменить словом "мелиоративных"; б) абзацы шестой - одиннадцатый признать утратившими силу; в) абзац двенадцатый изложить в следующей редакции: "агрохимическое обслуживание - деятельность по обеспечению собственников земельных участков, землепользователей, землевладельцев и арендаторов земельных участков из состава земель сельскохозяйственного назначения агрохимикатами, технологиями, техникой, а также деятельность по проведению мероприятий по воспроизводству плодородия земель сельскохозяйственного назначения и научных исследований в области обеспечения плодородия земель сельскохозяйственного назначения."</w:t>
      </w:r>
    </w:p>
    <w:p>
      <w:r>
        <w:t>статью 2 изложить в следующей редакции: "Статья 2. Цель и предмет настоящего Федерального закона Настоящий Федеральный закон устанавливает правовые основы государственного регулирования обеспечения воспроизводства плодородия земель сельскохозяйственного назначения, за исключением садовых и огородных земельных участков, земель сельскохозяйственного назначения, непосредственно занятых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для целей осуществления прудовой аквакультуры), а также зданиями, сооружениями, используемыми для производства, хранения и первичной переработки сельскохозяйственной продукции."</w:t>
      </w:r>
    </w:p>
    <w:p>
      <w:r>
        <w:t>в части второй статьи 31 слова "в рамках федеральных целевых программ" исключить</w:t>
      </w:r>
    </w:p>
    <w:p>
      <w:r>
        <w:t>в статье 4 слова "федеральных целевых программ обеспечения" заменить словами "государственных программ Российской Федерации, содержащих мероприятия в области обеспечения"</w:t>
      </w:r>
    </w:p>
    <w:p>
      <w:r>
        <w:t>в наименовании главы III слова "собственников, владельцев, пользователей, в том числе арендаторов," заменить словами "собственников земельных участков, землепользователей, землевладельцев и арендаторов"</w:t>
      </w:r>
    </w:p>
    <w:p>
      <w:r>
        <w:t>в статье 7: а) в наименовании слова "собственников, владельцев, пользователей, в том числе арендаторов," заменить словами "собственников земельных участков, землепользователей, землевладельцев и арендаторов"; б) в абзаце первом слова "Собственники, владельцы, пользователи, в том числе арендаторы," заменить словами "Собственники земельных участков, землепользователи, землевладельцы и арендаторы"; в) абзац второй изложить в следующей редакции: "проводить мероприятия по воспроизводству плодородия земель сельскохозяйственного назначения наряду с проведением обязательных мероприятий, предусмотренных статьей 8 настоящего Федерального закона;"; г) дополнить новым абзацем третьим следующего содержания: "проводить почвенные, геоботанические и другие обследования земель сельскохозяйственного назначения наряду с проведением обязательных обследований, предусмотренных статьей 15 настоящего Федерального закона;"; д) абзац третий считать абзацем четвертым; е) абзац четвертый считать абзацем пятым и в нем слово "иметь" заменить словом "осуществлять"</w:t>
      </w:r>
    </w:p>
    <w:p>
      <w:r>
        <w:t>в статье 8: а) в наименовании слова "собственников, владельцев, пользователей, в том числе арендаторов," заменить словами "собственников земельных участков, землепользователей, землевладельцев и арендаторов"; б) в абзаце первом слова "Собственники, владельцы, пользователи, в том числе арендаторы," заменить словами "Собственники земельных участков, землепользователи, землевладельцы и арендаторы"; в) дополнить новым абзацем третьим следующего содержания: "обеспечивать проведение мероприятий по воспроизводству плодородия земель сельскохозяйственного назначения в соответствии с планом проведения таких мероприятий, составленным в соответствии с частью четвертой статьи 15 настоящего Федерального закона;"; г) абзацы третий и четвертый считать соответственно абзацами четвертым и пятым; д) абзац пятый считать абзацем шестым и изложить его в следующей редакции: "обеспечить доступ к земельным участкам представителям федерального бюджетного государственного учреждения, указанного в статье 15 настоящего Федерального закона, при проведении ими почвенных, геоботанических и других обследований земель сельскохозяйственного назначения, предусмотренных статьей 15 настоящего Федерального закона;"; е) абзацы шестой и седьмой считать соответственно абзацами седьмым и восьмым</w:t>
      </w:r>
    </w:p>
    <w:p>
      <w:r>
        <w:t>в статье 11: а) абзац второй изложить в следующей редакции: "разработка и реализация государственных программ Российской Федерации, содержащих мероприятия по воспроизводству плодородия земель сельскохозяйственного назначения, а также соответствующих государственных программ субъектов Российской Федерации;"; б) абзац пятый изложить в следующей редакции: "разработка планов проведения мероприятий по воспроизводству плодородия земель сельскохозяйственного назначения;"; в) в абзаце шестом слово "реабилитации" заменить словом "рекультивации"</w:t>
      </w:r>
    </w:p>
    <w:p>
      <w:r>
        <w:t>в статье 13: а) в наименовании слова "Целевые программы в области" заменить словами "Государственные программы в целях"; б) в части первой слова "федеральных целевых программ обеспечения" заменить словами "государственных программ Российской Федерации, содержащих мероприятия в области", слова "и региональных целевых программ в данной области" заменить словами ", и соответствующих государственных программ субъектов Российской Федерации"; в) в части второй слова "Федеральные целевые программы обеспечения" заменить словами "Государственные программы Российской Федерации, содержащие мероприятия в области", слова "формируются Правительством Российской Федерации" заменить словом ", разрабатываются"; г) в части третьей слова "Региональные целевые программы обеспечения плодородия земель сельскохозяйственного назначения" заменить словами "Государственные программы субъектов Российской Федерации, содержащие мероприятия в области обеспечения плодородия земель сельскохозяйственного назначения,"</w:t>
      </w:r>
    </w:p>
    <w:p>
      <w:r>
        <w:t>в статье 15: а) в части второй слова "почвенного, агрохимического, фитосанитарного и эколого-токсикологического" заменить словами "почвенных, геоботанических и других"; б) дополнить новой частью третьей и частью четвертой следующего содержания: "Указанные в части второй настоящей статьи обследования проводятся федеральными государственными бюджетными учреждениями, подведомственными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агропромышленного комплекса, в соответствии с планами, утвержденными этим федеральным органом исполнительной власти, на основании государственного задания. Порядок формирования планов проведения указанными учреждениями почвенных, геоботанических и других обследований земель сельскохозяйственного назначения, периодичность таких обследований, а также порядок и объем их проведения устанавливаются Правительством Российской Федерации. Учреждения, указанные в настоящей статье, по результатам проведения почвенных, геоботанических и других обследований земель сельскохозяйственного назначения составляют план проведения мероприятий по воспроизводству плодородия земель сельскохозяйственного назначения. Требования к содержанию указанного плана и порядок его составления устанавливаются Правительством Российской Федерации. Составление указанного плана и его предоставление собственнику земельного участка, землепользователю, землевладельцу и арендатору земельного участка из состава земель сельскохозяйственного назначения осуществляются без взимания платы."; в) часть третью считать частью пятой</w:t>
      </w:r>
    </w:p>
    <w:p>
      <w:r>
        <w:t>статью 19 изложить в следующей редакции: "Статья 19. Агрохимическое обслуживание Агрохимическое обслуживание осуществляется юридическими лицами, индивидуальными предпринимателями, осуществляющими деятельность в области обеспечения плодородия земель сельскохозяйственного назначения. Указанные в части первой настоящей статьи лица в целях координации их предпринимательской деятельности, представления и защиты общих имущественных интересов вправе создавать в соответствии с гражданским законодательством ассоциации (союзы)."</w:t>
      </w:r>
    </w:p>
    <w:p>
      <w:r>
        <w:t>в статье 20: а) абзац второй изложить в следующей редакции: "проведение почвенных, геоботанических и других обследований и мониторинга плодородия земель сельскохозяйственного назначения;"; б) абзац третий изложить в следующей редакции: "проведение мероприятий по воспроизводству плодородия земель сельскохозяйственного назначения;"; в) абзац четвертый изложить в следующей редакции: "обеспечение собственников земельных участков, землепользователей, землевладельцев и арендаторов земельных участков из состава земель сельскохозяйственного назначения агрохимикатами;"; г) абзац пятый изложить в следующей редакции: "предоставление собственникам земельных участков, землепользователям, землевладельцам и арендаторам земельных участков из состава земель сельскохозяйственного назначения техники для проведения мероприятий по воспроизводству плодородия земель сельскохозяйственного назначения."</w:t>
      </w:r>
    </w:p>
    <w:p>
      <w:r>
        <w:t>в статье 25: а) абзац второй изложить в следующей редакции: "производство и поставки агрохимикатов собственникам земельных участков, землепользователям, землевладельцам и арендаторам земельных участков из состава земель сельскохозяйственного назначения;"; б) абзац третий признать утратившим силу; в) абзац четвертый изложить в следующей редакции: "производство оборудования и машин для проведения мероприятий по воспроизводству плодородия земель сельскохозяйственного назначения."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