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13.20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   от 15.10.2020 № 341-ФЗ</w:t>
      </w:r>
    </w:p>
    <w:p>
      <w:r>
        <w:t>О внесении изменения в статью 13.20 Кодекса Российской Федерации об административных правонарушениях РОССИЙСКАЯ ФЕДЕРАЦИЯ ФЕДЕРАЛЬНЫЙ ЗАКОН О внесении изменения в статью 13.20 Кодекса Российской Федерации об административных правонарушениях Принят Государственной Думой 29 сентября 2020 года Одобрен Советом Федерации 7 октября 2020 года Внести в абзац второй статьи 13.20 Кодекса Российской Федерации об административных правонарушениях (Собрание законодательства Российской Федерации, 2002, № 1, ст. 1; 2007, № 26, ст. 3089; 2009, № 7, ст. 777) изменение, изложив его в следующей редакции: "влечет предупреждение или наложение административного штрафа на граждан в размере от одной тысячи до трех тысяч рублей; на должностных лиц - от трех тысяч до пяти тысяч рублей; на юридических лиц - от пяти тысяч до десяти тысяч рублей.". Президент Российской Федерации В.Путин Москва, Кремль 15 октября 2020 года № 341-ФЗ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