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2019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2019 год со следующими основными показателями</w:t>
      </w:r>
    </w:p>
    <w:p>
      <w:r>
        <w:t>общий объем доходов бюджета Фонда в сумме 2 123 987 879,5 тыс. рублей, в том числе за счет межбюджетных трансфертов, полученных из федерального бюджета в сумме 78 981 778,9 тыс. рублей</w:t>
      </w:r>
    </w:p>
    <w:p>
      <w:r>
        <w:t>общий объем расходов бюджета Фонда в сумме 2 186 737 787,1 тыс. рублей, в том числе межбюджетные трансферты, переданные федеральному бюджету в сумме 6 240 000,0 тыс. рублей и бюджету Фонда социального страхования Российской Федерации в сумме 13 978 872,9 тыс. рублей</w:t>
      </w:r>
    </w:p>
    <w:p>
      <w:r>
        <w:t>объем дефицита бюджета Фонда в сумме 62 749 907,6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2019 год</w:t>
      </w:r>
    </w:p>
    <w:p>
      <w:r>
        <w:t>доходы бюджета Фонда по кодам классификации доходов бюджетов за 2019 год согласно приложению 1 к настоящему Федеральному закону</w:t>
      </w:r>
    </w:p>
    <w:p>
      <w:r>
        <w:t>структура расходов бюджета Фонда за 2019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2019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2019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