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Охотского районного суда Хабаровского края и образовании постоянного судебного присутствия в составе Николаевского-на-Амуре городского суда Хабаровского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1, 3, 32,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Охотский районный суд Хабаровского края, передав относящиеся к его ведению вопросы осуществления правосудия в юрисдикцию Николаевского-на-Амуре городского суда Хабаровского края</w:t>
      </w:r>
    </w:p>
    <w:p>
      <w:r>
        <w:t>установить, что юрисдикция Николаевского-на-Амуре городского суда Хабаровского края распространяется на территории Аяно-Майского, Тугуро-Чумиканского, Николаевского и Охотского районов Хабаровского края в границах, существующих на день вступления в силу настоящего Федерального закона</w:t>
      </w:r>
    </w:p>
    <w:p>
      <w:r>
        <w:t>образовать в составе Николаевского-на-Амуре городского суда Хабаровского края постоянное судебное присутствие в рабочем поселке Охотск Охотского района Хабаровского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